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Salinas Valley Pride celebration brings community and vital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gathered in Salinas, California, for the 16th annual Salinas Valley Pride celebration, marking LGBTQ+ History Month with live performances, local resources and a strong sense of belonging. The event offered more than a colourful afternoon out: it connected queer and trans people with organisations designed to support them throughout the year.</w:t>
      </w:r>
      <w:r/>
    </w:p>
    <w:p>
      <w:pPr>
        <w:pStyle w:val="Heading2"/>
      </w:pPr>
      <w:r>
        <w:t>Essential Takeaways</w:t>
      </w:r>
      <w:r/>
      <w:r/>
    </w:p>
    <w:p>
      <w:pPr>
        <w:pStyle w:val="ListBullet"/>
        <w:spacing w:line="240" w:lineRule="auto"/>
        <w:ind w:left="720"/>
      </w:pPr>
      <w:r/>
      <w:r>
        <w:rPr>
          <w:b/>
        </w:rPr>
        <w:t>Community first:</w:t>
      </w:r>
      <w:r>
        <w:t xml:space="preserve"> The celebration was designed as a welcoming space for queer and trans residents.</w:t>
      </w:r>
      <w:r/>
    </w:p>
    <w:p>
      <w:pPr>
        <w:pStyle w:val="ListBullet"/>
        <w:spacing w:line="240" w:lineRule="auto"/>
        <w:ind w:left="720"/>
      </w:pPr>
      <w:r/>
      <w:r>
        <w:rPr>
          <w:b/>
        </w:rPr>
        <w:t>Practical support:</w:t>
      </w:r>
      <w:r>
        <w:t xml:space="preserve"> A resource fair connected visitors with LGBTQ+ organisations across the Salinas Valley.</w:t>
      </w:r>
      <w:r/>
    </w:p>
    <w:p>
      <w:pPr>
        <w:pStyle w:val="ListBullet"/>
        <w:spacing w:line="240" w:lineRule="auto"/>
        <w:ind w:left="720"/>
      </w:pPr>
      <w:r/>
      <w:r>
        <w:rPr>
          <w:b/>
        </w:rPr>
        <w:t>Local identity:</w:t>
      </w:r>
      <w:r>
        <w:t xml:space="preserve"> Live performances, including drag, reflected both LGBTQ+ and Latino experiences.</w:t>
      </w:r>
      <w:r/>
    </w:p>
    <w:p>
      <w:pPr>
        <w:pStyle w:val="ListBullet"/>
        <w:spacing w:line="240" w:lineRule="auto"/>
        <w:ind w:left="720"/>
      </w:pPr>
      <w:r/>
      <w:r>
        <w:rPr>
          <w:b/>
        </w:rPr>
        <w:t>Year-round help:</w:t>
      </w:r>
      <w:r>
        <w:t xml:space="preserve"> Salinas Valley Pride provides directories, community links and other support beyond the annual event.</w:t>
      </w:r>
      <w:r/>
    </w:p>
    <w:p>
      <w:pPr>
        <w:pStyle w:val="ListBullet"/>
        <w:spacing w:line="240" w:lineRule="auto"/>
        <w:ind w:left="720"/>
      </w:pPr>
      <w:r/>
      <w:r>
        <w:rPr>
          <w:b/>
        </w:rPr>
        <w:t>Opportunity matters:</w:t>
      </w:r>
      <w:r>
        <w:t xml:space="preserve"> The organisation also highlights scholarships for local students.</w:t>
      </w:r>
      <w:r/>
      <w:r/>
    </w:p>
    <w:p>
      <w:pPr>
        <w:pStyle w:val="Heading2"/>
      </w:pPr>
      <w:r>
        <w:t>A Pride event with a distinctly local feel</w:t>
      </w:r>
      <w:r/>
    </w:p>
    <w:p>
      <w:r/>
      <w:r>
        <w:t>The strongest message from Salinas Valley Pride was simple: people shouldn't have to leave home to feel accepted. According to KSBW, the annual gathering brought together community organisations, performers and residents during LGBTQ+ History Month, creating an atmosphere that felt supportive rather than purely celebratory.</w:t>
      </w:r>
      <w:r/>
    </w:p>
    <w:p>
      <w:r/>
      <w:r>
        <w:t>There was plenty of colour and energy, naturally, but the event's purpose ran deeper than the music and drag performances. Organisers wanted visitors to find familiar faces, useful information and the reassuring sense that they have a place in the Salinas Valley.</w:t>
      </w:r>
      <w:r/>
    </w:p>
    <w:p>
      <w:pPr>
        <w:pStyle w:val="Heading2"/>
      </w:pPr>
      <w:r>
        <w:t>Why local resources can make such a difference</w:t>
      </w:r>
      <w:r/>
    </w:p>
    <w:p>
      <w:r/>
      <w:r>
        <w:t>For someone facing rejection, isolation or uncertainty, a directory or support organisation can be a lifeline rather than a nice extra. Salinas Valley Pride's community information points people towards local connections, while its LGBTQIA directory helps residents find relevant services and organisations more easily.</w:t>
      </w:r>
      <w:r/>
    </w:p>
    <w:p>
      <w:r/>
      <w:r>
        <w:t>That local focus matters. National advice can be useful, but knowing where to turn nearby often makes support feel more accessible, especially for young people or adults who may be nervous about reaching out for the first time.</w:t>
      </w:r>
      <w:r/>
    </w:p>
    <w:p>
      <w:pPr>
        <w:pStyle w:val="Heading2"/>
      </w:pPr>
      <w:r>
        <w:t>More than one weekend on the calendar</w:t>
      </w:r>
      <w:r/>
    </w:p>
    <w:p>
      <w:r/>
      <w:r>
        <w:t>The annual celebration may be the most visible part of the organisation's work, but Salinas Valley Pride maintains resources throughout the year. Its website features community information, donation options and a directory intended to keep support within reach after the bunting comes down.</w:t>
      </w:r>
      <w:r/>
    </w:p>
    <w:p>
      <w:r/>
      <w:r>
        <w:t>The organisation also promotes a scholarship programme, underlining how community support can extend into education and future opportunities. It is a useful reminder that Pride work isn't limited to festivals. Sometimes it looks like a conversation, a referral, a grant or a quiet bit of encouragement.</w:t>
      </w:r>
      <w:r/>
    </w:p>
    <w:p>
      <w:pPr>
        <w:pStyle w:val="Heading2"/>
      </w:pPr>
      <w:r>
        <w:t>Representation that reflects Salinas Valley</w:t>
      </w:r>
      <w:r/>
    </w:p>
    <w:p>
      <w:r/>
      <w:r>
        <w:t>The live programme's mix of LGBTQ+ and Latino representation gave the event a stronger sense of place. Rather than treating identity as a single, tidy category, the celebration made room for the overlapping experiences that shape the local community.</w:t>
      </w:r>
      <w:r/>
    </w:p>
    <w:p>
      <w:r/>
      <w:r>
        <w:t>That kind of visibility can be powerful, particularly for people who have struggled to see themselves reflected in public life. A familiar story, performer or face in the crowd can make a big difference. As organisers put it, the aim is to help people feel that they belong, not simply to invite them to attend.</w:t>
      </w:r>
      <w:r/>
    </w:p>
    <w:p>
      <w:pPr>
        <w:pStyle w:val="Heading2"/>
      </w:pPr>
      <w:r>
        <w:t>The message carries into the future</w:t>
      </w:r>
      <w:r/>
    </w:p>
    <w:p>
      <w:r/>
      <w:r>
        <w:t>Salinas Valley Pride's work sits alongside wider efforts to support LGBTQ+ visibility and inclusion, including public events such as Trans Day of Visibility listed by the City of Salinas. Together, these activities show how local institutions and community groups can create regular opportunities for connection.</w:t>
      </w:r>
      <w:r/>
    </w:p>
    <w:p>
      <w:r/>
      <w:r>
        <w:t>The outlook is practical as much as hopeful. Keep resources visible, make events welcoming and ensure people know support exists before they need it urgently. That may sound straightforward, but for anyone who has felt shut out, it can be genuinely transformative.</w:t>
      </w:r>
      <w:r/>
    </w:p>
    <w:p>
      <w:r/>
      <w:r>
        <w:t>A welcoming community is built one connection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4">
        <w:r>
          <w:rPr>
            <w:color w:val="0000EE"/>
            <w:u w:val="single"/>
          </w:rPr>
          <w:t>[5]</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5">
        <w:r>
          <w:rPr>
            <w:color w:val="0000EE"/>
            <w:u w:val="single"/>
          </w:rPr>
          <w:t>[7]</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https://www.ksbw.com/article/salinas-valley-16th-annual-pride-celebration/74122575</w:t>
        </w:r>
      </w:hyperlink>
      <w:r>
        <w:t xml:space="preserve"> - Please view link - unable to able to access data</w:t>
      </w:r>
      <w:r/>
    </w:p>
    <w:p>
      <w:pPr>
        <w:pStyle w:val="ListNumber"/>
        <w:spacing w:line="240" w:lineRule="auto"/>
        <w:ind w:left="720"/>
      </w:pPr>
      <w:r/>
      <w:hyperlink r:id="rId10">
        <w:r>
          <w:rPr>
            <w:color w:val="0000EE"/>
            <w:u w:val="single"/>
          </w:rPr>
          <w:t>https://www.salinasvalleypride.com/community</w:t>
        </w:r>
      </w:hyperlink>
      <w:r>
        <w:t xml:space="preserve"> - Salinas Valley Pride Celebrations offers a Safe Space Program, allowing LGBTQIA+ and ally business owners to register as official Safe Spaces. This initiative aims to increase LGBTQIA+ visibility and support equality and acceptance. Upon signing the pledge, businesses receive a Safe Space Program progress flag decal and are listed in the annual LGBTQIA+ Friendly Business Directory of Monterey County. The program underscores the commitment to creating a supportive network for individuals seeking understanding and acceptance.</w:t>
      </w:r>
      <w:r/>
    </w:p>
    <w:p>
      <w:pPr>
        <w:pStyle w:val="ListNumber"/>
        <w:spacing w:line="240" w:lineRule="auto"/>
        <w:ind w:left="720"/>
      </w:pPr>
      <w:r/>
      <w:hyperlink r:id="rId13">
        <w:r>
          <w:rPr>
            <w:color w:val="0000EE"/>
            <w:u w:val="single"/>
          </w:rPr>
          <w:t>https://www.salinasvalleypride.com/donate</w:t>
        </w:r>
      </w:hyperlink>
      <w:r>
        <w:t xml:space="preserve"> - Salinas Valley Pride Celebrations provides avenues for community support through donations. Contributions help fund a safe and inclusive annual Pride event in the Salinas Valley, support local LGBTQ+ community and ally organizations, and fund a yearly scholarship for LGBTQ+ youth and young adults. The organization also focuses on the growth of queer-friendly and focused events in Salinas and surrounding cities. Donations can be made via PayPal or by sending a check to their mailing address.</w:t>
      </w:r>
      <w:r/>
    </w:p>
    <w:p>
      <w:pPr>
        <w:pStyle w:val="ListNumber"/>
        <w:spacing w:line="240" w:lineRule="auto"/>
        <w:ind w:left="720"/>
      </w:pPr>
      <w:r/>
      <w:hyperlink r:id="rId12">
        <w:r>
          <w:rPr>
            <w:color w:val="0000EE"/>
            <w:u w:val="single"/>
          </w:rPr>
          <w:t>https://www.salinasvalleypride.com/lgbtqia-directory</w:t>
        </w:r>
      </w:hyperlink>
      <w:r>
        <w:t xml:space="preserve"> - Salinas Valley Pride maintains an LGBTQIA+ Directory featuring local businesses and organizations that support the community. The directory includes queer-owned or run businesses and those that have demonstrated support for the LGBTQIA+ community. It also lists non-profit organizations like California Rural Legal Assistance, The Epicenter, and the Monterey Bay Aquarium, which offer various services and support to LGBTQ+ individuals in the region.</w:t>
      </w:r>
      <w:r/>
    </w:p>
    <w:p>
      <w:pPr>
        <w:pStyle w:val="ListNumber"/>
        <w:spacing w:line="240" w:lineRule="auto"/>
        <w:ind w:left="720"/>
      </w:pPr>
      <w:r/>
      <w:hyperlink r:id="rId14">
        <w:r>
          <w:rPr>
            <w:color w:val="0000EE"/>
            <w:u w:val="single"/>
          </w:rPr>
          <w:t>https://www.salinasvalleypride.com/svpc-scholarship</w:t>
        </w:r>
      </w:hyperlink>
      <w:r>
        <w:t xml:space="preserve"> - Salinas Valley Pride Celebrations offers the only LGBTQ+ focused scholarship in Monterey County. In 2026, the organization plans to award up to five $2,000 scholarships to LGBTQ+ students and allies pursuing secondary education. Applicants must submit a completed application form, a letter of recommendation, a personal written statement, unofficial transcripts, and proof of enrollment in a secondary education institution. The application deadline is May 31st, 2026.</w:t>
      </w:r>
      <w:r/>
    </w:p>
    <w:p>
      <w:pPr>
        <w:pStyle w:val="ListNumber"/>
        <w:spacing w:line="240" w:lineRule="auto"/>
        <w:ind w:left="720"/>
      </w:pPr>
      <w:r/>
      <w:hyperlink r:id="rId11">
        <w:r>
          <w:rPr>
            <w:color w:val="0000EE"/>
            <w:u w:val="single"/>
          </w:rPr>
          <w:t>https://www.salinasvalleypride.com/</w:t>
        </w:r>
      </w:hyperlink>
      <w:r>
        <w:t xml:space="preserve"> - Salinas Valley Pride Celebrations is a non-profit organization dedicated to creating spaces for LGBTQ+ individuals through social events, community partnerships, and a scholarship program. Their mission is to make the Salinas Valley a more inclusive place to live, work, and visit. The organization hosts various events throughout the year, including the annual Pride celebration each autumn, and offers resources and support for the local LGBTQ+ community.</w:t>
      </w:r>
      <w:r/>
    </w:p>
    <w:p>
      <w:pPr>
        <w:pStyle w:val="ListNumber"/>
        <w:spacing w:line="240" w:lineRule="auto"/>
        <w:ind w:left="720"/>
      </w:pPr>
      <w:r/>
      <w:hyperlink r:id="rId15">
        <w:r>
          <w:rPr>
            <w:color w:val="0000EE"/>
            <w:u w:val="single"/>
          </w:rPr>
          <w:t>https://www.salinas.gov/Events/Trans-Day-of-Visibility-2026</w:t>
        </w:r>
      </w:hyperlink>
      <w:r>
        <w:t xml:space="preserve"> - Salinas Valley Pride is hosting a Trans Day of Visibility community event on Sunday, March 22, 2026, from 1 to 3 pm at the Hartnell College Student Center. The event aims to celebrate and support the transgender community, providing a space for visibility and connection. Attendees can expect coffee, cake, and art activities. The event is free and open to the public, emphasizing the importance of recognizing and uplifting transgender individuals in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sbw.com/article/salinas-valley-16th-annual-pride-celebration/74122575" TargetMode="External"/><Relationship Id="rId10" Type="http://schemas.openxmlformats.org/officeDocument/2006/relationships/hyperlink" Target="https://www.salinasvalleypride.com/community" TargetMode="External"/><Relationship Id="rId11" Type="http://schemas.openxmlformats.org/officeDocument/2006/relationships/hyperlink" Target="https://www.salinasvalleypride.com/" TargetMode="External"/><Relationship Id="rId12" Type="http://schemas.openxmlformats.org/officeDocument/2006/relationships/hyperlink" Target="https://www.salinasvalleypride.com/lgbtqia-directory" TargetMode="External"/><Relationship Id="rId13" Type="http://schemas.openxmlformats.org/officeDocument/2006/relationships/hyperlink" Target="https://www.salinasvalleypride.com/donate" TargetMode="External"/><Relationship Id="rId14" Type="http://schemas.openxmlformats.org/officeDocument/2006/relationships/hyperlink" Target="https://www.salinasvalleypride.com/svpc-scholarship" TargetMode="External"/><Relationship Id="rId15" Type="http://schemas.openxmlformats.org/officeDocument/2006/relationships/hyperlink" Target="https://www.salinas.gov/Events/Trans-Day-of-Visibility-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