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Games Done Queer Makes LGBTQ+ Visibility Part of Speedrunning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Games Done Queer into a joyful showcase for LGBTQ+ speedrunners, community fundraising and open self-expression. Built from the wider Games Done Quick movement, the 2025 event gave queerness centre stage while raising money through an energetic 36-hour livestream packed with inventive runs, loud chat reactions and plenty of memorable chaos.</w:t>
      </w:r>
      <w:r/>
    </w:p>
    <w:p>
      <w:pPr>
        <w:pStyle w:val="Heading2"/>
      </w:pPr>
      <w:r>
        <w:t>Essential Takeaways</w:t>
      </w:r>
      <w:r/>
      <w:r/>
    </w:p>
    <w:p>
      <w:pPr>
        <w:pStyle w:val="ListBullet"/>
        <w:spacing w:line="240" w:lineRule="auto"/>
        <w:ind w:left="720"/>
      </w:pPr>
      <w:r/>
      <w:r>
        <w:rPr>
          <w:b/>
        </w:rPr>
        <w:t>A landmark event:</w:t>
      </w:r>
      <w:r>
        <w:t xml:space="preserve"> Games Done Queer launched in October 2025 as a dedicated LGBTQ+ speedrunning marathon.</w:t>
      </w:r>
      <w:r/>
    </w:p>
    <w:p>
      <w:pPr>
        <w:pStyle w:val="ListBullet"/>
        <w:spacing w:line="240" w:lineRule="auto"/>
        <w:ind w:left="720"/>
      </w:pPr>
      <w:r/>
      <w:r>
        <w:rPr>
          <w:b/>
        </w:rPr>
        <w:t>Community-led visibility:</w:t>
      </w:r>
      <w:r>
        <w:t xml:space="preserve"> The event made queer identity the purpose of the showcase, rather than something runners simply brought with them.</w:t>
      </w:r>
      <w:r/>
    </w:p>
    <w:p>
      <w:pPr>
        <w:pStyle w:val="ListBullet"/>
        <w:spacing w:line="240" w:lineRule="auto"/>
        <w:ind w:left="720"/>
      </w:pPr>
      <w:r/>
      <w:r>
        <w:rPr>
          <w:b/>
        </w:rPr>
        <w:t>Donations became participation:</w:t>
      </w:r>
      <w:r>
        <w:t xml:space="preserve"> Viewers repeatedly celebrated fundraising milestones with the phrase “I’m gay”.</w:t>
      </w:r>
      <w:r/>
    </w:p>
    <w:p>
      <w:pPr>
        <w:pStyle w:val="ListBullet"/>
        <w:spacing w:line="240" w:lineRule="auto"/>
        <w:ind w:left="720"/>
      </w:pPr>
      <w:r/>
      <w:r>
        <w:rPr>
          <w:b/>
        </w:rPr>
        <w:t>A broad programme:</w:t>
      </w:r>
      <w:r>
        <w:t xml:space="preserve"> The 36-hour stream featured games, unusual challenges and more than 450 hours of submitted content to choose from.</w:t>
      </w:r>
      <w:r/>
    </w:p>
    <w:p>
      <w:pPr>
        <w:pStyle w:val="ListBullet"/>
        <w:spacing w:line="240" w:lineRule="auto"/>
        <w:ind w:left="720"/>
      </w:pPr>
      <w:r/>
      <w:r>
        <w:rPr>
          <w:b/>
        </w:rPr>
        <w:t>Part of a bigger tradition:</w:t>
      </w:r>
      <w:r>
        <w:t xml:space="preserve"> Games Done Queer grew from Games Done Quick, a charity speedrunning organisation that has raised more than $60 million.</w:t>
      </w:r>
      <w:r/>
      <w:r/>
    </w:p>
    <w:p>
      <w:pPr>
        <w:pStyle w:val="Heading2"/>
      </w:pPr>
      <w:r>
        <w:t>When speedrunning becomes a place to belong</w:t>
      </w:r>
      <w:r/>
    </w:p>
    <w:p>
      <w:r/>
      <w:r>
        <w:t>Speedrunning is usually framed as a contest against the clock, but live events reveal the people behind the controller. The excitement comes from the split-second tricks, the nervous laughs and that electric moment when a runner saves a run that looked doomed.</w:t>
      </w:r>
      <w:r/>
    </w:p>
    <w:p>
      <w:r/>
      <w:r>
        <w:t>Games Done Quick has spent more than a decade turning that energy into charity fundraising. According to Mothership, its events have raised over $60 million across dozens of marathons, creating a sizeable platform where runners can be technically brilliant and visibly themselves.</w:t>
      </w:r>
      <w:r/>
    </w:p>
    <w:p>
      <w:r/>
      <w:r>
        <w:t>That visibility has mattered to queer players for years. Games Done Quick became one of gaming's more recognisable LGBTQ+-friendly spaces, even when queerness wasn't the formal theme. Games Done Queer changed that emphasis by making LGBTQ+ identity the reason for the event, not merely part of its background.</w:t>
      </w:r>
      <w:r/>
    </w:p>
    <w:p>
      <w:pPr>
        <w:pStyle w:val="Heading2"/>
      </w:pPr>
      <w:r>
        <w:t>Why Games Done Queer felt different</w:t>
      </w:r>
      <w:r/>
    </w:p>
    <w:p>
      <w:r/>
      <w:r>
        <w:t>The first Games Done Queer event began on 31 October 2025, giving the community a dedicated stage at a moment when LGBTQ+ visibility in gaming remains politically charged. PC Gamer described the planned showcase as a rallying point for LGBT rights in the United States, with organisers selecting from roughly 450 hours of submitted material for a 36-hour broadcast.</w:t>
      </w:r>
      <w:r/>
    </w:p>
    <w:p>
      <w:r/>
      <w:r>
        <w:t>That scale is important. A single runner can make a room feel welcoming, but a full event sends a much larger message: queer players aren't guests in gaming culture. They're runners, commentators, organisers, donors and fans, all shaping the show at once.</w:t>
      </w:r>
      <w:r/>
    </w:p>
    <w:p>
      <w:r/>
      <w:r>
        <w:t>The format also kept the mood playful. GamesRadar highlighted an eclectic line-up involving Donkey Kong, Halo, Deltarune and even a hot-dog-making speedrun. It was serious about representation without becoming solemn, which is often the most convincing kind of defiance.</w:t>
      </w:r>
      <w:r/>
    </w:p>
    <w:p>
      <w:pPr>
        <w:pStyle w:val="Heading2"/>
      </w:pPr>
      <w:r>
        <w:t>The chat turned donations into a shared celebration</w:t>
      </w:r>
      <w:r/>
    </w:p>
    <w:p>
      <w:r/>
      <w:r>
        <w:t>One of the event's most striking rituals arrived whenever donations passed another $1,000 mark. Hosts encouraged viewers to type “I'm gay”, and the phrase surged through Twitch chat in a fast-moving wave of repeated messages.</w:t>
      </w:r>
      <w:r/>
    </w:p>
    <w:p>
      <w:r/>
      <w:r>
        <w:t>It sounds simple, almost gloriously silly, but that was the point. The message turned fundraising into participation, allowing thousands of viewers to contribute to a collective moment whether they were running a game, watching from home or typing on a phone.</w:t>
      </w:r>
      <w:r/>
    </w:p>
    <w:p>
      <w:r/>
      <w:r>
        <w:t>GamesRadar's coverage reported that the event had already raised more than $11,000 during its opening stretch. The number mattered, of course, but so did the atmosphere around it: noisy, affectionate and just a little chaotic in the way only a live gaming chat can be.</w:t>
      </w:r>
      <w:r/>
    </w:p>
    <w:p>
      <w:pPr>
        <w:pStyle w:val="Heading2"/>
      </w:pPr>
      <w:r>
        <w:t>A wider shift in gaming charity events</w:t>
      </w:r>
      <w:r/>
    </w:p>
    <w:p>
      <w:r/>
      <w:r>
        <w:t>Games Done Queer sits within a broader conversation about how gaming organisations use their platforms. Games Done Quick has increasingly shown that charity livestreams can reflect community values as well as collect money, and its events have demonstrated how quickly audiences respond when those values feel genuine.</w:t>
      </w:r>
      <w:r/>
    </w:p>
    <w:p>
      <w:r/>
      <w:r>
        <w:t>That doesn't mean every decision is friction-free. PC Gamer reported that Summer Games Done Quick raised $2.4 million while cancelling a sponsored stream connected to SNK over concerns about ties to Saudi Arabia. The episode underlined how charity events now face questions about funding, partnerships and political responsibility alongside their fundraising targets.</w:t>
      </w:r>
      <w:r/>
    </w:p>
    <w:p>
      <w:r/>
      <w:r>
        <w:t>For viewers, that makes transparency worth watching. Before donating, check the beneficiary, read the event's policies and look at how organisers handle sponsorships and community safety. A warm atmosphere is welcome, but trust is built through decisions made off-camera too.</w:t>
      </w:r>
      <w:r/>
    </w:p>
    <w:p>
      <w:pPr>
        <w:pStyle w:val="Heading2"/>
      </w:pPr>
      <w:r>
        <w:t>What future showcases can learn</w:t>
      </w:r>
      <w:r/>
    </w:p>
    <w:p>
      <w:r/>
      <w:r>
        <w:t>The success of Games Done Queer suggests there is room for more specialist speedrunning events built around communities and identities. Games Done Quick's mainstream programmes already offer huge variety, from major role-playing games to crowd-pleasing relay runs, but a focused event can create a different kind of intimacy.</w:t>
      </w:r>
      <w:r/>
    </w:p>
    <w:p>
      <w:r/>
      <w:r>
        <w:t>GamesRadar's coverage of AGDQ 2026 pointed to the continuing appetite for both headline games and communal formats, including Clair Obscur: Expedition 33 and a large Super Mario 64 relay. That balance between elite skill and shared fun is central to speedrunning's appeal.</w:t>
      </w:r>
      <w:r/>
    </w:p>
    <w:p>
      <w:r/>
      <w:r>
        <w:t>For queer runners, the value is even more personal. Seeing someone openly claim space on screen can make a hobby feel less isolated, especially for viewers who are still finding their feet in gaming communities. Sometimes the most powerful message isn't a speech. It's watching someone finish a difficult run while the chat cheers them on.</w:t>
      </w:r>
      <w:r/>
    </w:p>
    <w:p>
      <w:r/>
      <w:r>
        <w:t>Games Done Queer shows that speedrunning can be a competition, a fundraiser and a joyful declaration of belonging all at once.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1">
        <w:r>
          <w:rPr>
            <w:color w:val="0000EE"/>
            <w:u w:val="single"/>
          </w:rPr>
          <w:t>[5]</w:t>
        </w:r>
      </w:hyperlink>
      <w:r>
        <w:t xml:space="preserve">- Paragraph 5: </w:t>
      </w:r>
      <w:hyperlink r:id="rId13">
        <w:r>
          <w:rPr>
            <w:color w:val="0000EE"/>
            <w:u w:val="single"/>
          </w:rPr>
          <w:t>[7]</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https://www.mothership.blog/games-done-queer-made-queerness-part-of-the-speedrun/</w:t>
        </w:r>
      </w:hyperlink>
      <w:r>
        <w:t xml:space="preserve"> - Please view link - unable to able to access data</w:t>
      </w:r>
      <w:r/>
    </w:p>
    <w:p>
      <w:pPr>
        <w:pStyle w:val="ListNumber"/>
        <w:spacing w:line="240" w:lineRule="auto"/>
        <w:ind w:left="720"/>
      </w:pPr>
      <w:r/>
      <w:hyperlink r:id="rId9">
        <w:r>
          <w:rPr>
            <w:color w:val="0000EE"/>
            <w:u w:val="single"/>
          </w:rPr>
          <w:t>https://www.mothership.blog/games-done-queer-made-queerness-part-of-the-speedrun/</w:t>
        </w:r>
      </w:hyperlink>
      <w:r>
        <w:t xml:space="preserve"> - The article discusses the evolution of Games Done Quick (GDQ) from its inception in 2010 to its transformation into a prominent charity livestreaming event that has raised over $60 million for various causes. It highlights the increasing visibility of queer speedrunners within the GDQ community and the significance of the 'Games Done Queer' event launched on October 31, 2025, which centred queerness as the primary focus of the event, fostering a supportive environment for LGBTQ+ participants and viewers.</w:t>
      </w:r>
      <w:r/>
    </w:p>
    <w:p>
      <w:pPr>
        <w:pStyle w:val="ListNumber"/>
        <w:spacing w:line="240" w:lineRule="auto"/>
        <w:ind w:left="720"/>
      </w:pPr>
      <w:r/>
      <w:hyperlink r:id="rId10">
        <w:r>
          <w:rPr>
            <w:color w:val="0000EE"/>
            <w:u w:val="single"/>
          </w:rPr>
          <w:t>https://www.pcgamer.com/gaming-industry/events-conferences/gdqs-upcoming-event-games-done-queer-has-already-become-a-fierce-rallying-cry-of-support-for-lgbt-rights-in-the-us-we-had-450-hours-of-content-submitted-for-the-36-hour-show/</w:t>
        </w:r>
      </w:hyperlink>
      <w:r>
        <w:t xml:space="preserve"> - This article reports on the upcoming 'Games Done Queer' event, a 36-hour charity livestream scheduled for October 31 to November 2, 2025. The event has already received 450 hours of content submissions, indicating strong community support. It aims to raise funds for Lambda Legal, an organisation advocating for LGBTQ+ rights in the U.S., and serves as a rallying cry for LGBTQ+ rights amid challenging times.</w:t>
      </w:r>
      <w:r/>
    </w:p>
    <w:p>
      <w:pPr>
        <w:pStyle w:val="ListNumber"/>
        <w:spacing w:line="240" w:lineRule="auto"/>
        <w:ind w:left="720"/>
      </w:pPr>
      <w:r/>
      <w:hyperlink r:id="rId12">
        <w:r>
          <w:rPr>
            <w:color w:val="0000EE"/>
            <w:u w:val="single"/>
          </w:rPr>
          <w:t>https://www.gamesradar.com/games/gdqs-first-ever-games-done-queer-event-already-raises-over-usd11-000-thanks-to-donkey-kong-and-hot-dog-making-speedruns-with-halo-ce-and-deltarune-still-to-come/</w:t>
        </w:r>
      </w:hyperlink>
      <w:r>
        <w:t xml:space="preserve"> - The article highlights the success of the inaugural 'Games Done Queer' event, which raised over $11,000 for Lambda Legal. The event featured unique speedruns, including a Donkey Kong run and a hot dog-making speedrun, with more scheduled, such as Halo: Combat Evolved and Deltarune. Organiser Rae Brusky emphasised the dual goals of making a meaningful social impact while providing an entertaining experience for the LGBTQ+ community.</w:t>
      </w:r>
      <w:r/>
    </w:p>
    <w:p>
      <w:pPr>
        <w:pStyle w:val="ListNumber"/>
        <w:spacing w:line="240" w:lineRule="auto"/>
        <w:ind w:left="720"/>
      </w:pPr>
      <w:r/>
      <w:hyperlink r:id="rId11">
        <w:r>
          <w:rPr>
            <w:color w:val="0000EE"/>
            <w:u w:val="single"/>
          </w:rPr>
          <w:t>https://www.gamesradar.com/games/events-conferences/it-really-is-accepting-of-of-everybody-how-games-done-quick-uses-community-to-make-a-difference/</w:t>
        </w:r>
      </w:hyperlink>
      <w:r>
        <w:t xml:space="preserve"> - This article discusses how Games Done Quick (GDQ) has utilised its community to raise over $62 million for causes like Doctors Without Borders and the Prevent Cancer Foundation. In 2026, GDQ hosted a live event at Gamescom, bringing together a diverse community to raise funds through high-speed gaming performances. Business director Ashley Farkas emphasised GDQ's mission to create inclusive, person-first experiences that foster genuine connections among participants.</w:t>
      </w:r>
      <w:r/>
    </w:p>
    <w:p>
      <w:pPr>
        <w:pStyle w:val="ListNumber"/>
        <w:spacing w:line="240" w:lineRule="auto"/>
        <w:ind w:left="720"/>
      </w:pPr>
      <w:r/>
      <w:hyperlink r:id="rId14">
        <w:r>
          <w:rPr>
            <w:color w:val="0000EE"/>
            <w:u w:val="single"/>
          </w:rPr>
          <w:t>https://www.gamesradar.com/games/agdq-2026-will-show-clair-obscur-expedition-33-fans-how-to-beat-the-jrpg-goty-in-2-hours-sure-but-im-really-here-for-the-70-player-super-mario-64-relay/</w:t>
        </w:r>
      </w:hyperlink>
      <w:r>
        <w:t xml:space="preserve"> - The article previews Awesome Games Done Quick (AGDQ) 2026, scheduled from January 4 to January 10, 2026. The event will feature a 70-player, 70-star relay race through Super Mario 64, promising a chaotic and memorable group speedrun experience. Other standout games include a two-hour any% glitchless run of Clair Obscur: Expedition 33, voted Game of the Year for 2025, and a two-hour 'all weapons' run of Hades 2.</w:t>
      </w:r>
      <w:r/>
    </w:p>
    <w:p>
      <w:pPr>
        <w:pStyle w:val="ListNumber"/>
        <w:spacing w:line="240" w:lineRule="auto"/>
        <w:ind w:left="720"/>
      </w:pPr>
      <w:r/>
      <w:hyperlink r:id="rId13">
        <w:r>
          <w:rPr>
            <w:color w:val="0000EE"/>
            <w:u w:val="single"/>
          </w:rPr>
          <w:t>https://www.pcgamer.com/gaming-industry/summer-games-done-quick-raises-usd2-4-million-for-charity-cancels-sponsored-stream-with-snk-over-saudi-arabia-ties/</w:t>
        </w:r>
      </w:hyperlink>
      <w:r>
        <w:t xml:space="preserve"> - This article reports on Summer Games Done Quick (SGDQ) 2026, which successfully raised $2.4 million for Doctors Without Borders. The event faced controversy after announcing a sponsored stream with SNK, a developer majority-owned by the MiSK Foundation, controlled by Saudi Arabia’s Crown Prince Mohammad bin Salman. Due to concerns over human rights, GDQ cancelled the stream and emphasised its commitment to human rights and inclusivity.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othership.blog/games-done-queer-made-queerness-part-of-the-speedrun/" TargetMode="External"/><Relationship Id="rId10" Type="http://schemas.openxmlformats.org/officeDocument/2006/relationships/hyperlink" Target="https://www.pcgamer.com/gaming-industry/events-conferences/gdqs-upcoming-event-games-done-queer-has-already-become-a-fierce-rallying-cry-of-support-for-lgbt-rights-in-the-us-we-had-450-hours-of-content-submitted-for-the-36-hour-show/" TargetMode="External"/><Relationship Id="rId11" Type="http://schemas.openxmlformats.org/officeDocument/2006/relationships/hyperlink" Target="https://www.gamesradar.com/games/events-conferences/it-really-is-accepting-of-of-everybody-how-games-done-quick-uses-community-to-make-a-difference/" TargetMode="External"/><Relationship Id="rId12" Type="http://schemas.openxmlformats.org/officeDocument/2006/relationships/hyperlink" Target="https://www.gamesradar.com/games/gdqs-first-ever-games-done-queer-event-already-raises-over-usd11-000-thanks-to-donkey-kong-and-hot-dog-making-speedruns-with-halo-ce-and-deltarune-still-to-come/" TargetMode="External"/><Relationship Id="rId13" Type="http://schemas.openxmlformats.org/officeDocument/2006/relationships/hyperlink" Target="https://www.pcgamer.com/gaming-industry/summer-games-done-quick-raises-usd2-4-million-for-charity-cancels-sponsored-stream-with-snk-over-saudi-arabia-ties/" TargetMode="External"/><Relationship Id="rId14" Type="http://schemas.openxmlformats.org/officeDocument/2006/relationships/hyperlink" Target="https://www.gamesradar.com/games/agdq-2026-will-show-clair-obscur-expedition-33-fans-how-to-beat-the-jrpg-goty-in-2-hours-sure-but-im-really-here-for-the-70-player-super-mario-64-rel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