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Gold Coast Pride Formal Offers LGBTQIA+ Youth a Free Safe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LGBTQIA+ young people across Queensland can register for the Gold Coast's first Pride Formal, a free, alcohol-free celebration designed for self-expression, friendship and fun. Held at QT Gold Coast in November 2026, the party-style event offers an upbeat alternative to traditional school formals.</w:t>
      </w:r>
      <w:r/>
    </w:p>
    <w:p>
      <w:pPr>
        <w:pStyle w:val="Heading2"/>
      </w:pPr>
      <w:r>
        <w:t>Essential Takeaways</w:t>
      </w:r>
      <w:r/>
      <w:r/>
    </w:p>
    <w:p>
      <w:pPr>
        <w:pStyle w:val="ListBullet"/>
        <w:spacing w:line="240" w:lineRule="auto"/>
        <w:ind w:left="720"/>
      </w:pPr>
      <w:r/>
      <w:r>
        <w:rPr>
          <w:b/>
        </w:rPr>
        <w:t>When:</w:t>
      </w:r>
      <w:r>
        <w:t xml:space="preserve"> Saturday 21 November 2026, from 6pm to 10pm.</w:t>
      </w:r>
      <w:r/>
    </w:p>
    <w:p>
      <w:pPr>
        <w:pStyle w:val="ListBullet"/>
        <w:spacing w:line="240" w:lineRule="auto"/>
        <w:ind w:left="720"/>
      </w:pPr>
      <w:r/>
      <w:r>
        <w:rPr>
          <w:b/>
        </w:rPr>
        <w:t>Where:</w:t>
      </w:r>
      <w:r>
        <w:t xml:space="preserve"> QT Gold Coast, with a lively party setting rather than a formal sit-down dinner.</w:t>
      </w:r>
      <w:r/>
    </w:p>
    <w:p>
      <w:pPr>
        <w:pStyle w:val="ListBullet"/>
        <w:spacing w:line="240" w:lineRule="auto"/>
        <w:ind w:left="720"/>
      </w:pPr>
      <w:r/>
      <w:r>
        <w:rPr>
          <w:b/>
        </w:rPr>
        <w:t>Who can attend:</w:t>
      </w:r>
      <w:r>
        <w:t xml:space="preserve"> Queensland school-age students up to 21, alongside friends and allies.</w:t>
      </w:r>
      <w:r/>
    </w:p>
    <w:p>
      <w:pPr>
        <w:pStyle w:val="ListBullet"/>
        <w:spacing w:line="240" w:lineRule="auto"/>
        <w:ind w:left="720"/>
      </w:pPr>
      <w:r/>
      <w:r>
        <w:rPr>
          <w:b/>
        </w:rPr>
        <w:t>What's planned:</w:t>
      </w:r>
      <w:r>
        <w:t xml:space="preserve"> DJs, dancing, drag performances, games, competitions, prizes, food and drinks.</w:t>
      </w:r>
      <w:r/>
    </w:p>
    <w:p>
      <w:pPr>
        <w:pStyle w:val="ListBullet"/>
        <w:spacing w:line="240" w:lineRule="auto"/>
        <w:ind w:left="720"/>
      </w:pPr>
      <w:r/>
      <w:r>
        <w:rPr>
          <w:b/>
        </w:rPr>
        <w:t>How to help:</w:t>
      </w:r>
      <w:r>
        <w:t xml:space="preserve"> Community members can donate, volunteer or sponsor places through Gold Coast Pride Collective.</w:t>
      </w:r>
      <w:r/>
      <w:r/>
    </w:p>
    <w:p>
      <w:pPr>
        <w:pStyle w:val="Heading2"/>
      </w:pPr>
      <w:r>
        <w:t>A new kind of formal comes to the Gold Coast</w:t>
      </w:r>
      <w:r/>
    </w:p>
    <w:p>
      <w:r/>
      <w:r>
        <w:t>Traditional school formals are meant to be memorable, but they don't always feel welcoming. Questions about what to wear, who to bring and how openly to express an identity can turn a big night into an uncomfortable one.</w:t>
      </w:r>
      <w:r/>
    </w:p>
    <w:p>
      <w:r/>
      <w:r>
        <w:t>The Gold Coast Pride Formal aims to change that atmosphere with a celebration built around choice. Guests can arrive in polished formalwear, show off a personal look or simply wear whatever feels right. According to Gold Coast Pride Collective's event information, the focus is on making young people feel comfortable from the moment they walk through the door.</w:t>
      </w:r>
      <w:r/>
    </w:p>
    <w:p>
      <w:r/>
      <w:r>
        <w:t>That matters because a formal should feel exciting, not like an exercise in fitting a narrow mould. A relaxed, colourful room, a dance floor and the freedom to be yourself sound like a much better recipe for a good night.</w:t>
      </w:r>
      <w:r/>
    </w:p>
    <w:p>
      <w:pPr>
        <w:pStyle w:val="Heading2"/>
      </w:pPr>
      <w:r>
        <w:t>Expect DJs, drag and plenty of movement</w:t>
      </w:r>
      <w:r/>
    </w:p>
    <w:p>
      <w:r/>
      <w:r>
        <w:t>This won't be a quiet dinner with a carefully choreographed schedule. The organisers are planning a party-style evening featuring live DJs, dancing, drag performances, games, competitions and prizes, with free food and drinks available throughout the event.</w:t>
      </w:r>
      <w:r/>
    </w:p>
    <w:p>
      <w:r/>
      <w:r>
        <w:t>The Gold Coast Pride Collective's event pages present the evening as an energetic community celebration rather than a conventional school function. That format should make it easier for guests to dip in and out of activities, find their people and enjoy the night at their own pace.</w:t>
      </w:r>
      <w:r/>
    </w:p>
    <w:p>
      <w:r/>
      <w:r>
        <w:t>The event will also be strictly drug and alcohol free. For young attendees and their families, that provides a clear, reassuring framework without taking away the sparkle or sense of occasion.</w:t>
      </w:r>
      <w:r/>
    </w:p>
    <w:p>
      <w:pPr>
        <w:pStyle w:val="Heading2"/>
      </w:pPr>
      <w:r>
        <w:t>Who can attend and how registration works</w:t>
      </w:r>
      <w:r/>
    </w:p>
    <w:p>
      <w:r/>
      <w:r>
        <w:t>Registration is free and open to school-age students in Queensland up to the age of 21. LGBTQIA+ young people are at the heart of the event, but friends and allies are welcome too, helping create a broader circle of support.</w:t>
      </w:r>
      <w:r/>
    </w:p>
    <w:p>
      <w:r/>
      <w:r>
        <w:t>Eventbrite lists the formal for Saturday 21 November 2026 at QT Gold Coast, running from 6pm until 10pm. Anyone planning to go should check the registration details before travelling, as event information and capacity arrangements can change.</w:t>
      </w:r>
      <w:r/>
    </w:p>
    <w:p>
      <w:r/>
      <w:r>
        <w:t>It also makes sense to think about practical details early. Decide what you'll wear, arrange transport home and check whether you want to attend with friends or arrive independently. The best outfit is the one that lets you dance, laugh and breathe easily.</w:t>
      </w:r>
      <w:r/>
    </w:p>
    <w:p>
      <w:pPr>
        <w:pStyle w:val="Heading2"/>
      </w:pPr>
      <w:r>
        <w:t>Community support is helping keep the night free</w:t>
      </w:r>
      <w:r/>
    </w:p>
    <w:p>
      <w:r/>
      <w:r>
        <w:t>Free events still carry real costs, from venue hire and catering to entertainment and accessibility arrangements. Gold Coast Pride Collective is asking businesses, community groups and individuals to help cover those expenses so young people aren't priced out.</w:t>
      </w:r>
      <w:r/>
    </w:p>
    <w:p>
      <w:r/>
      <w:r>
        <w:t>The organisation says a donation of $50 can cover one ticket, while $25 can contribute towards half a ticket. Supporters can also volunteer, sponsor the event or offer other practical help, with contact details available through the Collective's website and community information.</w:t>
      </w:r>
      <w:r/>
    </w:p>
    <w:p>
      <w:r/>
      <w:r>
        <w:t>That model gives the event a welcome sense of shared ownership. A Pride Formal isn't only a night out for its guests; it's also a visible message from the wider community that LGBTQIA+ young people deserve joy, safety and a proper celebration.</w:t>
      </w:r>
      <w:r/>
    </w:p>
    <w:p>
      <w:pPr>
        <w:pStyle w:val="Heading2"/>
      </w:pPr>
      <w:r>
        <w:t>Why inclusive formals matter beyond one night</w:t>
      </w:r>
      <w:r/>
    </w:p>
    <w:p>
      <w:r/>
      <w:r>
        <w:t>The Gold Coast event follows a broader pattern of Pride organisations creating spaces where young people can celebrate identity without having to negotiate exclusion first. Related Pride programming elsewhere includes social events and visibility-focused gatherings, showing how community-led occasions can offer connection as well as entertainment.</w:t>
      </w:r>
      <w:r/>
    </w:p>
    <w:p>
      <w:r/>
      <w:r>
        <w:t>For teenagers and young adults, those moments can stay with them long after the music stops. Meeting peers who understand the same pressures, seeing different styles embraced and being welcomed without explanation can make a surprisingly lasting difference.</w:t>
      </w:r>
      <w:r/>
    </w:p>
    <w:p>
      <w:r/>
      <w:r>
        <w:t>As registrations build, the first Gold Coast Pride Formal has the chance to become more than a one-off party. It could become a yearly fixture, with each group of guests adding another layer to the event's local story.</w:t>
      </w:r>
      <w:r/>
    </w:p>
    <w:p>
      <w:r/>
      <w:r>
        <w:t>A free, welcoming formal could be exactly the kind of night many young people have been waiting for.</w:t>
      </w:r>
      <w:r/>
    </w:p>
    <w:p>
      <w:r/>
      <w:r>
        <w:t>Explore the registration and support options that suit you best.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0">
        <w:r>
          <w:rPr>
            <w:color w:val="0000EE"/>
            <w:u w:val="single"/>
          </w:rPr>
          <w:t>[2]</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0">
        <w:r>
          <w:rPr>
            <w:color w:val="0000EE"/>
            <w:u w:val="single"/>
          </w:rPr>
          <w:t>[2]</w:t>
        </w:r>
      </w:hyperlink>
      <w:r>
        <w:t xml:space="preserve">- Paragraph 8: </w:t>
      </w:r>
      <w:hyperlink r:id="rId10">
        <w:r>
          <w:rPr>
            <w:color w:val="0000EE"/>
            <w:u w:val="single"/>
          </w:rPr>
          <w:t>[2]</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[7]</w:t>
        </w:r>
      </w:hyperlink>
      <w:r>
        <w:t xml:space="preserve">, </w:t>
      </w:r>
      <w:hyperlink r:id="rId14">
        <w:r>
          <w:rPr>
            <w:color w:val="0000EE"/>
            <w:u w:val="single"/>
          </w:rPr>
          <w:t>[5]</w:t>
        </w:r>
      </w:hyperlink>
      <w:r>
        <w:t xml:space="preserve">- Paragraph 11: </w:t>
      </w:r>
      <w:hyperlink r:id="rId14">
        <w:r>
          <w:rPr>
            <w:color w:val="0000EE"/>
            <w:u w:val="single"/>
          </w:rPr>
          <w:t>[5]</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https://www.starobserver.com.au/news/gold-coast-pride-announces-their-first-ever-free-pride-formal-for-lgbtqia-youth/244504</w:t>
        </w:r>
      </w:hyperlink>
      <w:r>
        <w:t xml:space="preserve"> - Please view link - unable to able to access data</w:t>
      </w:r>
      <w:r/>
    </w:p>
    <w:p>
      <w:pPr>
        <w:pStyle w:val="ListNumber"/>
        <w:spacing w:line="240" w:lineRule="auto"/>
        <w:ind w:left="720"/>
      </w:pPr>
      <w:r/>
      <w:hyperlink r:id="rId10">
        <w:r>
          <w:rPr>
            <w:color w:val="0000EE"/>
            <w:u w:val="single"/>
          </w:rPr>
          <w:t>https://www.gcpridecollective.com/pride2026-1</w:t>
        </w:r>
      </w:hyperlink>
      <w:r>
        <w:t xml:space="preserve"> - The Gold Coast Pride Collective is hosting its inaugural Pride Festival on June 27, 2026, at HOTA – Home of the Arts. The event will feature local talents, drag performances, a pet pageant, food trucks, and diverse market stalls, aiming to create a memorable day for the community.</w:t>
      </w:r>
      <w:r/>
    </w:p>
    <w:p>
      <w:pPr>
        <w:pStyle w:val="ListNumber"/>
        <w:spacing w:line="240" w:lineRule="auto"/>
        <w:ind w:left="720"/>
      </w:pPr>
      <w:r/>
      <w:hyperlink r:id="rId12">
        <w:r>
          <w:rPr>
            <w:color w:val="0000EE"/>
            <w:u w:val="single"/>
          </w:rPr>
          <w:t>https://www.gcpridecollective.com/copy-of-what-to-expect-at-pride-2026</w:t>
        </w:r>
      </w:hyperlink>
      <w:r>
        <w:t xml:space="preserve"> - The Gold Coast Pride Collective has announced the return of its flagship Fair Day event for 2026, unveiling a new location at HOTA – Home of the Arts. The event will take place on Saturday, June 27, 2026, from 11:00 am to 5:00 pm, featuring live entertainment, a drag pageant, pet parade, and various food vendors.</w:t>
      </w:r>
      <w:r/>
    </w:p>
    <w:p>
      <w:pPr>
        <w:pStyle w:val="ListNumber"/>
        <w:spacing w:line="240" w:lineRule="auto"/>
        <w:ind w:left="720"/>
      </w:pPr>
      <w:r/>
      <w:hyperlink r:id="rId11">
        <w:r>
          <w:rPr>
            <w:color w:val="0000EE"/>
            <w:u w:val="single"/>
          </w:rPr>
          <w:t>https://www.eventbrite.com.au/e/gcpc-pride-formal-for-lgbtqia-youth-tickets-2003107402162</w:t>
        </w:r>
      </w:hyperlink>
      <w:r>
        <w:t xml:space="preserve"> - The Gold Coast Pride Collective is hosting the Gold Coast Pride Formal on Saturday, November 21, 2026, from 6 pm to 10 pm at QT Gold Coast. This free event aims to provide a welcoming and inclusive celebration for LGBTQIA+ young people, featuring live DJs, dancing, drag performances, games, competitions, and free food and drinks.</w:t>
      </w:r>
      <w:r/>
    </w:p>
    <w:p>
      <w:pPr>
        <w:pStyle w:val="ListNumber"/>
        <w:spacing w:line="240" w:lineRule="auto"/>
        <w:ind w:left="720"/>
      </w:pPr>
      <w:r/>
      <w:hyperlink r:id="rId14">
        <w:r>
          <w:rPr>
            <w:color w:val="0000EE"/>
            <w:u w:val="single"/>
          </w:rPr>
          <w:t>https://www.sunshinecoastpride.org/event-details/transgender-day-of-visibility-trans-showcase</w:t>
        </w:r>
      </w:hyperlink>
      <w:r>
        <w:t xml:space="preserve"> - The Sunshine Coast Pride Network is celebrating Transgender Day of Visibility with a free community BBQ and Trans Showcase on March 28, 2026, at Hairy Mary's in Mermaid Beach. The event will feature live music, drag performances, and a supportive environment for the transgender community.</w:t>
      </w:r>
      <w:r/>
    </w:p>
    <w:p>
      <w:pPr>
        <w:pStyle w:val="ListNumber"/>
        <w:spacing w:line="240" w:lineRule="auto"/>
        <w:ind w:left="720"/>
      </w:pPr>
      <w:r/>
      <w:hyperlink r:id="rId15">
        <w:r>
          <w:rPr>
            <w:color w:val="0000EE"/>
            <w:u w:val="single"/>
          </w:rPr>
          <w:t>https://spacecoastpride.org/</w:t>
        </w:r>
      </w:hyperlink>
      <w:r>
        <w:t xml:space="preserve"> - Space Coast Pride is hosting its 2026 Pride Fest on September 26, 2026, at the Melbourne Auditorium in Melbourne, Florida. The event will include a festival from 12 pm to 6 pm and a parade beginning at 11 am, featuring live performances, vendors, and activities for the community.</w:t>
      </w:r>
      <w:r/>
    </w:p>
    <w:p>
      <w:pPr>
        <w:pStyle w:val="ListNumber"/>
        <w:spacing w:line="240" w:lineRule="auto"/>
        <w:ind w:left="720"/>
      </w:pPr>
      <w:r/>
      <w:hyperlink r:id="rId13">
        <w:r>
          <w:rPr>
            <w:color w:val="0000EE"/>
            <w:u w:val="single"/>
          </w:rPr>
          <w:t>https://www.gcpridecollective.com/community-calendar</w:t>
        </w:r>
      </w:hyperlink>
      <w:r>
        <w:t xml:space="preserve"> - The Gold Coast Pride Collective maintains a community calendar featuring various events and initiatives for the LGBTQIA+ community on the Gold Coast. Upcoming events include Pride Stride on October 10, 2026, at HOTA Parklands, and the Gold Coast Pride Formal on November 21, 2026, at QT Gold Coast.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gold-coast-pride-announces-their-first-ever-free-pride-formal-for-lgbtqia-youth/244504" TargetMode="External"/><Relationship Id="rId10" Type="http://schemas.openxmlformats.org/officeDocument/2006/relationships/hyperlink" Target="https://www.gcpridecollective.com/pride2026-1" TargetMode="External"/><Relationship Id="rId11" Type="http://schemas.openxmlformats.org/officeDocument/2006/relationships/hyperlink" Target="https://www.eventbrite.com.au/e/gcpc-pride-formal-for-lgbtqia-youth-tickets-2003107402162" TargetMode="External"/><Relationship Id="rId12" Type="http://schemas.openxmlformats.org/officeDocument/2006/relationships/hyperlink" Target="https://www.gcpridecollective.com/copy-of-what-to-expect-at-pride-2026" TargetMode="External"/><Relationship Id="rId13" Type="http://schemas.openxmlformats.org/officeDocument/2006/relationships/hyperlink" Target="https://www.gcpridecollective.com/community-calendar" TargetMode="External"/><Relationship Id="rId14" Type="http://schemas.openxmlformats.org/officeDocument/2006/relationships/hyperlink" Target="https://www.sunshinecoastpride.org/event-details/transgender-day-of-visibility-trans-showcase" TargetMode="External"/><Relationship Id="rId15" Type="http://schemas.openxmlformats.org/officeDocument/2006/relationships/hyperlink" Target="https://spacecoastprid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