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Dear Dad Documentary Explores Black Gay Men’s Family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a quietly powerful documentary about eight Black gay men in Atlanta, each confronting what fatherhood, sexuality and family acceptance have meant in their lives. Through candid interviews and letters read aloud, Dear Dad offers a personal look at identity, distance and the possibility of healing.</w:t>
      </w:r>
      <w:r/>
    </w:p>
    <w:p>
      <w:pPr>
        <w:pStyle w:val="Heading2"/>
      </w:pPr>
      <w:r>
        <w:t>Eight voices, one difficult family conversation</w:t>
      </w:r>
      <w:r/>
    </w:p>
    <w:p>
      <w:r/>
      <w:r>
        <w:t>The film’s strongest quality is its intimacy. Rather than beginning with dramatic revelations, it sits with eight men as they discuss growing up, understanding their sexuality and deciding whether, when or how to speak with their fathers. The mood is thoughtful and sometimes raw, with the camera allowing pauses to linger.</w:t>
      </w:r>
      <w:r/>
    </w:p>
    <w:p>
      <w:r/>
      <w:r>
        <w:t>That approach matters because coming out isn’t a single conversation with a tidy ending. For many gay men, a father’s response can influence confidence, belonging and the shape of the relationship that follows. Research and commentary collected by The Atlantic have also highlighted the particular emotional importance fathers can have for gay sons.</w:t>
      </w:r>
      <w:r/>
    </w:p>
    <w:p>
      <w:pPr>
        <w:pStyle w:val="Heading2"/>
      </w:pPr>
      <w:r>
        <w:t>Why the letter format works</w:t>
      </w:r>
      <w:r/>
    </w:p>
    <w:p>
      <w:r/>
      <w:r>
        <w:t>The documentary is divided into two clear movements. First come the interviews, which establish each participant’s background and his relationship with his father. Then the men write and read letters addressed to the people who helped shape their lives, whether through affection, absence, conflict or support.</w:t>
      </w:r>
      <w:r/>
    </w:p>
    <w:p>
      <w:r/>
      <w:r>
        <w:t>It’s a simple device, but it gives the film an emotional release. Writing creates room for thoughts that might be difficult to say face to face, while reading the letters turns private reflection into shared testimony. A letter can hold gratitude and anger at the same time, which is precisely why the format feels believable rather than overly polished.</w:t>
      </w:r>
      <w:r/>
    </w:p>
    <w:p>
      <w:pPr>
        <w:pStyle w:val="Heading2"/>
      </w:pPr>
      <w:r>
        <w:t>Representation with a distinctly Atlanta perspective</w:t>
      </w:r>
      <w:r/>
    </w:p>
    <w:p>
      <w:r/>
      <w:r>
        <w:t>Director Chase Simmons made the film partly in response to the lack of media that reflected his own experience as a Black gay man. The result is rooted in Atlanta and in the lives of its contributors, rather than presented as a broad survey of every Black LGBTQ+ experience.</w:t>
      </w:r>
      <w:r/>
    </w:p>
    <w:p>
      <w:r/>
      <w:r>
        <w:t>That focus is both the film’s strength and its limitation. Viewers who recognise the cultural and family dynamics on screen may find the stories deeply affecting, while others might experience the documentary as narrower or uneven. A review published by St. Louis Magazine similarly positioned the film as a challenge to simplistic assumptions about Black fatherhood, using personal testimony rather than abstract debate.</w:t>
      </w:r>
      <w:r/>
    </w:p>
    <w:p>
      <w:pPr>
        <w:pStyle w:val="Heading2"/>
      </w:pPr>
      <w:r>
        <w:t>Fatherhood, masculinity and the cost of silence</w:t>
      </w:r>
      <w:r/>
    </w:p>
    <w:p>
      <w:r/>
      <w:r>
        <w:t>The film asks what happens when a son’s sexuality becomes known but the relationship around it remains unspoken. Some fathers offer acceptance and emotional presence. Others withdraw, leaving their sons to navigate adulthood with a painful sense of rejection or uncertainty.</w:t>
      </w:r>
      <w:r/>
    </w:p>
    <w:p>
      <w:r/>
      <w:r>
        <w:t>That tension connects with wider research on family relationships and LGBTQ+ wellbeing. Studies indexed by the National Library of Medicine have examined how family support, stigma and communication can affect the mental health of sexual-minority people. Dear Dad doesn’t turn those findings into a lecture, but its interviews give them a human face.</w:t>
      </w:r>
      <w:r/>
    </w:p>
    <w:p>
      <w:pPr>
        <w:pStyle w:val="Heading2"/>
      </w:pPr>
      <w:r>
        <w:t>A modest film with an important purpose</w:t>
      </w:r>
      <w:r/>
    </w:p>
    <w:p>
      <w:r/>
      <w:r>
        <w:t>Dear Dad isn’t trying to deliver a sweeping national argument, and it doesn’t need to. Its value lies in making room for men whose experiences are often reduced to headlines, stereotypes or silence. The film also gently encourages viewers to consider what they might write if they had the chance to address a parent honestly.</w:t>
      </w:r>
      <w:r/>
    </w:p>
    <w:p>
      <w:r/>
      <w:r>
        <w:t>Some stories will land more powerfully than others, but that unevenness feels natural in a project built from real lives. Its lasting contribution is the insistence that Black gay men deserve to be seen not as symbols, but as sons, brothers, partners and complete people.</w:t>
      </w:r>
      <w:r/>
    </w:p>
    <w:p>
      <w:r/>
      <w:r>
        <w:t>It's a small, personal film that understands how much can begin with saying the unsaid.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2">
        <w:r>
          <w:rPr>
            <w:color w:val="0000EE"/>
            <w:u w:val="single"/>
          </w:rPr>
          <w:t>[3]</w:t>
        </w:r>
      </w:hyperlink>
      <w:r>
        <w:t xml:space="preserve">, </w:t>
      </w:r>
      <w:hyperlink r:id="rId15">
        <w:r>
          <w:rPr>
            <w:color w:val="0000EE"/>
            <w:u w:val="single"/>
          </w:rPr>
          <w:t>[6]</w:t>
        </w:r>
      </w:hyperlink>
      <w:r>
        <w:t xml:space="preserve">- Paragraph 7: </w:t>
      </w:r>
      <w:hyperlink r:id="rId11">
        <w:r>
          <w:rPr>
            <w:color w:val="0000EE"/>
            <w:u w:val="single"/>
          </w:rPr>
          <w:t>[7]</w:t>
        </w:r>
      </w:hyperlink>
      <w:r>
        <w:t xml:space="preserve">, </w:t>
      </w:r>
      <w:hyperlink r:id="rId10">
        <w:r>
          <w:rPr>
            <w:color w:val="0000EE"/>
            <w:u w:val="single"/>
          </w:rPr>
          <w:t>[2]</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https://www.thegayreels.com/2026/10/dear-dad-letters-from-same-gender.html</w:t>
        </w:r>
      </w:hyperlink>
      <w:r>
        <w:t xml:space="preserve"> - Please view link - unable to able to access data</w:t>
      </w:r>
      <w:r/>
    </w:p>
    <w:p>
      <w:pPr>
        <w:pStyle w:val="ListNumber"/>
        <w:spacing w:line="240" w:lineRule="auto"/>
        <w:ind w:left="720"/>
      </w:pPr>
      <w:r/>
      <w:hyperlink r:id="rId10">
        <w:r>
          <w:rPr>
            <w:color w:val="0000EE"/>
            <w:u w:val="single"/>
          </w:rPr>
          <w:t>https://deardaddoc.vhx.tv/</w:t>
        </w:r>
      </w:hyperlink>
      <w:r>
        <w:t xml:space="preserve"> - 'Dear Dad: Letters from Same Gender Loving Sons' is a documentary that features eight diverse Black gay men from Atlanta, Georgia, sharing their personal stories about their relationships with their fathers. The film aims to provide a platform for these men to express their experiences, highlighting both the challenges and support they have encountered. The project seeks to help Black gay men appreciate what has given them hope and heal what has caused them hurt. (</w:t>
      </w:r>
      <w:hyperlink r:id="rId16">
        <w:r>
          <w:rPr>
            <w:color w:val="0000EE"/>
            <w:u w:val="single"/>
          </w:rPr>
          <w:t>deardaddoc.vhx.tv</w:t>
        </w:r>
      </w:hyperlink>
      <w:r>
        <w:t>)</w:t>
      </w:r>
      <w:r/>
    </w:p>
    <w:p>
      <w:pPr>
        <w:pStyle w:val="ListNumber"/>
        <w:spacing w:line="240" w:lineRule="auto"/>
        <w:ind w:left="720"/>
      </w:pPr>
      <w:r/>
      <w:hyperlink r:id="rId12">
        <w:r>
          <w:rPr>
            <w:color w:val="0000EE"/>
            <w:u w:val="single"/>
          </w:rPr>
          <w:t>https://www.theatlantic.com/health/archive/2014/02/why-fathers-are-so-important-for-gay-sons/283019/</w:t>
        </w:r>
      </w:hyperlink>
      <w:r>
        <w:t xml:space="preserve"> - This article discusses the significance of father-son relationships for gay men, emphasizing that these relationships can profoundly influence a gay man's self-esteem and mental health. It highlights that supportive fathers can help mitigate the challenges their sons face, while strained relationships may exacerbate feelings of isolation. The piece underscores the importance of open communication and acceptance within father-son dynamics.</w:t>
      </w:r>
      <w:r/>
    </w:p>
    <w:p>
      <w:pPr>
        <w:pStyle w:val="ListNumber"/>
        <w:spacing w:line="240" w:lineRule="auto"/>
        <w:ind w:left="720"/>
      </w:pPr>
      <w:r/>
      <w:hyperlink r:id="rId13">
        <w:r>
          <w:rPr>
            <w:color w:val="0000EE"/>
            <w:u w:val="single"/>
          </w:rPr>
          <w:t>https://www.ncbi.nlm.nih.gov/pmc/articles/PMC4134456/</w:t>
        </w:r>
      </w:hyperlink>
      <w:r>
        <w:t xml:space="preserve"> - This study explores the father-son relationships among HIV-positive young Black men who have sex with men. It finds that these relationships are crucial sociocontextual influences, affecting participants' lives and potentially impacting sexual risk behaviours. The research suggests that strengthening father-son relationships could be a promising direction for health promotion efforts in this population. (</w:t>
      </w:r>
      <w:hyperlink r:id="rId17">
        <w:r>
          <w:rPr>
            <w:color w:val="0000EE"/>
            <w:u w:val="single"/>
          </w:rPr>
          <w:t>pmc.ncbi.nlm.nih.gov</w:t>
        </w:r>
      </w:hyperlink>
      <w:r>
        <w:t>)</w:t>
      </w:r>
      <w:r/>
    </w:p>
    <w:p>
      <w:pPr>
        <w:pStyle w:val="ListNumber"/>
        <w:spacing w:line="240" w:lineRule="auto"/>
        <w:ind w:left="720"/>
      </w:pPr>
      <w:r/>
      <w:hyperlink r:id="rId14">
        <w:r>
          <w:rPr>
            <w:color w:val="0000EE"/>
            <w:u w:val="single"/>
          </w:rPr>
          <w:t>https://www.tandfonline.com/doi/full/10.1080/30678935.2026.2673469</w:t>
        </w:r>
      </w:hyperlink>
      <w:r>
        <w:t xml:space="preserve"> - This literature review examines masculinity and mental health among Black gay and bisexual men using an intersectional framework. It highlights that father-son relationships are significant, with fathers being primary sources of gender expression and socialization. The study notes that the influence of fathers, whether through interactions or absence, plays a formative role for Black gay and bisexual men as they encounter larger community, institutional, and cultural influences. (</w:t>
      </w:r>
      <w:hyperlink r:id="rId18">
        <w:r>
          <w:rPr>
            <w:color w:val="0000EE"/>
            <w:u w:val="single"/>
          </w:rPr>
          <w:t>tandfonline.com</w:t>
        </w:r>
      </w:hyperlink>
      <w:r>
        <w:t>)</w:t>
      </w:r>
      <w:r/>
    </w:p>
    <w:p>
      <w:pPr>
        <w:pStyle w:val="ListNumber"/>
        <w:spacing w:line="240" w:lineRule="auto"/>
        <w:ind w:left="720"/>
      </w:pPr>
      <w:r/>
      <w:hyperlink r:id="rId15">
        <w:r>
          <w:rPr>
            <w:color w:val="0000EE"/>
            <w:u w:val="single"/>
          </w:rPr>
          <w:t>https://www.tandfonline.com/doi/full/10.1080/13229400.2017.1357651</w:t>
        </w:r>
      </w:hyperlink>
      <w:r>
        <w:t xml:space="preserve"> - This study explores the paternal relationship between young Black gay men who have not disclosed their sexual orientation to their fathers and how their non-disclosure may influence their relationship. The findings show that the father-son relationship was reported to be poor during the participants’ childhood but showed improvement in their adulthood. The study suggests that the definition of being gay is socially constructed as someone who lacks masculine behaviour. (</w:t>
      </w:r>
      <w:hyperlink r:id="rId19">
        <w:r>
          <w:rPr>
            <w:color w:val="0000EE"/>
            <w:u w:val="single"/>
          </w:rPr>
          <w:t>tandfonline.com</w:t>
        </w:r>
      </w:hyperlink>
      <w:r>
        <w:t>)</w:t>
      </w:r>
      <w:r/>
    </w:p>
    <w:p>
      <w:pPr>
        <w:pStyle w:val="ListNumber"/>
        <w:spacing w:line="240" w:lineRule="auto"/>
        <w:ind w:left="720"/>
      </w:pPr>
      <w:r/>
      <w:hyperlink r:id="rId11">
        <w:r>
          <w:rPr>
            <w:color w:val="0000EE"/>
            <w:u w:val="single"/>
          </w:rPr>
          <w:t>https://www.stlmag.com/culture/film/dear-fathers-dismantles-rumors-surrounding-black-fatherhood-/</w:t>
        </w:r>
      </w:hyperlink>
      <w:r>
        <w:t xml:space="preserve"> - This article discusses the 'Dear Fathers' docuseries, which aims to dismantle stereotypes about Black fatherhood. The series features interviews with the founders of the St. Louis-based organization Dear Fathers, dedicated to telling stories of Black fatherhood and addressing stereotypes that have permeated society. The piece highlights the importance of breaking down misconceptions surrounding Black fathers and their relationships with their children. (</w:t>
      </w:r>
      <w:hyperlink r:id="rId20">
        <w:r>
          <w:rPr>
            <w:color w:val="0000EE"/>
            <w:u w:val="single"/>
          </w:rPr>
          <w:t>stlmag.com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ayreels.com/2026/10/dear-dad-letters-from-same-gender.html" TargetMode="External"/><Relationship Id="rId10" Type="http://schemas.openxmlformats.org/officeDocument/2006/relationships/hyperlink" Target="https://deardaddoc.vhx.tv/" TargetMode="External"/><Relationship Id="rId11" Type="http://schemas.openxmlformats.org/officeDocument/2006/relationships/hyperlink" Target="https://www.stlmag.com/culture/film/dear-fathers-dismantles-rumors-surrounding-black-fatherhood-/" TargetMode="External"/><Relationship Id="rId12" Type="http://schemas.openxmlformats.org/officeDocument/2006/relationships/hyperlink" Target="https://www.theatlantic.com/health/archive/2014/02/why-fathers-are-so-important-for-gay-sons/283019/" TargetMode="External"/><Relationship Id="rId13" Type="http://schemas.openxmlformats.org/officeDocument/2006/relationships/hyperlink" Target="https://www.ncbi.nlm.nih.gov/pmc/articles/PMC4134456/" TargetMode="External"/><Relationship Id="rId14" Type="http://schemas.openxmlformats.org/officeDocument/2006/relationships/hyperlink" Target="https://www.tandfonline.com/doi/full/10.1080/30678935.2026.2673469" TargetMode="External"/><Relationship Id="rId15" Type="http://schemas.openxmlformats.org/officeDocument/2006/relationships/hyperlink" Target="https://www.tandfonline.com/doi/full/10.1080/13229400.2017.1357651" TargetMode="External"/><Relationship Id="rId16" Type="http://schemas.openxmlformats.org/officeDocument/2006/relationships/hyperlink" Target="https://deardaddoc.vhx.tv/?utm_source=openai" TargetMode="External"/><Relationship Id="rId17" Type="http://schemas.openxmlformats.org/officeDocument/2006/relationships/hyperlink" Target="https://pmc.ncbi.nlm.nih.gov/articles/PMC4134456/?utm_source=openai" TargetMode="External"/><Relationship Id="rId18" Type="http://schemas.openxmlformats.org/officeDocument/2006/relationships/hyperlink" Target="https://www.tandfonline.com/doi/full/10.1080/30678935.2026.2673469?utm_source=openai" TargetMode="External"/><Relationship Id="rId19" Type="http://schemas.openxmlformats.org/officeDocument/2006/relationships/hyperlink" Target="https://www.tandfonline.com/doi/full/10.1080/13229400.2017.1357651?utm_source=openai" TargetMode="External"/><Relationship Id="rId20" Type="http://schemas.openxmlformats.org/officeDocument/2006/relationships/hyperlink" Target="https://www.stlmag.com/culture/film/dear-fathers-dismantles-rumors-surrounding-black-fatherhoo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