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Charli XCX headlines National PrEP Day celebration in West Hollywood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Charli XCX brought surprise-show energy to MISTR's National PrEP Day event in West Hollywood, where music, drag and celebrity glamour helped turn HIV prevention into a more open conversation. The evening paired major performances with a practical message: free access to PrEP and other sexual-health services should be easier to find and use.</w:t>
      </w:r>
      <w:r/>
    </w:p>
    <w:p>
      <w:pPr>
        <w:pStyle w:val="Heading2"/>
      </w:pPr>
      <w:r>
        <w:t>Essential Takeaways</w:t>
      </w:r>
      <w:r/>
      <w:r/>
    </w:p>
    <w:p>
      <w:pPr>
        <w:pStyle w:val="ListBullet"/>
        <w:spacing w:line="240" w:lineRule="auto"/>
        <w:ind w:left="720"/>
      </w:pPr>
      <w:r/>
      <w:r>
        <w:rPr>
          <w:b/>
        </w:rPr>
        <w:t>Surprise performance:</w:t>
      </w:r>
      <w:r>
        <w:t xml:space="preserve"> Charli XCX performed at The Abbey during MISTR's second annual National PrEP Day celebration.</w:t>
      </w:r>
      <w:r/>
    </w:p>
    <w:p>
      <w:pPr>
        <w:pStyle w:val="ListBullet"/>
        <w:spacing w:line="240" w:lineRule="auto"/>
        <w:ind w:left="720"/>
      </w:pPr>
      <w:r/>
      <w:r>
        <w:rPr>
          <w:b/>
        </w:rPr>
        <w:t>Starry line-up:</w:t>
      </w:r>
      <w:r>
        <w:t xml:space="preserve"> Chappell Roan, Leland and Tove Lo also supplied DJ sets across the evening.</w:t>
      </w:r>
      <w:r/>
    </w:p>
    <w:p>
      <w:pPr>
        <w:pStyle w:val="ListBullet"/>
        <w:spacing w:line="240" w:lineRule="auto"/>
        <w:ind w:left="720"/>
      </w:pPr>
      <w:r/>
      <w:r>
        <w:rPr>
          <w:b/>
        </w:rPr>
        <w:t>Free prevention:</w:t>
      </w:r>
      <w:r>
        <w:t xml:space="preserve"> MISTR says eligible users can access PrEP, DoxyPEP, testing and HIV care at no cost, including without insurance.</w:t>
      </w:r>
      <w:r/>
    </w:p>
    <w:p>
      <w:pPr>
        <w:pStyle w:val="ListBullet"/>
        <w:spacing w:line="240" w:lineRule="auto"/>
        <w:ind w:left="720"/>
      </w:pPr>
      <w:r/>
      <w:r>
        <w:rPr>
          <w:b/>
        </w:rPr>
        <w:t>Growing recognition:</w:t>
      </w:r>
      <w:r>
        <w:t xml:space="preserve"> Politicians, governors and several US cities officially recognised 10 October as National PrEP Day.</w:t>
      </w:r>
      <w:r/>
    </w:p>
    <w:p>
      <w:pPr>
        <w:pStyle w:val="ListBullet"/>
        <w:spacing w:line="240" w:lineRule="auto"/>
        <w:ind w:left="720"/>
      </w:pPr>
      <w:r/>
      <w:r>
        <w:rPr>
          <w:b/>
        </w:rPr>
        <w:t>A bigger pledge:</w:t>
      </w:r>
      <w:r>
        <w:t xml:space="preserve"> MISTR has committed to funding one million free HIV tests and one million hepatitis C tests by the end of 2027.</w:t>
      </w:r>
      <w:r/>
      <w:r/>
    </w:p>
    <w:p>
      <w:pPr>
        <w:pStyle w:val="Heading2"/>
      </w:pPr>
      <w:r>
        <w:t>Charli XCX turns a health message into a headline moment</w:t>
      </w:r>
      <w:r/>
    </w:p>
    <w:p>
      <w:r/>
      <w:r>
        <w:t>The strongest image from the night was also the simplest: Charli XCX stepping up for an unexpected performance at The Abbey in West Hollywood. In a room already buzzing with celebrity appearances and nightlife energy, the surprise set gave National PrEP Day the sort of cultural visibility that traditional health campaigns rarely achieve.</w:t>
      </w:r>
      <w:r/>
    </w:p>
    <w:p>
      <w:r/>
      <w:r>
        <w:t>According to GlobeNewswire, Charli said MISTR was helping make HIV prevention more accessible and that people should be able to find clear information and support without stigma or judgement. It's a useful reminder that awareness doesn't always have to arrive in a clinic leaflet. Sometimes it arrives under bright lights, with a packed dance floor and a familiar pop star on stage.</w:t>
      </w:r>
      <w:r/>
    </w:p>
    <w:p>
      <w:pPr>
        <w:pStyle w:val="Heading2"/>
      </w:pPr>
      <w:r>
        <w:t>Music, fashion and a very glamorous guest list</w:t>
      </w:r>
      <w:r/>
    </w:p>
    <w:p>
      <w:r/>
      <w:r>
        <w:t>The celebration was designed to feel more like a major night out than a formal awareness event. Chappell Roan and Leland performed DJ sets, while Tove Lo handled the after-party, creating a full evening arc rather than a single brief appearance.</w:t>
      </w:r>
      <w:r/>
    </w:p>
    <w:p>
      <w:r/>
      <w:r>
        <w:t>Celebrity guests included Demi Lovato, Christina Aguilera, Emily Ratajkowski, Tinashe, Omar Apollo, Kim Petras and Kesha, alongside prominent figures from drag, reality television and LGBTQ+ entertainment. Coverage from TMZ and CelebMafia also highlighted the event's dramatic fashion, including Charli's sheer black ruffled look. Subtle it wasn't, but that hardly seemed to be the point.</w:t>
      </w:r>
      <w:r/>
    </w:p>
    <w:p>
      <w:pPr>
        <w:pStyle w:val="Heading2"/>
      </w:pPr>
      <w:r>
        <w:t>Why National PrEP Day matters</w:t>
      </w:r>
      <w:r/>
    </w:p>
    <w:p>
      <w:r/>
      <w:r>
        <w:t>National PrEP Day was created in 2025 and is held each year on 10 October, a date chosen for its easy-to-remember 10/10 format. The campaign aims to bring HIV prevention into everyday conversation, particularly at a time when embarrassment and misinformation can still stop people seeking support.</w:t>
      </w:r>
      <w:r/>
    </w:p>
    <w:p>
      <w:r/>
      <w:r>
        <w:t>PrEP is medication that helps prevent HIV before exposure, while DoxyPEP is used after sex in certain circumstances to reduce the risk of some bacterial sexually transmitted infections. MISTR says its online service offers access to PrEP, DoxyPEP, STI testing, hepatitis C testing and long-term HIV care. Anyone considering these services should speak with a qualified healthcare professional about suitability, testing and safe use.</w:t>
      </w:r>
      <w:r/>
    </w:p>
    <w:p>
      <w:pPr>
        <w:pStyle w:val="Heading2"/>
      </w:pPr>
      <w:r>
        <w:t>Recognition is spreading beyond the party</w:t>
      </w:r>
      <w:r/>
    </w:p>
    <w:p>
      <w:r/>
      <w:r>
        <w:t>The event's reach now extends well beyond its entertainment value. GlobeNewswire reported that Representatives Mark Pocan and Don Bacon introduced a bipartisan Congressional resolution recognising National PrEP Day, while Massachusetts Governor Maura Healey and Arizona Governor Katie Hobbs issued state proclamations.</w:t>
      </w:r>
      <w:r/>
    </w:p>
    <w:p>
      <w:r/>
      <w:r>
        <w:t>Las Vegas, San Francisco, West Hollywood and Wilton Manors also officially recognised the day. That matters because public recognition can help move prevention away from whispered conversations and towards routine healthcare, where it belongs. The campaign is still colourful and deliberately loud, but the underlying ambition is practical.</w:t>
      </w:r>
      <w:r/>
    </w:p>
    <w:p>
      <w:pPr>
        <w:pStyle w:val="Heading2"/>
      </w:pPr>
      <w:r>
        <w:t>What comes next for free HIV prevention</w:t>
      </w:r>
      <w:r/>
    </w:p>
    <w:p>
      <w:r/>
      <w:r>
        <w:t>MISTR has also announced a commitment to fund one million free HIV tests and one million free hepatitis C tests by the end of 2027, following an announcement at the Clinton Global Initiative Annual Meeting. That promise places testing alongside prevention and longer-term care, rather than treating them as separate issues.</w:t>
      </w:r>
      <w:r/>
    </w:p>
    <w:p>
      <w:r/>
      <w:r>
        <w:t>For anyone searching for free online PrEP in the United States, MISTR says its service operates across all 50 states, Washington DC and Puerto Rico, with delivery available and no traditional doctor's-office visit required. Availability and medical eligibility still depend on individual assessment, so checking the current service details is sensible before signing up.</w:t>
      </w:r>
      <w:r/>
    </w:p>
    <w:p>
      <w:r/>
      <w:r>
        <w:t>A glittering party won't solve every barrier to care, but it can make an important conversation feel less intimidating. It's a small cultural shift with a potentially serious health payoff.</w:t>
      </w:r>
      <w:r/>
    </w:p>
    <w:p>
      <w:r/>
      <w:r>
        <w:t>Explore sexual-health options through a qualified provider and choose the support that suits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0">
        <w:r>
          <w:rPr>
            <w:color w:val="0000EE"/>
            <w:u w:val="single"/>
          </w:rPr>
          <w:t>[4]</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3">
        <w:r>
          <w:rPr>
            <w:color w:val="0000EE"/>
            <w:u w:val="single"/>
          </w:rPr>
          <w:t>[7]</w:t>
        </w:r>
      </w:hyperlink>
      <w:r>
        <w:t xml:space="preserve">- Paragraph 8: </w:t>
      </w:r>
      <w:hyperlink r:id="rId9">
        <w:r>
          <w:rPr>
            <w:color w:val="0000EE"/>
            <w:u w:val="single"/>
          </w:rPr>
          <w:t>[2]</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https://www.globenewswire.com/news-release/2026/10/13/3380191/0/en/charli-xcx-headlines-mistr-s-star-studded-national-prep-day-celebration.html</w:t>
        </w:r>
      </w:hyperlink>
      <w:r>
        <w:t xml:space="preserve"> - Original press release. View link for all data</w:t>
      </w:r>
      <w:r/>
    </w:p>
    <w:p>
      <w:pPr>
        <w:pStyle w:val="ListNumber"/>
        <w:spacing w:line="240" w:lineRule="auto"/>
        <w:ind w:left="720"/>
      </w:pPr>
      <w:r/>
      <w:hyperlink r:id="rId9">
        <w:r>
          <w:rPr>
            <w:color w:val="0000EE"/>
            <w:u w:val="single"/>
          </w:rPr>
          <w:t>https://www.globenewswire.com/news-release/2026/10/13/3380191/0/en/charli-xcx-headlines-mistr-s-star-studded-national-prep-day-celebration.html</w:t>
        </w:r>
      </w:hyperlink>
      <w:r>
        <w:t xml:space="preserve"> - Charli XCX delivered a surprise performance at The Abbey in West Hollywood on October 10, 2026, during MISTR's second annual National PrEP Day. The event aimed to celebrate sexual health, eliminate stigma, and promote free HIV prevention. Other performers included Chappell Roan, Leland, and Tove Lo, with celebrity guests such as Demi Lovato, Christina Aguilera, and Kesha. Charli XCX praised MISTR's efforts to make HIV prevention more accessible and emphasized the importance of clear information and resources without stigma or judgment.</w:t>
      </w:r>
      <w:r/>
    </w:p>
    <w:p>
      <w:pPr>
        <w:pStyle w:val="ListNumber"/>
        <w:spacing w:line="240" w:lineRule="auto"/>
        <w:ind w:left="720"/>
      </w:pPr>
      <w:r/>
      <w:hyperlink r:id="rId14">
        <w:r>
          <w:rPr>
            <w:color w:val="0000EE"/>
            <w:u w:val="single"/>
          </w:rPr>
          <w:t>https://www.rte.ie/lifestyle/fashion/2026/1012/1595004-charli-xcx-performs-on-stage-in-an-irish-design/</w:t>
        </w:r>
      </w:hyperlink>
      <w:r>
        <w:t xml:space="preserve"> - Charli XCX wore an outfit by Irish designer Julia O'Callaghan during her performance at MISTR's second annual National PrEP Day celebration at The Abbey in West Hollywood on October 10, 2026. O'Callaghan, a student at Central Saint Martins in London, is known for avant-garde designs inspired by vintage postcards and pin-up models. The ensemble featured a sheer black blouse with voluminous, frill-filled sleeves, lace-up shorts, and a sheer black blouse with voluminous, frill-filled sleeves.</w:t>
      </w:r>
      <w:r/>
    </w:p>
    <w:p>
      <w:pPr>
        <w:pStyle w:val="ListNumber"/>
        <w:spacing w:line="240" w:lineRule="auto"/>
        <w:ind w:left="720"/>
      </w:pPr>
      <w:r/>
      <w:hyperlink r:id="rId10">
        <w:r>
          <w:rPr>
            <w:color w:val="0000EE"/>
            <w:u w:val="single"/>
          </w:rPr>
          <w:t>https://www.tmz.com/2026/10/11/chappell-roan-and-charli-xcx-at-the-abbey/</w:t>
        </w:r>
      </w:hyperlink>
      <w:r>
        <w:t xml:space="preserve"> - Chappell Roan performed a DJ set at The Abbey in West Hollywood for MISTR's second annual National PrEP Day celebration on October 10, 2026. The event featured performances by Charli XCX and Tove Lo, with celebrity guests including Christina Aguilera, Kesha, Demi Lovato, Sam Asghari, Lance Bass, NeNe Leakes, and Tinashe. The celebration aimed to raise awareness about PrEP, a medication that can dramatically reduce the risk of contracting HIV.</w:t>
      </w:r>
      <w:r/>
    </w:p>
    <w:p>
      <w:pPr>
        <w:pStyle w:val="ListNumber"/>
        <w:spacing w:line="240" w:lineRule="auto"/>
        <w:ind w:left="720"/>
      </w:pPr>
      <w:r/>
      <w:hyperlink r:id="rId11">
        <w:r>
          <w:rPr>
            <w:color w:val="0000EE"/>
            <w:u w:val="single"/>
          </w:rPr>
          <w:t>https://celebmafia.com/charli-xcx-in-sheer-black-ruffles-at-the-abbeys-national-prep-day-4729323/</w:t>
        </w:r>
      </w:hyperlink>
      <w:r>
        <w:t xml:space="preserve"> - Charli XCX appeared at The Abbey's National PrEP Day celebration in Los Angeles on October 10, 2026, wearing a sheer black ensemble with enormous, tiered ruffled sleeves. The outfit included lace-up shorts and long beaded necklaces, embracing a theatrical silhouette. The event aimed to raise awareness and funds for HIV prevention and access to PrEP, the medication that helps prevent HIV.</w:t>
      </w:r>
      <w:r/>
    </w:p>
    <w:p>
      <w:pPr>
        <w:pStyle w:val="ListNumber"/>
        <w:spacing w:line="240" w:lineRule="auto"/>
        <w:ind w:left="720"/>
      </w:pPr>
      <w:r/>
      <w:hyperlink r:id="rId12">
        <w:r>
          <w:rPr>
            <w:color w:val="0000EE"/>
            <w:u w:val="single"/>
          </w:rPr>
          <w:t>https://celebmafia.com/mistr-national-prep-day-sheer-fashion-4729582/</w:t>
        </w:r>
      </w:hyperlink>
      <w:r>
        <w:t xml:space="preserve"> - At MISTR's second annual National PrEP Day celebration at The Abbey in Los Angeles on October 10, 2026, celebrities including Bella Poarch, Christina Aguilera, and Charli XCX showcased outfits featuring sheer fabrics combined with black leather, opaque gothic ornament, and thigh-high boots or enormous tiered ruffles. The event aimed to raise awareness and funds for HIV prevention and access to PrEP, the medication that helps prevent HIV.</w:t>
      </w:r>
      <w:r/>
    </w:p>
    <w:p>
      <w:pPr>
        <w:pStyle w:val="ListNumber"/>
        <w:spacing w:line="240" w:lineRule="auto"/>
        <w:ind w:left="720"/>
      </w:pPr>
      <w:r/>
      <w:hyperlink r:id="rId13">
        <w:r>
          <w:rPr>
            <w:color w:val="0000EE"/>
            <w:u w:val="single"/>
          </w:rPr>
          <w:t>https://heymistr.com/blog/what-is-national-prep-day/</w:t>
        </w:r>
      </w:hyperlink>
      <w:r>
        <w:t xml:space="preserve"> - National PrEP Day, observed annually on October 10, was launched by MISTR and SISTR in 2025 to make HIV prevention more visible, accessible, and stigma-free. The holiday's first goal was to get 10,000 new people started on PrEP in 10 days. MISTR offers free PrEP care online, with discreet testing and delivery options for eligible users.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lobenewswire.com/news-release/2026/10/13/3380191/0/en/charli-xcx-headlines-mistr-s-star-studded-national-prep-day-celebration.html" TargetMode="External"/><Relationship Id="rId10" Type="http://schemas.openxmlformats.org/officeDocument/2006/relationships/hyperlink" Target="https://www.tmz.com/2026/10/11/chappell-roan-and-charli-xcx-at-the-abbey/" TargetMode="External"/><Relationship Id="rId11" Type="http://schemas.openxmlformats.org/officeDocument/2006/relationships/hyperlink" Target="https://celebmafia.com/charli-xcx-in-sheer-black-ruffles-at-the-abbeys-national-prep-day-4729323/" TargetMode="External"/><Relationship Id="rId12" Type="http://schemas.openxmlformats.org/officeDocument/2006/relationships/hyperlink" Target="https://celebmafia.com/mistr-national-prep-day-sheer-fashion-4729582/" TargetMode="External"/><Relationship Id="rId13" Type="http://schemas.openxmlformats.org/officeDocument/2006/relationships/hyperlink" Target="https://heymistr.com/blog/what-is-national-prep-day/" TargetMode="External"/><Relationship Id="rId14" Type="http://schemas.openxmlformats.org/officeDocument/2006/relationships/hyperlink" Target="https://www.rte.ie/lifestyle/fashion/2026/1012/1595004-charli-xcx-performs-on-stage-in-an-irish-des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