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romance graphic novels for a joyful, closed-door escape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queer romance graphic novels with a proper emotional payoff are finding plenty to love, from magical softball rivalries to tender historical relationships. These stories bring identity, friendship and desire together in vivid, compact packages, making them ideal for anyone wanting a heartfelt read without committing to an endless series.</w:t>
      </w:r>
      <w:r/>
    </w:p>
    <w:p>
      <w:pPr>
        <w:pStyle w:val="Heading2"/>
      </w:pPr>
      <w:r>
        <w:t>Essential Takeaways</w:t>
      </w:r>
      <w:r/>
      <w:r/>
    </w:p>
    <w:p>
      <w:pPr>
        <w:pStyle w:val="ListBullet"/>
        <w:spacing w:line="240" w:lineRule="auto"/>
        <w:ind w:left="720"/>
      </w:pPr>
      <w:r/>
      <w:r>
        <w:rPr>
          <w:b/>
        </w:rPr>
        <w:t>A standout sports romance:</w:t>
      </w:r>
      <w:r>
        <w:t xml:space="preserve"> Grand Slam Romance follows a magical, gender-inclusive softball world packed with rivalry and feeling.</w:t>
      </w:r>
      <w:r/>
    </w:p>
    <w:p>
      <w:pPr>
        <w:pStyle w:val="ListBullet"/>
        <w:spacing w:line="240" w:lineRule="auto"/>
        <w:ind w:left="720"/>
      </w:pPr>
      <w:r/>
      <w:r>
        <w:rPr>
          <w:b/>
        </w:rPr>
        <w:t>Finite stories matter:</w:t>
      </w:r>
      <w:r>
        <w:t xml:space="preserve"> Several recommendations offer complete arcs, rather than sprawling series with no clear finish.</w:t>
      </w:r>
      <w:r/>
    </w:p>
    <w:p>
      <w:pPr>
        <w:pStyle w:val="ListBullet"/>
        <w:spacing w:line="240" w:lineRule="auto"/>
        <w:ind w:left="720"/>
      </w:pPr>
      <w:r/>
      <w:r>
        <w:rPr>
          <w:b/>
        </w:rPr>
        <w:t>Romance stays central:</w:t>
      </w:r>
      <w:r>
        <w:t xml:space="preserve"> These are stories built around connection, emotional growth and satisfying endings.</w:t>
      </w:r>
      <w:r/>
    </w:p>
    <w:p>
      <w:pPr>
        <w:pStyle w:val="ListBullet"/>
        <w:spacing w:line="240" w:lineRule="auto"/>
        <w:ind w:left="720"/>
      </w:pPr>
      <w:r/>
      <w:r>
        <w:rPr>
          <w:b/>
        </w:rPr>
        <w:t>There is plenty of variety:</w:t>
      </w:r>
      <w:r>
        <w:t xml:space="preserve"> Expect historical drama, foodie romance, coming-of-age adventures and illustrated fantasy.</w:t>
      </w:r>
      <w:r/>
    </w:p>
    <w:p>
      <w:pPr>
        <w:pStyle w:val="ListBullet"/>
        <w:spacing w:line="240" w:lineRule="auto"/>
        <w:ind w:left="720"/>
      </w:pPr>
      <w:r/>
      <w:r>
        <w:rPr>
          <w:b/>
        </w:rPr>
        <w:t>Check content notes:</w:t>
      </w:r>
      <w:r>
        <w:t xml:space="preserve"> Patience &amp; Esther includes graphic sexual content, so readers should choose according to preference.</w:t>
      </w:r>
      <w:r/>
      <w:r/>
    </w:p>
    <w:p>
      <w:pPr>
        <w:pStyle w:val="Heading2"/>
      </w:pPr>
      <w:r>
        <w:t>Why queer romance graphic novels feel so satisfying</w:t>
      </w:r>
      <w:r/>
    </w:p>
    <w:p>
      <w:r/>
      <w:r>
        <w:t>There’s something wonderfully reassuring about a graphic novel that knows exactly where it’s going. The pages may be colourful, dramatic or gloriously chaotic, but the emotional promise is clear: two people, or sometimes three, will change through love and reach a meaningful conclusion.</w:t>
      </w:r>
      <w:r/>
    </w:p>
    <w:p>
      <w:r/>
      <w:r>
        <w:t>Book Riot’s selection focuses on queer romance graphic novels that put the relationship at the heart of the story. That makes them especially appealing when you want warmth and momentum, rather than a plot that treats romance as a decorative subplot.</w:t>
      </w:r>
      <w:r/>
    </w:p>
    <w:p>
      <w:pPr>
        <w:pStyle w:val="Heading2"/>
      </w:pPr>
      <w:r>
        <w:t>Grand Slam Romance brings big feelings to the softball pitch</w:t>
      </w:r>
      <w:r/>
    </w:p>
    <w:p>
      <w:r/>
      <w:r>
        <w:t>Grand Slam Romance is the energetic choice for readers who like their romance served with competition, friendship and a touch of magical-girl spectacle. Mickey Monsoon is a gifted pitcher whose world becomes complicated when an old friend returns and an ex arrives with a rival team.</w:t>
      </w:r>
      <w:r/>
    </w:p>
    <w:p>
      <w:r/>
      <w:r>
        <w:t>The series is listed across romance and comics databases as a three-volume graphic novel, giving its character arcs room to develop while still pointing towards a finite story. That balance is useful for readers who enjoy serial storytelling but don't want to be trapped in an ever-expanding reading commitment.</w:t>
      </w:r>
      <w:r/>
    </w:p>
    <w:p>
      <w:r/>
      <w:r>
        <w:t>At its best, the book sounds like a sports drama with a soft centre. The pitch is important, certainly, but the real game is watching these characters work out who they are and what they want from one another.</w:t>
      </w:r>
      <w:r/>
    </w:p>
    <w:p>
      <w:pPr>
        <w:pStyle w:val="Heading2"/>
      </w:pPr>
      <w:r>
        <w:t>Four more romances to add to your TBR</w:t>
      </w:r>
      <w:r/>
    </w:p>
    <w:p>
      <w:r/>
      <w:r>
        <w:t>Patience &amp; Esther offers a quieter historical mood, following two women working in service during the Edwardian period. Their relationship begins awkwardly, then deepens through proximity, shared work and the social changes gathering around them. It's a gently intimate premise, although readers should note the book contains graphic sex.</w:t>
      </w:r>
      <w:r/>
    </w:p>
    <w:p>
      <w:r/>
      <w:r>
        <w:t>Hungry Heart takes romance into the kitchen. A food blogger finally gets close to a celebrated chef, but their relationship develops through conversation, friendship and repeated attempts to understand one another. Food is an obvious pleasure here, yet the emotional appeal lies in two imperfect people repeatedly finding their way back.</w:t>
      </w:r>
      <w:r/>
    </w:p>
    <w:p>
      <w:r/>
      <w:r>
        <w:t>For a literary period-romance twist, I Shall Never Fall In Love reworks the spirit of Emma through a queer lens. George, Eleanor and Charlotte form an engrossing friendship triangle while trying to resist the expectations placed on them. The result promises wit, domestic detail and the delicious tension of knowing that change is coming.</w:t>
      </w:r>
      <w:r/>
    </w:p>
    <w:p>
      <w:pPr>
        <w:pStyle w:val="Heading2"/>
      </w:pPr>
      <w:r>
        <w:t>How to choose the right queer romance comic</w:t>
      </w:r>
      <w:r/>
    </w:p>
    <w:p>
      <w:r/>
      <w:r>
        <w:t>Start with tone. Grand Slam Romance is the lively pick for readers who want rivalry, spectacle and coming-of-age drama, while Patience &amp; Esther suits anyone craving a slower, more intimate historical story. Hungry Heart is the natural choice for food lovers, particularly if cosy conversations matter as much as grand declarations.</w:t>
      </w:r>
      <w:r/>
    </w:p>
    <w:p>
      <w:r/>
      <w:r>
        <w:t>It's also worth checking the format before you buy. Romance.io and other catalogue listings identify Grand Slam Romance as a series, while the wider recommendation includes both single-volume books and finite multi-volume stories. That distinction can save you from accidentally starting something that won't deliver a complete arc for several books.</w:t>
      </w:r>
      <w:r/>
    </w:p>
    <w:p>
      <w:r/>
      <w:r>
        <w:t>And if you prefer illustrated prose, When the Tides Held the Moon offers a slightly different route. It isn't a graphic novel, but its illustrations and queer romantic fantasy make it a tempting companion read.</w:t>
      </w:r>
      <w:r/>
    </w:p>
    <w:p>
      <w:pPr>
        <w:pStyle w:val="Heading2"/>
      </w:pPr>
      <w:r>
        <w:t>A welcoming corner of the comics shelf</w:t>
      </w:r>
      <w:r/>
    </w:p>
    <w:p>
      <w:r/>
      <w:r>
        <w:t>The appeal of these books isn't only that they feature queer characters. It's that their identities sit within full, colourful lives involving sport, work, ambition, friendship, family and desire. Romance becomes a place for those characters to be complicated, funny and hopeful.</w:t>
      </w:r>
      <w:r/>
    </w:p>
    <w:p>
      <w:r/>
      <w:r>
        <w:t>That matters when so many readers are looking for stories that offer emotional reassurance without flattening the obstacles. A good happily-ever-after shouldn't feel weightless; it should feel earned. These recommendations suggest there is plenty of room on the comics shelf for exactly that kind of joy.</w:t>
      </w:r>
      <w:r/>
    </w:p>
    <w:p>
      <w:r/>
      <w:r>
        <w:t>Explore the one that matches your mood, and let the artwork do some of the falling in love for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https://bookriot.com/queer-romance-graphic-novels/</w:t>
        </w:r>
      </w:hyperlink>
      <w:r>
        <w:t xml:space="preserve"> - Please view link - unable to able to access data</w:t>
      </w:r>
      <w:r/>
    </w:p>
    <w:p>
      <w:pPr>
        <w:pStyle w:val="ListNumber"/>
        <w:spacing w:line="240" w:lineRule="auto"/>
        <w:ind w:left="720"/>
      </w:pPr>
      <w:r/>
      <w:hyperlink r:id="rId10">
        <w:r>
          <w:rPr>
            <w:color w:val="0000EE"/>
            <w:u w:val="single"/>
          </w:rPr>
          <w:t>https://www.romance.io/series/664dbcdc98edf5bf92eefdec/grand-slam-romance</w:t>
        </w:r>
      </w:hyperlink>
      <w:r>
        <w:t xml:space="preserve"> - The 'Grand Slam Romance' series by Ollie Hicks and Emma Oosterhous is a queer, full-colour graphic novel trilogy that blends romance, softball, and magical girl elements. The first book introduces Mickey Monsoon, a talented pitcher for the Belle City Broads, whose team faces challenges when Astra Maxima, a former friend and rival, joins the Gaiety Gals. The series is celebrated for its dynamic storytelling and vibrant artwork, offering a unique take on sports and romance narratives.</w:t>
      </w:r>
      <w:r/>
    </w:p>
    <w:p>
      <w:pPr>
        <w:pStyle w:val="ListNumber"/>
        <w:spacing w:line="240" w:lineRule="auto"/>
        <w:ind w:left="720"/>
      </w:pPr>
      <w:r/>
      <w:hyperlink r:id="rId12">
        <w:r>
          <w:rPr>
            <w:color w:val="0000EE"/>
            <w:u w:val="single"/>
          </w:rPr>
          <w:t>https://www.goodreads.com/book/show/61783759-grand-slam-romance</w:t>
        </w:r>
      </w:hyperlink>
      <w:r>
        <w:t xml:space="preserve"> - On Goodreads, 'Grand Slam Romance' by Ollie Hicks and Emma Oosterhous is rated 3.89 out of 5 stars, based on 995 ratings and 195 reviews. The graphic novel follows Mickey Monsoon, a skilled pitcher for the Belle City Broads, who is challenged by the arrival of Astra Maxima, a former friend and rival, joining the Gaiety Gals. The book is praised for its engaging storyline and diverse representation.</w:t>
      </w:r>
      <w:r/>
    </w:p>
    <w:p>
      <w:pPr>
        <w:pStyle w:val="ListNumber"/>
        <w:spacing w:line="240" w:lineRule="auto"/>
        <w:ind w:left="720"/>
      </w:pPr>
      <w:r/>
      <w:hyperlink r:id="rId11">
        <w:r>
          <w:rPr>
            <w:color w:val="0000EE"/>
            <w:u w:val="single"/>
          </w:rPr>
          <w:t>https://queercomicsdatabase.com/series/grand-slam-romance/</w:t>
        </w:r>
      </w:hyperlink>
      <w:r>
        <w:t xml:space="preserve"> - The Queer Comics Database provides detailed information on 'Grand Slam Romance,' highlighting its genre as fantasy, fiction, humour, romance, and sports. The series is noted for its bright, full-colour, stylised art style and features queer representation, including nonbinary or genderqueer, queer female, and trans characters. The narrative is set in a queer-normative fantasy world, focusing on themes of love and identity.</w:t>
      </w:r>
      <w:r/>
    </w:p>
    <w:p>
      <w:pPr>
        <w:pStyle w:val="ListNumber"/>
        <w:spacing w:line="240" w:lineRule="auto"/>
        <w:ind w:left="720"/>
      </w:pPr>
      <w:r/>
      <w:hyperlink r:id="rId14">
        <w:r>
          <w:rPr>
            <w:color w:val="0000EE"/>
            <w:u w:val="single"/>
          </w:rPr>
          <w:t>https://www.goodreads.com/en/book/show/217111977-grand-slam-romance-book-3</w:t>
        </w:r>
      </w:hyperlink>
      <w:r>
        <w:t xml:space="preserve"> - The third book in the 'Grand Slam Romance' series, titled 'Farewell to Babes,' continues the story of Mickey, Astra, and Wolfgang. The narrative explores their evolving relationships and the challenges they face, blending elements of romance and magical realism. The book has a rating of 4.26 out of 5 stars on Goodreads, based on 156 ratings and 31 reviews.</w:t>
      </w:r>
      <w:r/>
    </w:p>
    <w:p>
      <w:pPr>
        <w:pStyle w:val="ListNumber"/>
        <w:spacing w:line="240" w:lineRule="auto"/>
        <w:ind w:left="720"/>
      </w:pPr>
      <w:r/>
      <w:hyperlink r:id="rId13">
        <w:r>
          <w:rPr>
            <w:color w:val="0000EE"/>
            <w:u w:val="single"/>
          </w:rPr>
          <w:t>https://play.google.com/store/books/details/Grand_Slam_Romance_A_Graphic_Novel?id=LbuAEAAAQBAJ</w:t>
        </w:r>
      </w:hyperlink>
      <w:r>
        <w:t xml:space="preserve"> - Available on Google Play, 'Grand Slam Romance: A Graphic Novel' by Emma Oosterhous and Ollie Hicks is a queer, full-colour graphic novel that combines romance, softball, and magical girl themes. The story follows Mickey Monsoon, a pitcher for the Belle City Broads, who faces challenges when Astra Maxima, a former friend and rival, joins the Gaiety Gals. The book is available for purchase as an eBook.</w:t>
      </w:r>
      <w:r/>
    </w:p>
    <w:p>
      <w:pPr>
        <w:pStyle w:val="ListNumber"/>
        <w:spacing w:line="240" w:lineRule="auto"/>
        <w:ind w:left="720"/>
      </w:pPr>
      <w:r/>
      <w:hyperlink r:id="rId15">
        <w:r>
          <w:rPr>
            <w:color w:val="0000EE"/>
            <w:u w:val="single"/>
          </w:rPr>
          <w:t>https://www.romance.io/books/664dbdf498edf5bf92eeff22/grand-slam-romance-ollie-hicks</w:t>
        </w:r>
      </w:hyperlink>
      <w:r>
        <w:t xml:space="preserve"> - 'Grand Slam Romance' by Ollie Hicks is a queer, full-colour graphic novel that blends romance, softball, and drama. The story centres on Mickey Monsoon, a pitcher for the Belle City Broads, who is challenged by the arrival of Astra Maxima, a former friend and rival, joining the Gaiety Gals. The book is available for purchase and has a rating of 4.10 out of 5 stars, based on 12 ratings.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ookriot.com/queer-romance-graphic-novels/" TargetMode="External"/><Relationship Id="rId10" Type="http://schemas.openxmlformats.org/officeDocument/2006/relationships/hyperlink" Target="https://www.romance.io/series/664dbcdc98edf5bf92eefdec/grand-slam-romance" TargetMode="External"/><Relationship Id="rId11" Type="http://schemas.openxmlformats.org/officeDocument/2006/relationships/hyperlink" Target="https://queercomicsdatabase.com/series/grand-slam-romance/" TargetMode="External"/><Relationship Id="rId12" Type="http://schemas.openxmlformats.org/officeDocument/2006/relationships/hyperlink" Target="https://www.goodreads.com/book/show/61783759-grand-slam-romance" TargetMode="External"/><Relationship Id="rId13" Type="http://schemas.openxmlformats.org/officeDocument/2006/relationships/hyperlink" Target="https://play.google.com/store/books/details/Grand_Slam_Romance_A_Graphic_Novel?id=LbuAEAAAQBAJ" TargetMode="External"/><Relationship Id="rId14" Type="http://schemas.openxmlformats.org/officeDocument/2006/relationships/hyperlink" Target="https://www.goodreads.com/en/book/show/217111977-grand-slam-romance-book-3" TargetMode="External"/><Relationship Id="rId15" Type="http://schemas.openxmlformats.org/officeDocument/2006/relationships/hyperlink" Target="https://www.romance.io/books/664dbdf498edf5bf92eeff22/grand-slam-romance-ollie-hic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