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Cruise Escape for Sex-Positive Gay Travel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looking towards RU5H's new queer cruise for a lively three-night escape to Nassau, combining global DJs, poolside parties and consent-led spaces for gay men and male-identifying guests. Following its high-profile Folsom Street Fair reveal, the October 2026 sailing promises a bold, social alternative to traditional LGBTQ+ holidays.</w:t>
      </w:r>
      <w:r/>
    </w:p>
    <w:p>
      <w:pPr>
        <w:pStyle w:val="Heading2"/>
      </w:pPr>
      <w:r>
        <w:t>Essential Takeaways</w:t>
      </w:r>
      <w:r/>
      <w:r/>
    </w:p>
    <w:p>
      <w:pPr>
        <w:pStyle w:val="ListBullet"/>
        <w:spacing w:line="240" w:lineRule="auto"/>
        <w:ind w:left="720"/>
      </w:pPr>
      <w:r/>
      <w:r>
        <w:rPr>
          <w:b/>
        </w:rPr>
        <w:t>Three nights at sea:</w:t>
      </w:r>
      <w:r>
        <w:t xml:space="preserve"> RU5H's inaugural cruise is scheduled to sail to Nassau, Bahamas, from 2 to 5 October 2026.</w:t>
      </w:r>
      <w:r/>
    </w:p>
    <w:p>
      <w:pPr>
        <w:pStyle w:val="ListBullet"/>
        <w:spacing w:line="240" w:lineRule="auto"/>
        <w:ind w:left="720"/>
      </w:pPr>
      <w:r/>
      <w:r>
        <w:rPr>
          <w:b/>
        </w:rPr>
        <w:t>A party-first atmosphere:</w:t>
      </w:r>
      <w:r>
        <w:t xml:space="preserve"> Expect international DJs, late-night events, dancing and poolside socialising.</w:t>
      </w:r>
      <w:r/>
    </w:p>
    <w:p>
      <w:pPr>
        <w:pStyle w:val="ListBullet"/>
        <w:spacing w:line="240" w:lineRule="auto"/>
        <w:ind w:left="720"/>
      </w:pPr>
      <w:r/>
      <w:r>
        <w:rPr>
          <w:b/>
        </w:rPr>
        <w:t>Sex-positive by design:</w:t>
      </w:r>
      <w:r>
        <w:t xml:space="preserve"> Dedicated experience zones aim to support adult exploration while respecting consent and personal boundaries.</w:t>
      </w:r>
      <w:r/>
    </w:p>
    <w:p>
      <w:pPr>
        <w:pStyle w:val="ListBullet"/>
        <w:spacing w:line="240" w:lineRule="auto"/>
        <w:ind w:left="720"/>
      </w:pPr>
      <w:r/>
      <w:r>
        <w:rPr>
          <w:b/>
        </w:rPr>
        <w:t>More than nightlife:</w:t>
      </w:r>
      <w:r>
        <w:t xml:space="preserve"> Guests can also meet over meals, cocktails, daytime activities and relaxed time around the ship.</w:t>
      </w:r>
      <w:r/>
    </w:p>
    <w:p>
      <w:pPr>
        <w:pStyle w:val="ListBullet"/>
        <w:spacing w:line="240" w:lineRule="auto"/>
        <w:ind w:left="720"/>
      </w:pPr>
      <w:r/>
      <w:r>
        <w:rPr>
          <w:b/>
        </w:rPr>
        <w:t>A wider LGBTQ+ welcome:</w:t>
      </w:r>
      <w:r>
        <w:t xml:space="preserve"> The brand is positioning the cruise as social, inclusive and accessible to travellers seeking a short break.</w:t>
      </w:r>
      <w:r/>
      <w:r/>
    </w:p>
    <w:p>
      <w:pPr>
        <w:pStyle w:val="Heading2"/>
      </w:pPr>
      <w:r>
        <w:t>RU5H wants to make queer cruising feel more liberated</w:t>
      </w:r>
      <w:r/>
    </w:p>
    <w:p>
      <w:r/>
      <w:r>
        <w:t>Some holidays are about switching off. RU5H is aiming for something rather more electric, with music, bodies, bright lights and the unmistakable anticipation of a party that might continue until sunrise. The new queer travel brand has created a cruise for guests who want social connection and sexual expression to sit comfortably alongside one another.</w:t>
      </w:r>
      <w:r/>
    </w:p>
    <w:p>
      <w:r/>
      <w:r>
        <w:t>The concept first gained attention at San Francisco's Folsom Street Fair in 2025, where RU5H previewed its plans for a dedicated party festival at sea. GayCities and other LGBTQ+ travel outlets have followed the brand's development as it moves from provocative event concept to full holiday experience.</w:t>
      </w:r>
      <w:r/>
    </w:p>
    <w:p>
      <w:r/>
      <w:r>
        <w:t>That positioning matters because queer travellers aren't all looking for the same kind of break. Some want a traditional LGBTQ+ cruise with shows and excursions, while others are seeking something more openly adult, energetic and flirtatious. RU5H is clearly chasing the latter audience, but its appeal also rests on the chance to meet people without having to navigate a crowded city nightlife scene.</w:t>
      </w:r>
      <w:r/>
    </w:p>
    <w:p>
      <w:pPr>
        <w:pStyle w:val="Heading2"/>
      </w:pPr>
      <w:r>
        <w:t>What happens on the inaugural Nassau sailing?</w:t>
      </w:r>
      <w:r/>
    </w:p>
    <w:p>
      <w:r/>
      <w:r>
        <w:t>The first RU5H cruise is set to leave for Nassau in the Bahamas from 2 to 5 October 2026. That compact format gives the trip a useful long-weekend feel, making it easier to fit around work and potentially less daunting than a week-long voyage.</w:t>
      </w:r>
      <w:r/>
    </w:p>
    <w:p>
      <w:r/>
      <w:r>
        <w:t>According to announcements reported by Chronicle19 and Metro Weekly, the programme is expected to bring together well-known DJs, themed parties and live entertainment across the ship. The mood is less quiet deckchair and more sunglasses-at-midnight, although guests will still have the usual cruise staples, including food, drinks and time by the pool.</w:t>
      </w:r>
      <w:r/>
    </w:p>
    <w:p>
      <w:r/>
      <w:r>
        <w:t>The destination itself is part of the fantasy, but the ship is likely to be the main event. For many guests, the draw will be moving between a daytime swim, an impromptu buffet conversation and a late-night dance floor without needing a taxi, club queue or hotel transfer.</w:t>
      </w:r>
      <w:r/>
    </w:p>
    <w:p>
      <w:pPr>
        <w:pStyle w:val="Heading2"/>
      </w:pPr>
      <w:r>
        <w:t>Sex-positive spaces come with clear expectations</w:t>
      </w:r>
      <w:r/>
    </w:p>
    <w:p>
      <w:r/>
      <w:r>
        <w:t>RU5H's most distinctive feature is its focus on adult experience zones. These areas are designed to give guests room to explore queer sexuality openly, while keeping consent, boundaries and respect central to the atmosphere.</w:t>
      </w:r>
      <w:r/>
    </w:p>
    <w:p>
      <w:r/>
      <w:r>
        <w:t>The brand's leadership has described that approach as part of a wider effort to reduce shame around gay sexuality. Reports from Metro Weekly and GayCities highlight the inclusion of adult performers and live shows, including appearances linked to platforms such as JustFor.Fans and Carnal Media.</w:t>
      </w:r>
      <w:r/>
    </w:p>
    <w:p>
      <w:r/>
      <w:r>
        <w:t>That doesn't mean every part of the cruise is sexualised. Guests can choose how involved they want to be, whether that means attending a show, joining a party or simply enjoying a cocktail with new friends. A well-run adult event depends on straightforward communication, visible boundaries and staff who take guest safety seriously, so travellers should check the final onboard rules before booking.</w:t>
      </w:r>
      <w:r/>
    </w:p>
    <w:p>
      <w:pPr>
        <w:pStyle w:val="Heading2"/>
      </w:pPr>
      <w:r>
        <w:t>There's more to the trip than the after-dark programme</w:t>
      </w:r>
      <w:r/>
    </w:p>
    <w:p>
      <w:r/>
      <w:r>
        <w:t>The most appealing detail may be how ordinary moments fit into the bigger spectacle. A meal at the buffet, a chat beside the pool or a dance with someone you've only just met can become the memory that stays with you after the glitter has settled.</w:t>
      </w:r>
      <w:r/>
    </w:p>
    <w:p>
      <w:r/>
      <w:r>
        <w:t>The Cosmic Society and LGBTQ+ travel publications have helped underline a broader shift in queer holidays: travellers increasingly want experiences that combine nightlife with community rather than treating the two as separate. RU5H's format reflects that change, offering a concentrated setting where socialising happens naturally throughout the day.</w:t>
      </w:r>
      <w:r/>
    </w:p>
    <w:p>
      <w:r/>
      <w:r>
        <w:t>It also gives the cruise a warmer side. For all the talk of high-energy parties, people still need somewhere to breathe, eat and laugh. Those quieter spaces may be what turns a novelty weekend into a genuinely welcoming trip.</w:t>
      </w:r>
      <w:r/>
    </w:p>
    <w:p>
      <w:pPr>
        <w:pStyle w:val="Heading2"/>
      </w:pPr>
      <w:r>
        <w:t>How should first-time guests prepare?</w:t>
      </w:r>
      <w:r/>
    </w:p>
    <w:p>
      <w:r/>
      <w:r>
        <w:t>Start by checking exactly what your fare includes, then review the sailing schedule, cabin options, onboard policies and age requirements before committing. A short cruise can feel wonderfully easy, but it can also move quickly, so comfortable shoes, versatile outfits and a plan for downtime will pay off.</w:t>
      </w:r>
      <w:r/>
    </w:p>
    <w:p>
      <w:r/>
      <w:r>
        <w:t>If you're travelling alone, look for pre-cruise groups or community channels connected with the sailing. Cruises are naturally social, yet having one familiar contact on board can make the first few hours feel much less awkward. It also helps to decide in advance how you'll handle drinks, privacy and safer sex while away.</w:t>
      </w:r>
      <w:r/>
    </w:p>
    <w:p>
      <w:r/>
      <w:r>
        <w:t>Most importantly, treat the ship as a shared environment. Flirting may be part of the fun, but consent still has to be active and mutual, and nobody owes anyone attention simply because they're on a sex-positive holiday. That balance is what could help RU5H stand out for the right reasons.</w:t>
      </w:r>
      <w:r/>
    </w:p>
    <w:p>
      <w:pPr>
        <w:pStyle w:val="Heading2"/>
      </w:pPr>
      <w:r>
        <w:t>RU5H is betting on a new kind of queer getaway</w:t>
      </w:r>
      <w:r/>
    </w:p>
    <w:p>
      <w:r/>
      <w:r>
        <w:t>RU5H's founders say the response to the first sailing confirmed demand for a more uninhibited gay holiday. Coverage from GayCities, Chronicle19 and Metro Weekly suggests the brand has found a clear niche between mainstream LGBTQ+ cruising and adult-focused festival culture.</w:t>
      </w:r>
      <w:r/>
    </w:p>
    <w:p>
      <w:r/>
      <w:r>
        <w:t>The challenge will be turning the promise into a consistently safe, inclusive and well-organised experience. If RU5H can deliver strong entertainment while making different ages, backgrounds, body types and comfort levels feel welcome, it may build something with staying power rather than just one memorable weekend.</w:t>
      </w:r>
      <w:r/>
    </w:p>
    <w:p>
      <w:r/>
      <w:r>
        <w:t>For now, the idea is easy to understand. Sometimes people want a holiday where the music is loud, the sea is sparkling and nobody has to apologise for enjoying themselves.</w:t>
      </w:r>
      <w:r/>
    </w:p>
    <w:p>
      <w:r/>
      <w:r>
        <w:t>Explore the sailing details and choose the kind of queer escape that feels right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0">
        <w:r>
          <w:rPr>
            <w:color w:val="0000EE"/>
            <w:u w:val="single"/>
          </w:rPr>
          <w:t>[4]</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2">
        <w:r>
          <w:rPr>
            <w:color w:val="0000EE"/>
            <w:u w:val="single"/>
          </w:rPr>
          <w:t>[2]</w:t>
        </w:r>
      </w:hyperlink>
      <w:r>
        <w:t xml:space="preserve">, </w:t>
      </w:r>
      <w:hyperlink r:id="rId11">
        <w:r>
          <w:rPr>
            <w:color w:val="0000EE"/>
            <w:u w:val="single"/>
          </w:rPr>
          <w:t>[5]</w:t>
        </w:r>
      </w:hyperlink>
      <w:r>
        <w:t xml:space="preserve">- Paragraph 6: </w:t>
      </w:r>
      <w:hyperlink r:id="rId10">
        <w:r>
          <w:rPr>
            <w:color w:val="0000EE"/>
            <w:u w:val="single"/>
          </w:rPr>
          <w:t>[4]</w:t>
        </w:r>
      </w:hyperlink>
      <w:r>
        <w:t xml:space="preserve">, </w:t>
      </w:r>
      <w:hyperlink r:id="rId14">
        <w:r>
          <w:rPr>
            <w:color w:val="0000EE"/>
            <w:u w:val="single"/>
          </w:rPr>
          <w:t>[6]</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[3]</w:t>
        </w:r>
      </w:hyperlink>
      <w:r>
        <w:t xml:space="preserve">- Paragraph 9: </w:t>
      </w:r>
      <w:hyperlink r:id="rId13">
        <w:r>
          <w:rPr>
            <w:color w:val="0000EE"/>
            <w:u w:val="single"/>
          </w:rPr>
          <w:t>[3]</w:t>
        </w:r>
      </w:hyperlink>
      <w:r>
        <w:t xml:space="preserve">, </w:t>
      </w:r>
      <w:hyperlink r:id="rId15">
        <w:r>
          <w:rPr>
            <w:color w:val="0000EE"/>
            <w:u w:val="single"/>
          </w:rPr>
          <w:t>[7]</w:t>
        </w:r>
      </w:hyperlink>
      <w:r>
        <w:t xml:space="preserve">- Paragraph 10: </w:t>
      </w:r>
      <w:hyperlink r:id="rId12">
        <w:r>
          <w:rPr>
            <w:color w:val="0000EE"/>
            <w:u w:val="single"/>
          </w:rPr>
          <w:t>[2]</w:t>
        </w:r>
      </w:hyperlink>
      <w:r>
        <w:t xml:space="preserve">, </w:t>
      </w:r>
      <w:hyperlink r:id="rId10">
        <w:r>
          <w:rPr>
            <w:color w:val="0000EE"/>
            <w:u w:val="single"/>
          </w:rPr>
          <w:t>[4]</w:t>
        </w:r>
      </w:hyperlink>
      <w:r>
        <w:t xml:space="preserve">- Paragraph 11: </w:t>
      </w:r>
      <w:hyperlink r:id="rId11">
        <w:r>
          <w:rPr>
            <w:color w:val="0000EE"/>
            <w:u w:val="single"/>
          </w:rPr>
          <w:t>[5]</w:t>
        </w:r>
      </w:hyperlink>
      <w:r>
        <w:t xml:space="preserve">, </w:t>
      </w:r>
      <w:hyperlink r:id="rId14">
        <w:r>
          <w:rPr>
            <w:color w:val="0000EE"/>
            <w:u w:val="single"/>
          </w:rPr>
          <w:t>[6]</w:t>
        </w:r>
      </w:hyperlink>
      <w:r>
        <w:t xml:space="preserve">- Paragraph 12: </w:t>
      </w:r>
      <w:hyperlink r:id="rId13">
        <w:r>
          <w:rPr>
            <w:color w:val="0000EE"/>
            <w:u w:val="single"/>
          </w:rPr>
          <w:t>[3]</w:t>
        </w:r>
      </w:hyperlink>
      <w:r>
        <w:t xml:space="preserve">, </w:t>
      </w:r>
      <w:hyperlink r:id="rId15">
        <w:r>
          <w:rPr>
            <w:color w:val="0000EE"/>
            <w:u w:val="single"/>
          </w:rPr>
          <w:t>[7]</w:t>
        </w:r>
      </w:hyperlink>
      <w:r>
        <w:t xml:space="preserve">- Paragraph 13: </w:t>
      </w:r>
      <w:hyperlink r:id="rId12">
        <w:r>
          <w:rPr>
            <w:color w:val="0000EE"/>
            <w:u w:val="single"/>
          </w:rPr>
          <w:t>[2]</w:t>
        </w:r>
      </w:hyperlink>
      <w:r>
        <w:t xml:space="preserve">, </w:t>
      </w:r>
      <w:hyperlink r:id="rId10">
        <w:r>
          <w:rPr>
            <w:color w:val="0000EE"/>
            <w:u w:val="single"/>
          </w:rPr>
          <w:t>[4]</w:t>
        </w:r>
      </w:hyperlink>
      <w:r>
        <w:t xml:space="preserve">- Paragraph 14: </w:t>
      </w:r>
      <w:hyperlink r:id="rId13">
        <w:r>
          <w:rPr>
            <w:color w:val="0000EE"/>
            <w:u w:val="single"/>
          </w:rPr>
          <w:t>[3]</w:t>
        </w:r>
      </w:hyperlink>
      <w:r>
        <w:t xml:space="preserve">, </w:t>
      </w:r>
      <w:hyperlink r:id="rId11">
        <w:r>
          <w:rPr>
            <w:color w:val="0000EE"/>
            <w:u w:val="single"/>
          </w:rPr>
          <w:t>[5]</w:t>
        </w:r>
      </w:hyperlink>
      <w:r>
        <w:t xml:space="preserve">- Paragraph 15: </w:t>
      </w:r>
      <w:hyperlink r:id="rId10">
        <w:r>
          <w:rPr>
            <w:color w:val="0000EE"/>
            <w:u w:val="single"/>
          </w:rPr>
          <w:t>[4]</w:t>
        </w:r>
      </w:hyperlink>
      <w:r>
        <w:t xml:space="preserve">, </w:t>
      </w:r>
      <w:hyperlink r:id="rId14">
        <w:r>
          <w:rPr>
            <w:color w:val="0000EE"/>
            <w:u w:val="single"/>
          </w:rPr>
          <w:t>[6]</w:t>
        </w:r>
      </w:hyperlink>
      <w:r>
        <w:t xml:space="preserve">- Paragraph 16: </w:t>
      </w:r>
      <w:hyperlink r:id="rId12">
        <w:r>
          <w:rPr>
            <w:color w:val="0000EE"/>
            <w:u w:val="single"/>
          </w:rPr>
          <w:t>[2]</w:t>
        </w:r>
      </w:hyperlink>
      <w:r>
        <w:t xml:space="preserve">, </w:t>
      </w:r>
      <w:hyperlink r:id="rId11">
        <w:r>
          <w:rPr>
            <w:color w:val="0000EE"/>
            <w:u w:val="single"/>
          </w:rPr>
          <w:t>[5]</w:t>
        </w:r>
      </w:hyperlink>
      <w:r>
        <w:t xml:space="preserve">- Paragraph 17: </w:t>
      </w:r>
      <w:hyperlink r:id="rId13">
        <w:r>
          <w:rPr>
            <w:color w:val="0000EE"/>
            <w:u w:val="single"/>
          </w:rPr>
          <w:t>[3]</w:t>
        </w:r>
      </w:hyperlink>
      <w:r>
        <w:t xml:space="preserve">, </w:t>
      </w:r>
      <w:hyperlink r:id="rId10">
        <w:r>
          <w:rPr>
            <w:color w:val="0000EE"/>
            <w:u w:val="single"/>
          </w:rPr>
          <w:t>[4]</w:t>
        </w:r>
      </w:hyperlink>
      <w:r>
        <w:t xml:space="preserve">- Paragraph 18: </w:t>
      </w:r>
      <w:hyperlink r:id="rId11">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https://www.out.com/travel-nightlife/ru5h-gay-cruise</w:t>
        </w:r>
      </w:hyperlink>
      <w:r>
        <w:t xml:space="preserve"> - Please view link - unable to able to access data</w:t>
      </w:r>
      <w:r/>
    </w:p>
    <w:p>
      <w:pPr>
        <w:pStyle w:val="ListNumber"/>
        <w:spacing w:line="240" w:lineRule="auto"/>
        <w:ind w:left="720"/>
      </w:pPr>
      <w:r/>
      <w:hyperlink r:id="rId12">
        <w:r>
          <w:rPr>
            <w:color w:val="0000EE"/>
            <w:u w:val="single"/>
          </w:rPr>
          <w:t>https://www.gaycities.com/articles/106650/</w:t>
        </w:r>
      </w:hyperlink>
      <w:r>
        <w:t xml:space="preserve"> - This article provides details about RU5H, a new men-only, sex-progressive cruise brand. It discusses the inaugural cruise scheduled from October 2-5, 2026, aboard the Paradise ship, featuring eight different parties and a clothing-optional upper deck. The cruise departs from Palm Beach, Florida, and sails around the Bahamas. Prices start at $397 per person for interior quad staterooms. The event aims to offer a high-energy, sex-positive environment for gay men to connect and express themselves freely. (</w:t>
      </w:r>
      <w:hyperlink r:id="rId16">
        <w:r>
          <w:rPr>
            <w:color w:val="0000EE"/>
            <w:u w:val="single"/>
          </w:rPr>
          <w:t>gaycities.com</w:t>
        </w:r>
      </w:hyperlink>
      <w:r>
        <w:t>)</w:t>
      </w:r>
      <w:r/>
    </w:p>
    <w:p>
      <w:pPr>
        <w:pStyle w:val="ListNumber"/>
        <w:spacing w:line="240" w:lineRule="auto"/>
        <w:ind w:left="720"/>
      </w:pPr>
      <w:r/>
      <w:hyperlink r:id="rId13">
        <w:r>
          <w:rPr>
            <w:color w:val="0000EE"/>
            <w:u w:val="single"/>
          </w:rPr>
          <w:t>https://www.gaycities.com/articles/107622/</w:t>
        </w:r>
      </w:hyperlink>
      <w:r>
        <w:t xml:space="preserve"> - This article shares photos from the first RU5H cruise, which took place from October 2-5, 2026. The cruise, with over 1,000 passengers, embarked on a round trip from Palm Beach, Florida, sailing around the Bahamas. The event featured eight different parties and a clothing-optional upper deck, providing a wealth of on-board entertainment. The article highlights the success and excitement of the inaugural voyage. (</w:t>
      </w:r>
      <w:hyperlink r:id="rId17">
        <w:r>
          <w:rPr>
            <w:color w:val="0000EE"/>
            <w:u w:val="single"/>
          </w:rPr>
          <w:t>gaycities.com</w:t>
        </w:r>
      </w:hyperlink>
      <w:r>
        <w:t>)</w:t>
      </w:r>
      <w:r/>
    </w:p>
    <w:p>
      <w:pPr>
        <w:pStyle w:val="ListNumber"/>
        <w:spacing w:line="240" w:lineRule="auto"/>
        <w:ind w:left="720"/>
      </w:pPr>
      <w:r/>
      <w:hyperlink r:id="rId10">
        <w:r>
          <w:rPr>
            <w:color w:val="0000EE"/>
            <w:u w:val="single"/>
          </w:rPr>
          <w:t>https://chronicle19.com/new-gay-cruise-brand-ru5h-announces-first-cruise-for-october-2026/</w:t>
        </w:r>
      </w:hyperlink>
      <w:r>
        <w:t xml:space="preserve"> - This article announces the launch of RU5H, a new gay cruise brand founded by veterans of the gay cruise industry. The inaugural cruise is scheduled for October 2-5, 2026, aboard the Margaritaville at Sea Paradise ship. The three-night sailing will depart from Palm Beach, Florida, and visit Nassau, Bahamas. The company aims to redefine premium LGBTQ+ travel with luxury cruises, curated experiences, and a modern, sex-positive atmosphere. (</w:t>
      </w:r>
      <w:hyperlink r:id="rId18">
        <w:r>
          <w:rPr>
            <w:color w:val="0000EE"/>
            <w:u w:val="single"/>
          </w:rPr>
          <w:t>chronicle19.com</w:t>
        </w:r>
      </w:hyperlink>
      <w:r>
        <w:t>)</w:t>
      </w:r>
      <w:r/>
    </w:p>
    <w:p>
      <w:pPr>
        <w:pStyle w:val="ListNumber"/>
        <w:spacing w:line="240" w:lineRule="auto"/>
        <w:ind w:left="720"/>
      </w:pPr>
      <w:r/>
      <w:hyperlink r:id="rId11">
        <w:r>
          <w:rPr>
            <w:color w:val="0000EE"/>
            <w:u w:val="single"/>
          </w:rPr>
          <w:t>https://www.metroweekly.com/?p=256621</w:t>
        </w:r>
      </w:hyperlink>
      <w:r>
        <w:t xml:space="preserve"> - This article discusses RU5H, a new 'sex-progressive' gay cruise setting sail in October 2026. The three-day voyage to Nassau combines fares starting at $397 with DJ parties, clothing-optional decks, and adult play spaces. The inaugural voyage will depart from the Port of Palm Beach, Florida, on October 2, sail to Nassau, Bahamas, and return on October 5. Organizers hope to draw 1,200 guests, with about two-thirds of those who have already booked being under 45, indicating early success in attracting younger travelers. (</w:t>
      </w:r>
      <w:hyperlink r:id="rId19">
        <w:r>
          <w:rPr>
            <w:color w:val="0000EE"/>
            <w:u w:val="single"/>
          </w:rPr>
          <w:t>metroweekly.com</w:t>
        </w:r>
      </w:hyperlink>
      <w:r>
        <w:t>)</w:t>
      </w:r>
      <w:r/>
    </w:p>
    <w:p>
      <w:pPr>
        <w:pStyle w:val="ListNumber"/>
        <w:spacing w:line="240" w:lineRule="auto"/>
        <w:ind w:left="720"/>
      </w:pPr>
      <w:r/>
      <w:hyperlink r:id="rId14">
        <w:r>
          <w:rPr>
            <w:color w:val="0000EE"/>
            <w:u w:val="single"/>
          </w:rPr>
          <w:t>https://www.gaycities.com/articles/102126/</w:t>
        </w:r>
      </w:hyperlink>
      <w:r>
        <w:t xml:space="preserve"> - This article announces Odyssey Pride, the first Black, gay men's luxury cruise, and details its inaugural event. The Caribbean cruise will take place aboard Virgin Voyages’ Valiant Lady from October 31, 2026, departing from San Juan, Puerto Rico. The seven-day cruise includes stops in Curaçao, Aruba, Martinique, and St. Kitts &amp; Nevis. The all-inclusive ticket covers unlimited dining, beverages, Wi-Fi, tips, and entertainment. (</w:t>
      </w:r>
      <w:hyperlink r:id="rId20">
        <w:r>
          <w:rPr>
            <w:color w:val="0000EE"/>
            <w:u w:val="single"/>
          </w:rPr>
          <w:t>gaycities.com</w:t>
        </w:r>
      </w:hyperlink>
      <w:r>
        <w:t>)</w:t>
      </w:r>
      <w:r/>
    </w:p>
    <w:p>
      <w:pPr>
        <w:pStyle w:val="ListNumber"/>
        <w:spacing w:line="240" w:lineRule="auto"/>
        <w:ind w:left="720"/>
      </w:pPr>
      <w:r/>
      <w:hyperlink r:id="rId15">
        <w:r>
          <w:rPr>
            <w:color w:val="0000EE"/>
            <w:u w:val="single"/>
          </w:rPr>
          <w:t>https://www.thecosmicsociety.com/en</w:t>
        </w:r>
      </w:hyperlink>
      <w:r>
        <w:t xml:space="preserve"> - This article introduces Cosmic Cruise 2026, Asia's first LGBTQ+ cruise experience. The exclusive ocean extravaganza for the LGBTQ+ community is scheduled for November 1-3, 2026, aboard StarDream Cruises' Star Navigator. The event features international DJs, drag performances, and themed parties, offering a total sensory immersion for hearing, vision, and touch. Activities include the '蓋兒達夜襲 · 全面禁區 PARTY' (Goddess Night Raid · Total Ban Zone Party), providing a unique experience for attendees. (</w:t>
      </w:r>
      <w:hyperlink r:id="rId21">
        <w:r>
          <w:rPr>
            <w:color w:val="0000EE"/>
            <w:u w:val="single"/>
          </w:rPr>
          <w:t>thecosmicsociety.com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travel-nightlife/ru5h-gay-cruise" TargetMode="External"/><Relationship Id="rId10" Type="http://schemas.openxmlformats.org/officeDocument/2006/relationships/hyperlink" Target="https://chronicle19.com/new-gay-cruise-brand-ru5h-announces-first-cruise-for-october-2026/" TargetMode="External"/><Relationship Id="rId11" Type="http://schemas.openxmlformats.org/officeDocument/2006/relationships/hyperlink" Target="https://www.metroweekly.com/?p=256621" TargetMode="External"/><Relationship Id="rId12" Type="http://schemas.openxmlformats.org/officeDocument/2006/relationships/hyperlink" Target="https://www.gaycities.com/articles/106650/" TargetMode="External"/><Relationship Id="rId13" Type="http://schemas.openxmlformats.org/officeDocument/2006/relationships/hyperlink" Target="https://www.gaycities.com/articles/107622/" TargetMode="External"/><Relationship Id="rId14" Type="http://schemas.openxmlformats.org/officeDocument/2006/relationships/hyperlink" Target="https://www.gaycities.com/articles/102126/" TargetMode="External"/><Relationship Id="rId15" Type="http://schemas.openxmlformats.org/officeDocument/2006/relationships/hyperlink" Target="https://www.thecosmicsociety.com/en" TargetMode="External"/><Relationship Id="rId16" Type="http://schemas.openxmlformats.org/officeDocument/2006/relationships/hyperlink" Target="https://www.gaycities.com/articles/106650/?utm_source=openai" TargetMode="External"/><Relationship Id="rId17" Type="http://schemas.openxmlformats.org/officeDocument/2006/relationships/hyperlink" Target="https://www.gaycities.com/articles/107622/here-are-just-some-of-the-photos-were-able-to-share-from-the-first-ru5h-cruise/?utm_source=openai" TargetMode="External"/><Relationship Id="rId18" Type="http://schemas.openxmlformats.org/officeDocument/2006/relationships/hyperlink" Target="https://chronicle19.com/new-gay-cruise-brand-ru5h-announces-first-cruise-for-october-2026/?utm_source=openai" TargetMode="External"/><Relationship Id="rId19" Type="http://schemas.openxmlformats.org/officeDocument/2006/relationships/hyperlink" Target="https://www.metroweekly.com/?p=256621&amp;utm_source=openai" TargetMode="External"/><Relationship Id="rId20" Type="http://schemas.openxmlformats.org/officeDocument/2006/relationships/hyperlink" Target="https://www.gaycities.com/articles/102126/odyssey-pride-the-first-black-lgbtq-luxury-cruise-announces-details-of-inaugural-event/?utm_source=openai" TargetMode="External"/><Relationship Id="rId21" Type="http://schemas.openxmlformats.org/officeDocument/2006/relationships/hyperlink" Target="https://www.thecosmicsociety.com/e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