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LGBTQ-Inclusive Picture Books for Young Readers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and educators are discovering a fresh group of LGBTQ-inclusive picture books, from a joyful lift-the-flap story about love to biographies of Chappell Roan and Tchaikovsky. These new releases make room for family life, self-expression, big feelings and creative ambition, giving children warm, age-appropriate stories in which difference feels ordinary, welcome and worth celebrating.</w:t>
      </w:r>
      <w:r/>
    </w:p>
    <w:p>
      <w:pPr>
        <w:pStyle w:val="Heading2"/>
      </w:pPr>
      <w:r>
        <w:t>Essential Takeaways</w:t>
      </w:r>
      <w:r/>
      <w:r/>
    </w:p>
    <w:p>
      <w:pPr>
        <w:pStyle w:val="ListBullet"/>
        <w:spacing w:line="240" w:lineRule="auto"/>
        <w:ind w:left="720"/>
      </w:pPr>
      <w:r/>
      <w:r>
        <w:rPr>
          <w:b/>
        </w:rPr>
        <w:t>Love in many forms:</w:t>
      </w:r>
      <w:r>
        <w:t xml:space="preserve"> </w:t>
      </w:r>
      <w:r>
        <w:rPr>
          <w:i/>
        </w:rPr>
        <w:t>Love Grows Everywhere</w:t>
      </w:r>
      <w:r>
        <w:t xml:space="preserve"> uses rhymes, nature and interactive flaps to celebrate caring communities.</w:t>
      </w:r>
      <w:r/>
    </w:p>
    <w:p>
      <w:pPr>
        <w:pStyle w:val="ListBullet"/>
        <w:spacing w:line="240" w:lineRule="auto"/>
        <w:ind w:left="720"/>
      </w:pPr>
      <w:r/>
      <w:r>
        <w:rPr>
          <w:b/>
        </w:rPr>
        <w:t>A theatrical family story:</w:t>
      </w:r>
      <w:r>
        <w:t xml:space="preserve"> </w:t>
      </w:r>
      <w:r>
        <w:rPr>
          <w:i/>
        </w:rPr>
        <w:t>Good Night, Break a Leg</w:t>
      </w:r>
      <w:r>
        <w:t xml:space="preserve"> follows a child whose two fathers balance bedtime with Broadway performances.</w:t>
      </w:r>
      <w:r/>
    </w:p>
    <w:p>
      <w:pPr>
        <w:pStyle w:val="ListBullet"/>
        <w:spacing w:line="240" w:lineRule="auto"/>
        <w:ind w:left="720"/>
      </w:pPr>
      <w:r/>
      <w:r>
        <w:rPr>
          <w:b/>
        </w:rPr>
        <w:t>Gentle confidence-building:</w:t>
      </w:r>
      <w:r>
        <w:t xml:space="preserve"> </w:t>
      </w:r>
      <w:r>
        <w:rPr>
          <w:i/>
        </w:rPr>
        <w:t>Felix Finds His Polish</w:t>
      </w:r>
      <w:r>
        <w:t xml:space="preserve"> and </w:t>
      </w:r>
      <w:r>
        <w:rPr>
          <w:i/>
        </w:rPr>
        <w:t>Henry Gets Homesick</w:t>
      </w:r>
      <w:r>
        <w:t xml:space="preserve"> explore self-expression and separation anxiety.</w:t>
      </w:r>
      <w:r/>
    </w:p>
    <w:p>
      <w:pPr>
        <w:pStyle w:val="ListBullet"/>
        <w:spacing w:line="240" w:lineRule="auto"/>
        <w:ind w:left="720"/>
      </w:pPr>
      <w:r/>
      <w:r>
        <w:rPr>
          <w:b/>
        </w:rPr>
        <w:t>Inspiring musical lives:</w:t>
      </w:r>
      <w:r>
        <w:t xml:space="preserve"> Picture-book biographies of Chappell Roan and Tchaikovsky connect creativity with identity and emotion.</w:t>
      </w:r>
      <w:r/>
    </w:p>
    <w:p>
      <w:pPr>
        <w:pStyle w:val="ListBullet"/>
        <w:spacing w:line="240" w:lineRule="auto"/>
        <w:ind w:left="720"/>
      </w:pPr>
      <w:r/>
      <w:r>
        <w:rPr>
          <w:b/>
        </w:rPr>
        <w:t>Useful for shared reading:</w:t>
      </w:r>
      <w:r>
        <w:t xml:space="preserve"> The books offer conversation starters without making LGBTQ+ family life feel like a lesson.</w:t>
      </w:r>
      <w:r/>
      <w:r/>
    </w:p>
    <w:p>
      <w:pPr>
        <w:pStyle w:val="Heading2"/>
      </w:pPr>
      <w:r>
        <w:t>Love Grows Everywhere makes family reading interactive</w:t>
      </w:r>
      <w:r/>
    </w:p>
    <w:p>
      <w:r/>
      <w:r>
        <w:t xml:space="preserve">Some picture books offer a message so clear that it barely needs explaining. </w:t>
      </w:r>
      <w:r>
        <w:rPr>
          <w:i/>
        </w:rPr>
        <w:t>Love Grows Everywhere</w:t>
      </w:r>
      <w:r>
        <w:t>, written by Barry Timms and illustrated by Tisha Lee, turns that message into a soft, colourful celebration of affection between families, friends and neighbours.</w:t>
      </w:r>
      <w:r/>
    </w:p>
    <w:p>
      <w:r/>
      <w:r>
        <w:t>The book compares love with the care given to growing plants, creating a reassuring rhythm for younger children. A queer couple appears among the families pictured, while the new board-book edition adds lift-the-flap surprises for small hands to investigate. BookTrust lists the title as a warm choice for shared reading, and the interactive format should appeal to children who like a little discovery with their story time.</w:t>
      </w:r>
      <w:r/>
    </w:p>
    <w:p>
      <w:r/>
      <w:r>
        <w:t>It’s the sort of book that can sit comfortably on a nursery shelf without announcing itself as a “special topic”. Instead, it simply shows love flourishing in different homes and communities.</w:t>
      </w:r>
      <w:r/>
    </w:p>
    <w:p>
      <w:pPr>
        <w:pStyle w:val="Heading2"/>
      </w:pPr>
      <w:r>
        <w:t>Broadway dads bring working parenthood into the spotlight</w:t>
      </w:r>
      <w:r/>
    </w:p>
    <w:p>
      <w:r/>
      <w:r>
        <w:rPr>
          <w:i/>
        </w:rPr>
        <w:t>Good Night, Break a Leg</w:t>
      </w:r>
      <w:r>
        <w:t>, by Bret Shuford and illustrated by Elena Hager, takes a familiar bedtime routine and gives it a dramatic backstage twist. The child narrator sees his Papa and Dada as ordinary parents, until they head out to perform for an audience.</w:t>
      </w:r>
      <w:r/>
    </w:p>
    <w:p>
      <w:r/>
      <w:r>
        <w:t>The story draws on Shuford’s family life with his husband, former New York City Ballet principal dancer Stephen Hanna. Shuford died from cancer in January 2026, and the book now carries an added sense of remembrance as Hanna supports its publication and legacy.</w:t>
      </w:r>
      <w:r/>
    </w:p>
    <w:p>
      <w:r/>
      <w:r>
        <w:t>Penguin Random House describes the picture book as a lively story about performance, parenthood and following a dream. That combination matters because children often understand work through what they see at home: the rushed goodbyes, the late returns and the pride that comes when a parent does something they love.</w:t>
      </w:r>
      <w:r/>
    </w:p>
    <w:p>
      <w:r/>
      <w:r>
        <w:t>For families with unusual hours, creative jobs or parents who travel, the story offers a welcome reminder that children don't need a perfectly conventional routine to feel secure. They need attention, affection and the confidence that their grown-ups will come back.</w:t>
      </w:r>
      <w:r/>
    </w:p>
    <w:p>
      <w:pPr>
        <w:pStyle w:val="Heading2"/>
      </w:pPr>
      <w:r>
        <w:t>Two quieter stories make space for big feelings</w:t>
      </w:r>
      <w:r/>
    </w:p>
    <w:p>
      <w:r/>
      <w:r>
        <w:t xml:space="preserve">Not every LGBTQ-inclusive picture book needs to centre on identity. </w:t>
      </w:r>
      <w:r>
        <w:rPr>
          <w:i/>
        </w:rPr>
        <w:t>Felix Finds His Polish</w:t>
      </w:r>
      <w:r>
        <w:t>, by Eric Rosswood with illustrations by Nathalia Takeyama, focuses on a child experimenting with nail colour during a classroom art project and worrying about how others might respond.</w:t>
      </w:r>
      <w:r/>
    </w:p>
    <w:p>
      <w:r/>
      <w:r>
        <w:t>Its appeal lies in the gentle way it treats gender creativity. Felix’s uncertainty feels recognisable, while the support he receives shows that encouragement can arrive from an unexpected direction. The story gives children a chance to talk about appearance, judgement and being brave enough to enjoy what they like.</w:t>
      </w:r>
      <w:r/>
    </w:p>
    <w:p>
      <w:r/>
      <w:r>
        <w:t xml:space="preserve">Meanwhile, </w:t>
      </w:r>
      <w:r>
        <w:rPr>
          <w:i/>
        </w:rPr>
        <w:t>Henry Gets Homesick</w:t>
      </w:r>
      <w:r>
        <w:t>, by Seamus Kirst and Catherine Collingridge, follows a boy struggling with his first sleepaway camp. Henry has two dads, but that family detail sits naturally within a broader story about missing home and learning ways to cope.</w:t>
      </w:r>
      <w:r/>
    </w:p>
    <w:p>
      <w:r/>
      <w:r>
        <w:t>Published by Magination Press, the imprint of the American Psychological Association, the book is designed to offer practical reassurance to children and adults. It could be especially useful before a first camp, school trip or night away, when a calm story often works better than a long speech about being brave.</w:t>
      </w:r>
      <w:r/>
    </w:p>
    <w:p>
      <w:pPr>
        <w:pStyle w:val="Heading2"/>
      </w:pPr>
      <w:r>
        <w:t>Chappell Roan and Tchaikovsky show different paths to creativity</w:t>
      </w:r>
      <w:r/>
    </w:p>
    <w:p>
      <w:r/>
      <w:r>
        <w:t xml:space="preserve">The latest biographies also broaden the collection’s reach. </w:t>
      </w:r>
      <w:r>
        <w:rPr>
          <w:i/>
        </w:rPr>
        <w:t>Chappell Roan: A Who HQ Illustrated Biography</w:t>
      </w:r>
      <w:r>
        <w:t xml:space="preserve"> introduces young readers to the pop singer’s imagination, career setbacks and growing confidence, while also explaining her identity as a lesbian and her support for LGBTQ+ communities.</w:t>
      </w:r>
      <w:r/>
    </w:p>
    <w:p>
      <w:r/>
      <w:r>
        <w:t>The book presents Roan as more than a colourful performer. Her early love of costumes and make-believe becomes part of a wider story about persistence, self-discovery and using a public platform to uplift others. That makes the biography appealing not only to fans, but to children who are still working out what their own creativity might look like.</w:t>
      </w:r>
      <w:r/>
    </w:p>
    <w:p>
      <w:r/>
      <w:r>
        <w:rPr>
          <w:i/>
        </w:rPr>
        <w:t>Tchaikovsky</w:t>
      </w:r>
      <w:r>
        <w:t xml:space="preserve">, from the </w:t>
      </w:r>
      <w:r>
        <w:rPr>
          <w:i/>
        </w:rPr>
        <w:t>Little People, Big Dreams</w:t>
      </w:r>
      <w:r>
        <w:t xml:space="preserve"> series, takes a more historical route. Maria Isabel Sanchez Vegara’s text and Elena Hager’s illustrations focus on how music helped Pyotr Tchaikovsky express feelings he could not easily say aloud, including emotions connected to a beloved schoolmate.</w:t>
      </w:r>
      <w:r/>
    </w:p>
    <w:p>
      <w:r/>
      <w:r>
        <w:t>The result is an accessible introduction to a complicated figure, shaped around imagination and emotional honesty. Children don't need to know the full history of Tchaikovsky’s private life to understand the central idea: art can sometimes provide the words we’re still searching for.</w:t>
      </w:r>
      <w:r/>
    </w:p>
    <w:p>
      <w:pPr>
        <w:pStyle w:val="Heading2"/>
      </w:pPr>
      <w:r>
        <w:t>Choosing the right LGBTQ-inclusive picture book</w:t>
      </w:r>
      <w:r/>
    </w:p>
    <w:p>
      <w:r/>
      <w:r>
        <w:t xml:space="preserve">For toddlers, interactive formats such as </w:t>
      </w:r>
      <w:r>
        <w:rPr>
          <w:i/>
        </w:rPr>
        <w:t>Love Grows Everywhere</w:t>
      </w:r>
      <w:r>
        <w:t xml:space="preserve"> can make a first introduction especially inviting. The sturdy pages and hidden pictures create a tactile experience, while the repeated language gives adults natural opportunities to pause and talk.</w:t>
      </w:r>
      <w:r/>
    </w:p>
    <w:p>
      <w:r/>
      <w:r>
        <w:t xml:space="preserve">Older preschool and primary-aged children may connect more strongly with stories about performance, homesickness or self-expression. If your child is facing a night away, </w:t>
      </w:r>
      <w:r>
        <w:rPr>
          <w:i/>
        </w:rPr>
        <w:t>Henry Gets Homesick</w:t>
      </w:r>
      <w:r>
        <w:t xml:space="preserve"> offers practical emotional preparation. If they’re testing out clothes, colours or styles, </w:t>
      </w:r>
      <w:r>
        <w:rPr>
          <w:i/>
        </w:rPr>
        <w:t>Felix Finds His Polish</w:t>
      </w:r>
      <w:r>
        <w:t xml:space="preserve"> can open a relaxed conversation about personal choice.</w:t>
      </w:r>
      <w:r/>
    </w:p>
    <w:p>
      <w:r/>
      <w:r>
        <w:t>Biographies work well when a child already has an interest in music or performance. Chappell Roan’s story brings a vivid contemporary figure into the picture-book world, while Tchaikovsky offers a quieter example of creative expression. Together, they suggest that LGBTQ-inclusive reading isn't one narrow category; it can be funny, comforting, energetic, historical or simply part of everyday family life.</w:t>
      </w:r>
      <w:r/>
    </w:p>
    <w:p>
      <w:r/>
      <w:r>
        <w:t>These books also make useful additions to classrooms and libraries, where representation can be present without placing the burden of explanation on LGBTQ+ children. A good story lets everyone recognise something of themselves, while also making room for lives different from their own.</w:t>
      </w:r>
      <w:r/>
    </w:p>
    <w:p>
      <w:r/>
      <w:r>
        <w:rPr>
          <w:b/>
        </w:rPr>
        <w:t>The best LGBTQ-inclusive picture books make belonging feel natural, joyful and shared.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https://mombian.com/2026/10/13/6-new-lgbtq-inclusive-picture-books-2/</w:t>
        </w:r>
      </w:hyperlink>
      <w:r>
        <w:t xml:space="preserve"> - Please view link - unable to able to access data</w:t>
      </w:r>
      <w:r/>
    </w:p>
    <w:p>
      <w:pPr>
        <w:pStyle w:val="ListNumber"/>
        <w:spacing w:line="240" w:lineRule="auto"/>
        <w:ind w:left="720"/>
      </w:pPr>
      <w:r/>
      <w:hyperlink r:id="rId10">
        <w:r>
          <w:rPr>
            <w:color w:val="0000EE"/>
            <w:u w:val="single"/>
          </w:rPr>
          <w:t>https://www.booktrust.org.uk/book-recommendations/bookfinder/love-grows-everywhere/</w:t>
        </w:r>
      </w:hyperlink>
      <w:r>
        <w:t xml:space="preserve"> - 'Love Grows Everywhere' is a picture book by Barry Timms, illustrated by Tisha Lee, published by Frances Lincoln Children's Books in 2022. The story follows a little girl in a bustling city who, along with her family, demonstrates love through nurturing plants and engaging with the community. The book highlights themes of love, community, and the nurturing of relationships, using plants as a metaphor for growth and care. (</w:t>
      </w:r>
      <w:hyperlink r:id="rId16">
        <w:r>
          <w:rPr>
            <w:color w:val="0000EE"/>
            <w:u w:val="single"/>
          </w:rPr>
          <w:t>booktrust.org.uk</w:t>
        </w:r>
      </w:hyperlink>
      <w:r>
        <w:t>)</w:t>
      </w:r>
      <w:r/>
    </w:p>
    <w:p>
      <w:pPr>
        <w:pStyle w:val="ListNumber"/>
        <w:spacing w:line="240" w:lineRule="auto"/>
        <w:ind w:left="720"/>
      </w:pPr>
      <w:r/>
      <w:hyperlink r:id="rId11">
        <w:r>
          <w:rPr>
            <w:color w:val="0000EE"/>
            <w:u w:val="single"/>
          </w:rPr>
          <w:t>https://www.goodreads.com/book/show/63133443-love-grows-everywhere</w:t>
        </w:r>
      </w:hyperlink>
      <w:r>
        <w:t xml:space="preserve"> - 'Love Grows Everywhere' by Barry Timms, illustrated by Tisha Lee, is a picture book that explores the various forms of love within a community. Through rhyming text and vibrant illustrations, the story depicts a family that grows plants and sells them in their local market, showcasing the types of love present in their diverse community. The book emphasizes themes of kindness, charity, and love, with illustrations that bring the story to life. (</w:t>
      </w:r>
      <w:hyperlink r:id="rId17">
        <w:r>
          <w:rPr>
            <w:color w:val="0000EE"/>
            <w:u w:val="single"/>
          </w:rPr>
          <w:t>goodreads.com</w:t>
        </w:r>
      </w:hyperlink>
      <w:r>
        <w:t>)</w:t>
      </w:r>
      <w:r/>
    </w:p>
    <w:p>
      <w:pPr>
        <w:pStyle w:val="ListNumber"/>
        <w:spacing w:line="240" w:lineRule="auto"/>
        <w:ind w:left="720"/>
      </w:pPr>
      <w:r/>
      <w:hyperlink r:id="rId12">
        <w:r>
          <w:rPr>
            <w:color w:val="0000EE"/>
            <w:u w:val="single"/>
          </w:rPr>
          <w:t>https://www.penguinrandomhouse.com/books/788187/good-night-break-a-leg-by-bret-shuford-illustrated-by-elena-hager/</w:t>
        </w:r>
      </w:hyperlink>
      <w:r>
        <w:t xml:space="preserve"> - 'Good Night, Break a Leg: Life with Broadway Dads' is a picture book by Bret Shuford, illustrated by Elena Hager, published by Penguin Workshop. The story is told from the perspective of a boy whose fathers are Broadway performers, balancing their careers and parenthood. The book celebrates family, creativity, and unconditional love, highlighting the importance of pursuing one's dreams while nurturing a family. (</w:t>
      </w:r>
      <w:hyperlink r:id="rId18">
        <w:r>
          <w:rPr>
            <w:color w:val="0000EE"/>
            <w:u w:val="single"/>
          </w:rPr>
          <w:t>penguinrandomhouse.com</w:t>
        </w:r>
      </w:hyperlink>
      <w:r>
        <w:t>)</w:t>
      </w:r>
      <w:r/>
    </w:p>
    <w:p>
      <w:pPr>
        <w:pStyle w:val="ListNumber"/>
        <w:spacing w:line="240" w:lineRule="auto"/>
        <w:ind w:left="720"/>
      </w:pPr>
      <w:r/>
      <w:hyperlink r:id="rId13">
        <w:r>
          <w:rPr>
            <w:color w:val="0000EE"/>
            <w:u w:val="single"/>
          </w:rPr>
          <w:t>https://www.quailridgebooks.com/book/9798217141111</w:t>
        </w:r>
      </w:hyperlink>
      <w:r>
        <w:t xml:space="preserve"> - 'Good Night, Break a Leg: Life with Broadway Dads' by Bret Shuford, illustrated by Elena Hager, is a picture book that portrays the life of a young boy whose dads are Broadway performers. The book showcases the balance between their professional lives and parenting, emphasizing themes of love, dedication, and the magic of the theatre. It is a celebration of family and the performing arts. (</w:t>
      </w:r>
      <w:hyperlink r:id="rId19">
        <w:r>
          <w:rPr>
            <w:color w:val="0000EE"/>
            <w:u w:val="single"/>
          </w:rPr>
          <w:t>quailridgebooks.com</w:t>
        </w:r>
      </w:hyperlink>
      <w:r>
        <w:t>)</w:t>
      </w:r>
      <w:r/>
    </w:p>
    <w:p>
      <w:pPr>
        <w:pStyle w:val="ListNumber"/>
        <w:spacing w:line="240" w:lineRule="auto"/>
        <w:ind w:left="720"/>
      </w:pPr>
      <w:r/>
      <w:hyperlink r:id="rId14">
        <w:r>
          <w:rPr>
            <w:color w:val="0000EE"/>
            <w:u w:val="single"/>
          </w:rPr>
          <w:t>https://www.greenapplebooks.com/book/9798217141111</w:t>
        </w:r>
      </w:hyperlink>
      <w:r>
        <w:t xml:space="preserve"> - 'Good Night, Break a Leg: Life with Broadway Dads' by Bret Shuford, illustrated by Elena Hager, is a picture book that follows a young boy whose dads are Broadway performers. The story highlights their daily routines, the joy of the theatre, and the love they share as a family. It is a heartwarming tale that celebrates family, creativity, and unconditional love. (</w:t>
      </w:r>
      <w:hyperlink r:id="rId20">
        <w:r>
          <w:rPr>
            <w:color w:val="0000EE"/>
            <w:u w:val="single"/>
          </w:rPr>
          <w:t>greenapplebooks.com</w:t>
        </w:r>
      </w:hyperlink>
      <w:r>
        <w:t>)</w:t>
      </w:r>
      <w:r/>
    </w:p>
    <w:p>
      <w:pPr>
        <w:pStyle w:val="ListNumber"/>
        <w:spacing w:line="240" w:lineRule="auto"/>
        <w:ind w:left="720"/>
      </w:pPr>
      <w:r/>
      <w:hyperlink r:id="rId15">
        <w:r>
          <w:rPr>
            <w:color w:val="0000EE"/>
            <w:u w:val="single"/>
          </w:rPr>
          <w:t>https://www.target.com/p/-/A-1005316850</w:t>
        </w:r>
      </w:hyperlink>
      <w:r>
        <w:t xml:space="preserve"> - 'Good Night, Break a Leg' by Bret Shuford is a picture book that tells the story of a young boy whose dads are Broadway performers. The book explores their life together, balancing the demands of the theatre with family time, and emphasizes themes of love, dedication, and the magic of the performing arts. It is a celebration of family and creativity. (</w:t>
      </w:r>
      <w:hyperlink r:id="rId21">
        <w:r>
          <w:rPr>
            <w:color w:val="0000EE"/>
            <w:u w:val="single"/>
          </w:rPr>
          <w:t>target.com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mbian.com/2026/10/13/6-new-lgbtq-inclusive-picture-books-2/" TargetMode="External"/><Relationship Id="rId10" Type="http://schemas.openxmlformats.org/officeDocument/2006/relationships/hyperlink" Target="https://www.booktrust.org.uk/book-recommendations/bookfinder/love-grows-everywhere/" TargetMode="External"/><Relationship Id="rId11" Type="http://schemas.openxmlformats.org/officeDocument/2006/relationships/hyperlink" Target="https://www.goodreads.com/book/show/63133443-love-grows-everywhere" TargetMode="External"/><Relationship Id="rId12" Type="http://schemas.openxmlformats.org/officeDocument/2006/relationships/hyperlink" Target="https://www.penguinrandomhouse.com/books/788187/good-night-break-a-leg-by-bret-shuford-illustrated-by-elena-hager/" TargetMode="External"/><Relationship Id="rId13" Type="http://schemas.openxmlformats.org/officeDocument/2006/relationships/hyperlink" Target="https://www.quailridgebooks.com/book/9798217141111" TargetMode="External"/><Relationship Id="rId14" Type="http://schemas.openxmlformats.org/officeDocument/2006/relationships/hyperlink" Target="https://www.greenapplebooks.com/book/9798217141111" TargetMode="External"/><Relationship Id="rId15" Type="http://schemas.openxmlformats.org/officeDocument/2006/relationships/hyperlink" Target="https://www.target.com/p/-/A-1005316850" TargetMode="External"/><Relationship Id="rId16" Type="http://schemas.openxmlformats.org/officeDocument/2006/relationships/hyperlink" Target="https://www.booktrust.org.uk/book-recommendations/bookfinder/love-grows-everywhere/?utm_source=openai" TargetMode="External"/><Relationship Id="rId17" Type="http://schemas.openxmlformats.org/officeDocument/2006/relationships/hyperlink" Target="https://www.goodreads.com/book/show/63133443-love-grows-everywhere?utm_source=openai" TargetMode="External"/><Relationship Id="rId18" Type="http://schemas.openxmlformats.org/officeDocument/2006/relationships/hyperlink" Target="https://www.penguinrandomhouse.com/books/788187/good-night-break-a-leg-by-bret-shuford-illustrated-by-elena-hager/?aid=46224&amp;linkid=PRH998E77A83C6F&amp;utm_source=openai" TargetMode="External"/><Relationship Id="rId19" Type="http://schemas.openxmlformats.org/officeDocument/2006/relationships/hyperlink" Target="https://quailridgebooks.com/book/9798217141111?utm_source=openai" TargetMode="External"/><Relationship Id="rId20" Type="http://schemas.openxmlformats.org/officeDocument/2006/relationships/hyperlink" Target="https://greenapplebooks.com/book/9798217141111?utm_source=openai" TargetMode="External"/><Relationship Id="rId21" Type="http://schemas.openxmlformats.org/officeDocument/2006/relationships/hyperlink" Target="https://www.target.com/p/-/A-1005316850?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