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Montréal Pride Events for a Hot Summer LGBTQ+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heading to Montréal Pride for a heady mix of sunshine, nightlife and unapologetic LGBTQ+ celebration. From open-air parties to polished hotel gatherings, the city’s Pride programme offers plenty for visitors who want culture by day and a pulsing dance floor after dark.</w:t>
      </w:r>
      <w:r/>
    </w:p>
    <w:p>
      <w:pPr>
        <w:pStyle w:val="Heading2"/>
      </w:pPr>
      <w:r>
        <w:t>Essential Takeaways</w:t>
      </w:r>
      <w:r/>
      <w:r/>
    </w:p>
    <w:p>
      <w:pPr>
        <w:pStyle w:val="ListBullet"/>
        <w:spacing w:line="240" w:lineRule="auto"/>
        <w:ind w:left="720"/>
      </w:pPr>
      <w:r/>
      <w:r>
        <w:rPr>
          <w:b/>
        </w:rPr>
        <w:t>Peak-summer energy:</w:t>
      </w:r>
      <w:r>
        <w:t xml:space="preserve"> Montréal Pride takes place during one of the city’s warmest stretches, so light clothing and water are essentials.</w:t>
      </w:r>
      <w:r/>
    </w:p>
    <w:p>
      <w:pPr>
        <w:pStyle w:val="ListBullet"/>
        <w:spacing w:line="240" w:lineRule="auto"/>
        <w:ind w:left="720"/>
      </w:pPr>
      <w:r/>
      <w:r>
        <w:rPr>
          <w:b/>
        </w:rPr>
        <w:t>A packed programme:</w:t>
      </w:r>
      <w:r>
        <w:t xml:space="preserve"> The festival combines community events, parties and nightlife across Montréal.</w:t>
      </w:r>
      <w:r/>
    </w:p>
    <w:p>
      <w:pPr>
        <w:pStyle w:val="ListBullet"/>
        <w:spacing w:line="240" w:lineRule="auto"/>
        <w:ind w:left="720"/>
      </w:pPr>
      <w:r/>
      <w:r>
        <w:rPr>
          <w:b/>
        </w:rPr>
        <w:t>Nacarat adds glamour:</w:t>
      </w:r>
      <w:r>
        <w:t xml:space="preserve"> The Fairmont Queen Elizabeth’s cocktail bar offers a more polished Pride setting.</w:t>
      </w:r>
      <w:r/>
    </w:p>
    <w:p>
      <w:pPr>
        <w:pStyle w:val="ListBullet"/>
        <w:spacing w:line="240" w:lineRule="auto"/>
        <w:ind w:left="720"/>
      </w:pPr>
      <w:r/>
      <w:r>
        <w:rPr>
          <w:b/>
        </w:rPr>
        <w:t>Nightlife runs late:</w:t>
      </w:r>
      <w:r>
        <w:t xml:space="preserve"> Resident and visiting DJs bring a club-focused edge to the wider celebrations.</w:t>
      </w:r>
      <w:r/>
    </w:p>
    <w:p>
      <w:pPr>
        <w:pStyle w:val="ListBullet"/>
        <w:spacing w:line="240" w:lineRule="auto"/>
        <w:ind w:left="720"/>
      </w:pPr>
      <w:r/>
      <w:r>
        <w:rPr>
          <w:b/>
        </w:rPr>
        <w:t>Plan your route:</w:t>
      </w:r>
      <w:r>
        <w:t xml:space="preserve"> Check event times, venues and ticket requirements before setting out.</w:t>
      </w:r>
      <w:r/>
      <w:r/>
    </w:p>
    <w:p>
      <w:pPr>
        <w:pStyle w:val="Heading2"/>
      </w:pPr>
      <w:r>
        <w:t>Montréal Pride turns up the heat</w:t>
      </w:r>
      <w:r/>
    </w:p>
    <w:p>
      <w:r/>
      <w:r>
        <w:t>There’s a particular kind of electricity in Montréal during Pride: hot pavements, bright summer light and crowds moving between terraces, street events and packed venues. The festival’s appeal isn’t limited to one parade or one party. It’s the feeling that the whole city has loosened its collar for the week.</w:t>
      </w:r>
      <w:r/>
    </w:p>
    <w:p>
      <w:r/>
      <w:r>
        <w:t>DNA Magazine’s feature on Montréal Pride paints a vivid picture of a celebration fuelled by warm weather, big crowds and a famously confident social scene. That combination makes the festival feel less like a single event and more like a city-wide invitation to join in.</w:t>
      </w:r>
      <w:r/>
    </w:p>
    <w:p>
      <w:r/>
      <w:r>
        <w:t>For visitors, it’s worth treating the weather as part of the experience. Temperatures can climb beyond 30C, and even an enthusiastic dancer will eventually appreciate a quiet café, a cool shower and a bottle of water.</w:t>
      </w:r>
      <w:r/>
    </w:p>
    <w:p>
      <w:pPr>
        <w:pStyle w:val="Heading2"/>
      </w:pPr>
      <w:r>
        <w:t>Why the city’s Pride programme feels so broad</w:t>
      </w:r>
      <w:r/>
    </w:p>
    <w:p>
      <w:r/>
      <w:r>
        <w:t>Montréal Pride works because it offers different speeds. There are community-led gatherings, cultural moments and daytime activities, but also a serious nightlife calendar for people who want to stay out until sunrise.</w:t>
      </w:r>
      <w:r/>
    </w:p>
    <w:p>
      <w:r/>
      <w:r>
        <w:t>Fierté Montréal lists events such as Fierté Nacarat, while Resident Advisor’s listings show the depth of the accompanying club programme. Together, they suggest a festival that caters to both first-time visitors and seasoned party-goers, rather than assuming everyone wants the same sort of night.</w:t>
      </w:r>
      <w:r/>
    </w:p>
    <w:p>
      <w:r/>
      <w:r>
        <w:t>That variety is one of Montréal’s strengths. You can spend the afternoon exploring the city, pause for dinner, then choose between a smart cocktail venue and a full-scale dance event without leaving the wider Pride orbit.</w:t>
      </w:r>
      <w:r/>
    </w:p>
    <w:p>
      <w:pPr>
        <w:pStyle w:val="Heading2"/>
      </w:pPr>
      <w:r>
        <w:t>From elegant drinks to full-volume club nights</w:t>
      </w:r>
      <w:r/>
    </w:p>
    <w:p>
      <w:r/>
      <w:r>
        <w:t>Fierté Nacarat brings a more refined mood to Pride week. Hosted at the Fairmont Queen Elizabeth, the event offers a stylish alternative to a crowded warehouse or late-night club, with the hotel’s Nacarat bar providing a sleek backdrop for drinks and conversation.</w:t>
      </w:r>
      <w:r/>
    </w:p>
    <w:p>
      <w:r/>
      <w:r>
        <w:t>The Fairmont’s own event information positions Nacarat as part of its Pride offering, making it a useful option for visitors who enjoy a little polish with their celebration. It’s also the sort of venue where comfortable shoes still matter, but perhaps not the pair you’d wear to an all-night rave.</w:t>
      </w:r>
      <w:r/>
    </w:p>
    <w:p>
      <w:r/>
      <w:r>
        <w:t>Elsewhere, Resident Advisor listings point to a busier club circuit, with DJ-led events and late-night parties adding momentum to the week. Check each listing carefully, as line-ups, ticket arrangements and start times can vary.</w:t>
      </w:r>
      <w:r/>
    </w:p>
    <w:p>
      <w:pPr>
        <w:pStyle w:val="Heading2"/>
      </w:pPr>
      <w:r>
        <w:t>How to plan a Montréal Pride night</w:t>
      </w:r>
      <w:r/>
    </w:p>
    <w:p>
      <w:r/>
      <w:r>
        <w:t>Start by deciding what kind of evening you actually want. If you’re after conversation and cocktails, a venue such as Nacarat may suit you better than a high-capacity dance party. If dancing is the priority, look for events with the music style, opening hours and location that match your plans.</w:t>
      </w:r>
      <w:r/>
    </w:p>
    <w:p>
      <w:r/>
      <w:r>
        <w:t>Comfort is more important than it sounds. Breathable clothes, supportive footwear and a portable charger can make the difference between a brilliant night and an unnecessarily heroic one. It’s also sensible to build in time for food and a proper rest, particularly if you’re attending several events across the week.</w:t>
      </w:r>
      <w:r/>
    </w:p>
    <w:p>
      <w:r/>
      <w:r>
        <w:t>For popular parties, buying tickets early is the safest approach. Use official festival and venue pages first, then confirm the details on the event listing before travelling across town.</w:t>
      </w:r>
      <w:r/>
    </w:p>
    <w:p>
      <w:pPr>
        <w:pStyle w:val="Heading2"/>
      </w:pPr>
      <w:r>
        <w:t>A Pride trip with plenty of personality</w:t>
      </w:r>
      <w:r/>
    </w:p>
    <w:p>
      <w:r/>
      <w:r>
        <w:t>Montréal’s appeal lies in the mix: French-speaking city charm, intense summer weather, a welcoming LGBTQ+ atmosphere and nightlife that refuses to be an afterthought. The result feels energetic without being one-dimensional.</w:t>
      </w:r>
      <w:r/>
    </w:p>
    <w:p>
      <w:r/>
      <w:r>
        <w:t>For visitors, the best strategy is to leave some room for spontaneity, but not so much that the practical details become a headache. Pick one or two must-do events, keep an eye on the forecast and let the city fill in the gaps.</w:t>
      </w:r>
      <w:r/>
    </w:p>
    <w:p>
      <w:r/>
      <w:r>
        <w:t>It’s a small amount of planning for a very memorable week.</w:t>
      </w:r>
      <w:r/>
    </w:p>
    <w:p>
      <w:r/>
      <w:r>
        <w:t>Explore the events that suit your mood, then let Montréal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2">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https://www.dnamagazine.com.au/montreal-pride-311/</w:t>
        </w:r>
      </w:hyperlink>
      <w:r>
        <w:t xml:space="preserve"> - Please view link - unable to able to access data</w:t>
      </w:r>
      <w:r/>
    </w:p>
    <w:p>
      <w:pPr>
        <w:pStyle w:val="ListNumber"/>
        <w:spacing w:line="240" w:lineRule="auto"/>
        <w:ind w:left="720"/>
      </w:pPr>
      <w:r/>
      <w:hyperlink r:id="rId10">
        <w:r>
          <w:rPr>
            <w:color w:val="0000EE"/>
            <w:u w:val="single"/>
          </w:rPr>
          <w:t>https://fiertemontreal.com/en/event/fierte-nacarat-3</w:t>
        </w:r>
      </w:hyperlink>
      <w:r>
        <w:t xml:space="preserve"> - Nacarat Pride is a dazzling Montreal Pride event held on August 10, 2025, at Terrasse Nacarat. The event features DJ Heartbreak Ting, extravagant drag performances by Adriana, Carmen Sutra, and Foxy Lexxi Brown, gourmet BBQ, and sparkling cocktails. Attendees can enjoy breathtaking views of the Pride parade from the terrace. Tickets are priced at $65 in advance and $75 at the door, with a portion of the proceeds supporting the Canadian Foundation of AIDS Research. (</w:t>
      </w:r>
      <w:hyperlink r:id="rId16">
        <w:r>
          <w:rPr>
            <w:color w:val="0000EE"/>
            <w:u w:val="single"/>
          </w:rPr>
          <w:t>fiertemontreal.com</w:t>
        </w:r>
      </w:hyperlink>
      <w:r>
        <w:t>)</w:t>
      </w:r>
      <w:r/>
    </w:p>
    <w:p>
      <w:pPr>
        <w:pStyle w:val="ListNumber"/>
        <w:spacing w:line="240" w:lineRule="auto"/>
        <w:ind w:left="720"/>
      </w:pPr>
      <w:r/>
      <w:hyperlink r:id="rId11">
        <w:r>
          <w:rPr>
            <w:color w:val="0000EE"/>
            <w:u w:val="single"/>
          </w:rPr>
          <w:t>https://ra.co/events/2225934</w:t>
        </w:r>
      </w:hyperlink>
      <w:r>
        <w:t xml:space="preserve"> - Club Soleil - Pride Edition is a 90s house and affinity music event returning to a new venue, Bar L'Idéal, on August 2, 2025. The event celebrates queer and Black-rooted sounds, including disco, house, and techno, with guest DJs Bellavie, Lex Ferenda, and Paolo Askia. The event is free and runs from 10 PM to 3 AM. (</w:t>
      </w:r>
      <w:hyperlink r:id="rId17">
        <w:r>
          <w:rPr>
            <w:color w:val="0000EE"/>
            <w:u w:val="single"/>
          </w:rPr>
          <w:t>ra.co</w:t>
        </w:r>
      </w:hyperlink>
      <w:r>
        <w:t>)</w:t>
      </w:r>
      <w:r/>
    </w:p>
    <w:p>
      <w:pPr>
        <w:pStyle w:val="ListNumber"/>
        <w:spacing w:line="240" w:lineRule="auto"/>
        <w:ind w:left="720"/>
      </w:pPr>
      <w:r/>
      <w:hyperlink r:id="rId12">
        <w:r>
          <w:rPr>
            <w:color w:val="0000EE"/>
            <w:u w:val="single"/>
          </w:rPr>
          <w:t>https://ra.co/events/2188072</w:t>
        </w:r>
      </w:hyperlink>
      <w:r>
        <w:t xml:space="preserve"> - Arder Pride: Clarisa Kimskii (NYC) is a special Pride event on August 1, 2025, at NWHR. The event features Brooklyn-based DJ and producer Clarisa Kimskii, known for her deep roots in underground queer culture and performances at venues like Berghain and Bossa Nova. The night promises deep grooves, raw passion, and a celebration of queer culture. Tickets range from $20 to $40, and the event is for attendees aged 18 and over. (</w:t>
      </w:r>
      <w:hyperlink r:id="rId18">
        <w:r>
          <w:rPr>
            <w:color w:val="0000EE"/>
            <w:u w:val="single"/>
          </w:rPr>
          <w:t>ra.co</w:t>
        </w:r>
      </w:hyperlink>
      <w:r>
        <w:t>)</w:t>
      </w:r>
      <w:r/>
    </w:p>
    <w:p>
      <w:pPr>
        <w:pStyle w:val="ListNumber"/>
        <w:spacing w:line="240" w:lineRule="auto"/>
        <w:ind w:left="720"/>
      </w:pPr>
      <w:r/>
      <w:hyperlink r:id="rId15">
        <w:r>
          <w:rPr>
            <w:color w:val="0000EE"/>
            <w:u w:val="single"/>
          </w:rPr>
          <w:t>https://ra.co/events/2220359</w:t>
        </w:r>
      </w:hyperlink>
      <w:r>
        <w:t xml:space="preserve"> - Supernature - Pride Edition is a party and dance battle at Club Soda on July 31, 2025. The event blends whacking and clubbing on a steamy dancefloor, celebrating disco and house music, and the legacy of whacking—a queer dance style from 1970s Los Angeles. Local icons San Farafina, DJ Blackgold, and Paolo Askia will perform, and a whacking battle featuring 75 dancers from around the globe will be judged by an international panel. Tickets are priced at $20, and the event is for attendees aged 18 and over. (</w:t>
      </w:r>
      <w:hyperlink r:id="rId19">
        <w:r>
          <w:rPr>
            <w:color w:val="0000EE"/>
            <w:u w:val="single"/>
          </w:rPr>
          <w:t>ra.co</w:t>
        </w:r>
      </w:hyperlink>
      <w:r>
        <w:t>)</w:t>
      </w:r>
      <w:r/>
    </w:p>
    <w:p>
      <w:pPr>
        <w:pStyle w:val="ListNumber"/>
        <w:spacing w:line="240" w:lineRule="auto"/>
        <w:ind w:left="720"/>
      </w:pPr>
      <w:r/>
      <w:hyperlink r:id="rId13">
        <w:r>
          <w:rPr>
            <w:color w:val="0000EE"/>
            <w:u w:val="single"/>
          </w:rPr>
          <w:t>https://www.fairmont.com/ar/hotels/montreal/fairmont-the-queen-elizabeth/special-events---fairmont-the-queen-elizabeth/nacarat-pride.html</w:t>
        </w:r>
      </w:hyperlink>
      <w:r>
        <w:t xml:space="preserve"> - Nacarat Pride at Fairmont The Queen Elizabeth is a dazzling Montreal Pride event held on August 10, 2025, at Nacarat Terrace. The event features DJ Heartbreak Ting, extravagant drag performances by Adriana, Carmen Sutra, and Foxy Lexxi Brown, gourmet BBQ, and sparkling cocktails. Attendees can enjoy breathtaking views of the Pride parade from the terrace. Tickets are priced at $65 in advance and $75 at the door, with a portion of the proceeds supporting the Canadian Foundation of AIDS Research. (</w:t>
      </w:r>
      <w:hyperlink r:id="rId20">
        <w:r>
          <w:rPr>
            <w:color w:val="0000EE"/>
            <w:u w:val="single"/>
          </w:rPr>
          <w:t>fairmont.com</w:t>
        </w:r>
      </w:hyperlink>
      <w:r>
        <w:t>)</w:t>
      </w:r>
      <w:r/>
    </w:p>
    <w:p>
      <w:pPr>
        <w:pStyle w:val="ListNumber"/>
        <w:spacing w:line="240" w:lineRule="auto"/>
        <w:ind w:left="720"/>
      </w:pPr>
      <w:r/>
      <w:hyperlink r:id="rId14">
        <w:r>
          <w:rPr>
            <w:color w:val="0000EE"/>
            <w:u w:val="single"/>
          </w:rPr>
          <w:t>https://ra.co/events/2219472</w:t>
        </w:r>
      </w:hyperlink>
      <w:r>
        <w:t xml:space="preserve"> - DISCOÑO - Orgullo Pride Montreal is a neoperreo event at Société des arts technologiques on August 8, 2025. The event features legendary founder Tomasa del Real performing perreo futuristico tracks, Brazilian duo Mango &amp; Ginger, and Toronto's Litney. The night includes a lineup of DJs, performers, and hosts representing Montreal's finest. Tickets range from $20 to $35, and the event is for attendees aged 18 and over. (</w:t>
      </w:r>
      <w:hyperlink r:id="rId21">
        <w:r>
          <w:rPr>
            <w:color w:val="0000EE"/>
            <w:u w:val="single"/>
          </w:rPr>
          <w:t>ra.co</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montreal-pride-311/" TargetMode="External"/><Relationship Id="rId10" Type="http://schemas.openxmlformats.org/officeDocument/2006/relationships/hyperlink" Target="https://fiertemontreal.com/en/event/fierte-nacarat-3" TargetMode="External"/><Relationship Id="rId11" Type="http://schemas.openxmlformats.org/officeDocument/2006/relationships/hyperlink" Target="https://ra.co/events/2225934" TargetMode="External"/><Relationship Id="rId12" Type="http://schemas.openxmlformats.org/officeDocument/2006/relationships/hyperlink" Target="https://ra.co/events/2188072" TargetMode="External"/><Relationship Id="rId13" Type="http://schemas.openxmlformats.org/officeDocument/2006/relationships/hyperlink" Target="https://www.fairmont.com/ar/hotels/montreal/fairmont-the-queen-elizabeth/special-events---fairmont-the-queen-elizabeth/nacarat-pride.html" TargetMode="External"/><Relationship Id="rId14" Type="http://schemas.openxmlformats.org/officeDocument/2006/relationships/hyperlink" Target="https://ra.co/events/2219472" TargetMode="External"/><Relationship Id="rId15" Type="http://schemas.openxmlformats.org/officeDocument/2006/relationships/hyperlink" Target="https://ra.co/events/2220359" TargetMode="External"/><Relationship Id="rId16" Type="http://schemas.openxmlformats.org/officeDocument/2006/relationships/hyperlink" Target="https://fiertemontreal.com/en/event/fierte-nacarat-3?utm_source=openai" TargetMode="External"/><Relationship Id="rId17" Type="http://schemas.openxmlformats.org/officeDocument/2006/relationships/hyperlink" Target="https://ra.co/events/2225934?utm_source=openai" TargetMode="External"/><Relationship Id="rId18" Type="http://schemas.openxmlformats.org/officeDocument/2006/relationships/hyperlink" Target="https://ra.co/events/2188072?utm_source=openai" TargetMode="External"/><Relationship Id="rId19" Type="http://schemas.openxmlformats.org/officeDocument/2006/relationships/hyperlink" Target="https://ra.co/events/2220359?utm_source=openai" TargetMode="External"/><Relationship Id="rId20" Type="http://schemas.openxmlformats.org/officeDocument/2006/relationships/hyperlink" Target="https://www.fairmont.com/ar/hotels/montreal/fairmont-the-queen-elizabeth/special-events---fairmont-the-queen-elizabeth/nacarat-pride.html?utm_source=openai" TargetMode="External"/><Relationship Id="rId21" Type="http://schemas.openxmlformats.org/officeDocument/2006/relationships/hyperlink" Target="https://ra.co/events/221947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