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Little Pink Dress Night in Sanibel for Community and Cancer Support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Guests in Sanibel are dressing in pink, enjoying live music and sharing small plates at Sundial Resort's monthly Little Pink Dress Night, a warm new event supporting the San-Cap Pink Project. The evening blends easy-going resort dining with local art, florals and practical help for people affected by cancer.</w:t>
      </w:r>
      <w:r/>
    </w:p>
    <w:p>
      <w:pPr>
        <w:pStyle w:val="Heading2"/>
      </w:pPr>
      <w:r>
        <w:t>Essential Takeaways</w:t>
      </w:r>
      <w:r/>
      <w:r/>
    </w:p>
    <w:p>
      <w:pPr>
        <w:pStyle w:val="ListBullet"/>
        <w:spacing w:line="240" w:lineRule="auto"/>
        <w:ind w:left="720"/>
      </w:pPr>
      <w:r/>
      <w:r>
        <w:rPr>
          <w:b/>
        </w:rPr>
        <w:t>Monthly gathering:</w:t>
      </w:r>
      <w:r>
        <w:t xml:space="preserve"> Little Pink Dress Night takes place on the first Wednesday of each month at the Bar at Captain's Catch.</w:t>
      </w:r>
      <w:r/>
    </w:p>
    <w:p>
      <w:pPr>
        <w:pStyle w:val="ListBullet"/>
        <w:spacing w:line="240" w:lineRule="auto"/>
        <w:ind w:left="720"/>
      </w:pPr>
      <w:r/>
      <w:r>
        <w:rPr>
          <w:b/>
        </w:rPr>
        <w:t>Local fundraising:</w:t>
      </w:r>
      <w:r>
        <w:t xml:space="preserve"> Proceeds and donations support the San-Cap Pink Project and cancer-related needs in the community.</w:t>
      </w:r>
      <w:r/>
    </w:p>
    <w:p>
      <w:pPr>
        <w:pStyle w:val="ListBullet"/>
        <w:spacing w:line="240" w:lineRule="auto"/>
        <w:ind w:left="720"/>
      </w:pPr>
      <w:r/>
      <w:r>
        <w:rPr>
          <w:b/>
        </w:rPr>
        <w:t>A lively setting:</w:t>
      </w:r>
      <w:r>
        <w:t xml:space="preserve"> Guests can expect pink outfits, live music, small plates and creative activities.</w:t>
      </w:r>
      <w:r/>
    </w:p>
    <w:p>
      <w:pPr>
        <w:pStyle w:val="ListBullet"/>
        <w:spacing w:line="240" w:lineRule="auto"/>
        <w:ind w:left="720"/>
      </w:pPr>
      <w:r/>
      <w:r>
        <w:rPr>
          <w:b/>
        </w:rPr>
        <w:t>Changing experiences:</w:t>
      </w:r>
      <w:r>
        <w:t xml:space="preserve"> The food, entertainment and partner-led features are designed to vary from month to month.</w:t>
      </w:r>
      <w:r/>
      <w:r/>
    </w:p>
    <w:p>
      <w:pPr>
        <w:pStyle w:val="Heading2"/>
      </w:pPr>
      <w:r>
        <w:t>A rainy start couldn't dampen the mood</w:t>
      </w:r>
      <w:r/>
    </w:p>
    <w:p>
      <w:r/>
      <w:r>
        <w:t>The first Little Pink Dress Night at Sundial Resort arrived with wet weather outside, but the atmosphere inside the Bar at Captain's Catch was anything but gloomy. Guests turned up in shades of pink, found their way to the small-plate menu and settled into an evening that felt more like a friendly neighbourhood celebration than a formal fundraiser.</w:t>
      </w:r>
      <w:r/>
    </w:p>
    <w:p>
      <w:r/>
      <w:r>
        <w:t>That relaxed mix is part of the event's appeal. According to Sundial Resort, the launch brought together regular guests, local residents and walk-ins who were discovering the San-Cap Pink Project for the first time. It was a soft, sociable start for a monthly event with a serious purpose. (Sources: Sundial Resort, Sanibel-Captiva community coverage.)</w:t>
      </w:r>
      <w:r/>
    </w:p>
    <w:p>
      <w:pPr>
        <w:pStyle w:val="Heading2"/>
      </w:pPr>
      <w:r>
        <w:t>Art, flowers and music gave the night its sparkle</w:t>
      </w:r>
      <w:r/>
    </w:p>
    <w:p>
      <w:r/>
      <w:r>
        <w:t>Local artist Rachel Pierce painted live during the evening, creating a focal point as guests chatted and watched the work develop. Her artwork was later auctioned to raise money for the charity, while another piece was donated and sold to generate further support.</w:t>
      </w:r>
      <w:r/>
    </w:p>
    <w:p>
      <w:r/>
      <w:r>
        <w:t>The visual details mattered, too. Blue Door Flower Company created a floral display and hosted a bloom bar, giving guests a colourful backdrop for photographs and a hands-on touch that made the room feel special. Live music from Douglas Coventry helped keep things moving, while the bar's small plates gave diners something easy to enjoy between conversations. (Sources: Sundial Resort event coverage.)</w:t>
      </w:r>
      <w:r/>
    </w:p>
    <w:p>
      <w:pPr>
        <w:pStyle w:val="Heading2"/>
      </w:pPr>
      <w:r>
        <w:t>Why the San-Cap Pink Project matters locally</w:t>
      </w:r>
      <w:r/>
    </w:p>
    <w:p>
      <w:r/>
      <w:r>
        <w:t>Behind the dressing-up and floral photographs is a practical community mission. The San-Cap Pink Project supports cancer-related needs, helping people and families facing the financial and emotional strain that can accompany treatment.</w:t>
      </w:r>
      <w:r/>
    </w:p>
    <w:p>
      <w:r/>
      <w:r>
        <w:t>That local focus gives the evening a more personal feel than a broad awareness campaign. As community organisations such as FISH of SanCap have highlighted, support for neighbours can take many forms, from direct assistance to events that bring people together and make it easier to contribute. A pink dress becomes a conversation starter, but the real value is the network built around it. (Sources: FISH of SanCap.)</w:t>
      </w:r>
      <w:r/>
    </w:p>
    <w:p>
      <w:pPr>
        <w:pStyle w:val="Heading2"/>
      </w:pPr>
      <w:r>
        <w:t>What to expect at future Little Pink Dress Nights</w:t>
      </w:r>
      <w:r/>
    </w:p>
    <w:p>
      <w:r/>
      <w:r>
        <w:t>The event is designed to keep changing, which should help it avoid feeling like the same dinner repeated every month. Sundial says its small-plate menu will be refreshed regularly, with different entertainment and partner activities planned for future gatherings.</w:t>
      </w:r>
      <w:r/>
    </w:p>
    <w:p>
      <w:r/>
      <w:r>
        <w:t>The next announced evening was set to include skincare advice and mini-services from Kay Casperson Lifestyle Spa &amp; Boutique, plus crafting and live music from John McLane. For visitors, that means there may be a new reason to return each month, whether it's the food, the music, the creative activity or simply the chance to see familiar faces. (Sources: Sundial Resort happenings and events coverage.)</w:t>
      </w:r>
      <w:r/>
    </w:p>
    <w:p>
      <w:pPr>
        <w:pStyle w:val="Heading2"/>
      </w:pPr>
      <w:r>
        <w:t>A simple way to make a night out count</w:t>
      </w:r>
      <w:r/>
    </w:p>
    <w:p>
      <w:r/>
      <w:r>
        <w:t>Little Pink Dress Night works because it doesn't ask guests to choose between enjoyment and generosity. You can dress up, share a plate, listen to music and support a local cause without the evening becoming heavy or overly formal.</w:t>
      </w:r>
      <w:r/>
    </w:p>
    <w:p>
      <w:r/>
      <w:r>
        <w:t>For anyone planning to attend, checking the resort's latest event details is sensible, since menus and activities can change. And while pink attire is part of the fun, the most important accessory is a willingness to show up for the community.</w:t>
      </w:r>
      <w:r/>
    </w:p>
    <w:p>
      <w:r/>
      <w:r>
        <w:t>It's a small monthly outing with a genuinely generous heart.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https://sundialresort.com/blog/celebrating-our-first-little-pink-dress-night/</w:t>
        </w:r>
      </w:hyperlink>
      <w:r>
        <w:t xml:space="preserve"> - Please view link - unable to able to access data</w:t>
      </w:r>
      <w:r/>
    </w:p>
    <w:p>
      <w:pPr>
        <w:pStyle w:val="ListNumber"/>
        <w:spacing w:line="240" w:lineRule="auto"/>
        <w:ind w:left="720"/>
      </w:pPr>
      <w:r/>
      <w:hyperlink r:id="rId9">
        <w:r>
          <w:rPr>
            <w:color w:val="0000EE"/>
            <w:u w:val="single"/>
          </w:rPr>
          <w:t>https://sundialresort.com/blog/celebrating-our-first-little-pink-dress-night/</w:t>
        </w:r>
      </w:hyperlink>
      <w:r>
        <w:t xml:space="preserve"> - Sundial Beach Resort &amp; Spa in Sanibel Island hosted its inaugural Little Pink Dress Night on October 7, 2026, at the Bar at Captain’s Catch. This monthly event, in partnership with the San-Cap Pink Project, encourages attendees to wear pink attire, connect with neighbours, and support cancer-related causes. Highlights included live painting by local artist Rachel Pierce, a floral 'bloom bar' by Blue Door Flower Company, live music by Douglas Coventry, and a new small plate menu. The next event is scheduled for November 4, 2026, featuring skincare tips and live music with John McLane.</w:t>
      </w:r>
      <w:r/>
    </w:p>
    <w:p>
      <w:pPr>
        <w:pStyle w:val="ListNumber"/>
        <w:spacing w:line="240" w:lineRule="auto"/>
        <w:ind w:left="720"/>
      </w:pPr>
      <w:r/>
      <w:hyperlink r:id="rId10">
        <w:r>
          <w:rPr>
            <w:color w:val="0000EE"/>
            <w:u w:val="single"/>
          </w:rPr>
          <w:t>https://sundialresort.com/blog/sundial-kicks-off-little-pink-dress-nights/</w:t>
        </w:r>
      </w:hyperlink>
      <w:r>
        <w:t xml:space="preserve"> - Sundial Beach Resort &amp; Spa announced the launch of 'Little Pink Dress Nights,' a monthly networking and social event series starting on October 7, 2026. Held at the Captain’s Catch Bar, these events aim to bring women together to support the San-Cap Pink Project, which provides mammograms for uninsured women and assists local families with cancer-related expenses. The inaugural event featured live painting by artist Rachel Pierce, live music, and specialty cocktails. Future events will continue on the first Wednesday of each month, each with unique themes and experiences.</w:t>
      </w:r>
      <w:r/>
    </w:p>
    <w:p>
      <w:pPr>
        <w:pStyle w:val="ListNumber"/>
        <w:spacing w:line="240" w:lineRule="auto"/>
        <w:ind w:left="720"/>
      </w:pPr>
      <w:r/>
      <w:hyperlink r:id="rId11">
        <w:r>
          <w:rPr>
            <w:color w:val="0000EE"/>
            <w:u w:val="single"/>
          </w:rPr>
          <w:t>https://sundialresort.com/play/happenings/</w:t>
        </w:r>
      </w:hyperlink>
      <w:r>
        <w:t xml:space="preserve"> - Sundial Beach Resort &amp; Spa offers a variety of events and specials, including the Little Pink Dress Night held on the first Wednesday of each month at the Bar at Captain’s Catch. This event features networking, live music, interactive activities, drink and small-bite specials, and supports local vendors and businesses. The next Little Pink Dress Night is on November 4, 2026, with skincare tips and live music with John McLane. Admission includes a dining credit of $30 for adults and $15 for kids. Open to the public with no advanced reservations required.</w:t>
      </w:r>
      <w:r/>
    </w:p>
    <w:p>
      <w:pPr>
        <w:pStyle w:val="ListNumber"/>
        <w:spacing w:line="240" w:lineRule="auto"/>
        <w:ind w:left="720"/>
      </w:pPr>
      <w:r/>
      <w:hyperlink r:id="rId12">
        <w:r>
          <w:rPr>
            <w:color w:val="0000EE"/>
            <w:u w:val="single"/>
          </w:rPr>
          <w:t>https://sundialresort.com/blog/fall-events-at-sundial/</w:t>
        </w:r>
      </w:hyperlink>
      <w:r>
        <w:t xml:space="preserve"> - Sundial Beach Resort &amp; Spa in Sanibel Island is hosting various fall events, including the Little Pink Dress Night on October 7, 2026, and the first Wednesday of every month. The event features live painting and art auction by local artist Rachel Pierce, live music by Douglas Coventry, and a 'Bloom Bar' hosted by Blue Door Flower Company. The resort also offers signature pool parties with beach and pool access, entertainment, and cocktail specials. These events are open to the public with no advanced reservations needed.</w:t>
      </w:r>
      <w:r/>
    </w:p>
    <w:p>
      <w:pPr>
        <w:pStyle w:val="ListNumber"/>
        <w:spacing w:line="240" w:lineRule="auto"/>
        <w:ind w:left="720"/>
      </w:pPr>
      <w:r/>
      <w:hyperlink r:id="rId13">
        <w:r>
          <w:rPr>
            <w:color w:val="0000EE"/>
            <w:u w:val="single"/>
          </w:rPr>
          <w:t>https://fishofsancap.org/san-cap-pink-project-for-paying-it-forward-to-help-cancer-patients-in-need/</w:t>
        </w:r>
      </w:hyperlink>
      <w:r>
        <w:t xml:space="preserve"> - The San Cap Pink Project, founded by breast cancer survivor Mary Bondurant, began in 2012 to provide free mammograms to uninsured residents of Sanibel and Captiva Islands. Over the years, it has expanded to assist both uninsured and underinsured individuals with a range of cancer-related needs, including medical expenses and support services. The project has raised significant funds through various events and donations, aiming to ensure that no one in the community faces their cancer journey alone.</w:t>
      </w:r>
      <w:r/>
    </w:p>
    <w:p>
      <w:pPr>
        <w:pStyle w:val="ListNumber"/>
        <w:spacing w:line="240" w:lineRule="auto"/>
        <w:ind w:left="720"/>
      </w:pPr>
      <w:r/>
      <w:hyperlink r:id="rId14">
        <w:r>
          <w:rPr>
            <w:color w:val="0000EE"/>
            <w:u w:val="single"/>
          </w:rPr>
          <w:t>https://fishofsancap.org/fish-of-sancap-announces-friendly-faces-luncheon-with-guest-speaker-mary-bondurant-sancap-pink-project/</w:t>
        </w:r>
      </w:hyperlink>
      <w:r>
        <w:t xml:space="preserve"> - FISH OF SANCAP hosted a Friendly Faces Luncheon featuring Mary Bondurant, founder of the San Cap Pink Project, on January 14, 2025. The event included a complimentary lunch and an opportunity to reconnect with neighbours and friends. Mary Bondurant shared insights into the mission of the San Cap Pink Project, which provides accessibility to mammograms and essential support for Sanibel and Captiva residents and employees in need. The luncheon aimed to raise awareness and support for the project's initiatives.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undialresort.com/blog/celebrating-our-first-little-pink-dress-night/" TargetMode="External"/><Relationship Id="rId10" Type="http://schemas.openxmlformats.org/officeDocument/2006/relationships/hyperlink" Target="https://sundialresort.com/blog/sundial-kicks-off-little-pink-dress-nights/" TargetMode="External"/><Relationship Id="rId11" Type="http://schemas.openxmlformats.org/officeDocument/2006/relationships/hyperlink" Target="https://sundialresort.com/play/happenings/" TargetMode="External"/><Relationship Id="rId12" Type="http://schemas.openxmlformats.org/officeDocument/2006/relationships/hyperlink" Target="https://sundialresort.com/blog/fall-events-at-sundial/" TargetMode="External"/><Relationship Id="rId13" Type="http://schemas.openxmlformats.org/officeDocument/2006/relationships/hyperlink" Target="https://fishofsancap.org/san-cap-pink-project-for-paying-it-forward-to-help-cancer-patients-in-need/" TargetMode="External"/><Relationship Id="rId14" Type="http://schemas.openxmlformats.org/officeDocument/2006/relationships/hyperlink" Target="https://fishofsancap.org/fish-of-sancap-announces-friendly-faces-luncheon-with-guest-speaker-mary-bondurant-sancap-pink-proje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