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to watch at NewFest in New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New York for NewFest, the city’s LGBTQ film festival, where nearly 150 features, shorts and documentaries offer an unusually broad cinematic snapshot. From activist documentaries and trans coming-of-age stories to Dolly Parton favourites, these early festival picks mix urgency, warmth and plenty of crowd-pleasing sparkle.</w:t>
      </w:r>
      <w:r/>
    </w:p>
    <w:p>
      <w:pPr>
        <w:pStyle w:val="Heading2"/>
      </w:pPr>
      <w:r>
        <w:t>Essential Takeaways</w:t>
      </w:r>
      <w:r/>
      <w:r/>
    </w:p>
    <w:p>
      <w:pPr>
        <w:pStyle w:val="ListBullet"/>
        <w:spacing w:line="240" w:lineRule="auto"/>
        <w:ind w:left="720"/>
      </w:pPr>
      <w:r/>
      <w:r>
        <w:rPr>
          <w:b/>
        </w:rPr>
        <w:t>A packed programme:</w:t>
      </w:r>
      <w:r>
        <w:t xml:space="preserve"> NewFest presents almost 150 films across New York venues, with further viewing available online for selected titles.</w:t>
      </w:r>
      <w:r/>
    </w:p>
    <w:p>
      <w:pPr>
        <w:pStyle w:val="ListBullet"/>
        <w:spacing w:line="240" w:lineRule="auto"/>
        <w:ind w:left="720"/>
      </w:pPr>
      <w:r/>
      <w:r>
        <w:rPr>
          <w:b/>
        </w:rPr>
        <w:t>A strong opening:</w:t>
      </w:r>
      <w:r>
        <w:t xml:space="preserve"> The festival launches with </w:t>
      </w:r>
      <w:r>
        <w:rPr>
          <w:i/>
        </w:rPr>
        <w:t>La Bola Negra</w:t>
      </w:r>
      <w:r>
        <w:t>, an anticipated Spanish drama from Javier Calvo and Javier Ambrossi.</w:t>
      </w:r>
      <w:r/>
    </w:p>
    <w:p>
      <w:pPr>
        <w:pStyle w:val="ListBullet"/>
        <w:spacing w:line="240" w:lineRule="auto"/>
        <w:ind w:left="720"/>
      </w:pPr>
      <w:r/>
      <w:r>
        <w:rPr>
          <w:b/>
        </w:rPr>
        <w:t>Stories with purpose:</w:t>
      </w:r>
      <w:r>
        <w:t xml:space="preserve"> </w:t>
      </w:r>
      <w:r>
        <w:rPr>
          <w:i/>
        </w:rPr>
        <w:t>Gays Against Guns</w:t>
      </w:r>
      <w:r>
        <w:t xml:space="preserve"> and </w:t>
      </w:r>
      <w:r>
        <w:rPr>
          <w:i/>
        </w:rPr>
        <w:t>What Will I Become?</w:t>
      </w:r>
      <w:r>
        <w:t xml:space="preserve"> explore activism, trans lives and the consequences of violence.</w:t>
      </w:r>
      <w:r/>
    </w:p>
    <w:p>
      <w:pPr>
        <w:pStyle w:val="ListBullet"/>
        <w:spacing w:line="240" w:lineRule="auto"/>
        <w:ind w:left="720"/>
      </w:pPr>
      <w:r/>
      <w:r>
        <w:rPr>
          <w:b/>
        </w:rPr>
        <w:t>Plenty of joy:</w:t>
      </w:r>
      <w:r>
        <w:t xml:space="preserve"> </w:t>
      </w:r>
      <w:r>
        <w:rPr>
          <w:i/>
        </w:rPr>
        <w:t>Hunky Jesus</w:t>
      </w:r>
      <w:r>
        <w:t xml:space="preserve">, </w:t>
      </w:r>
      <w:r>
        <w:rPr>
          <w:i/>
        </w:rPr>
        <w:t>9 to 5</w:t>
      </w:r>
      <w:r>
        <w:t xml:space="preserve"> and </w:t>
      </w:r>
      <w:r>
        <w:rPr>
          <w:i/>
        </w:rPr>
        <w:t>Steel Magnolias</w:t>
      </w:r>
      <w:r>
        <w:t xml:space="preserve"> bring humour, camp and emotional release.</w:t>
      </w:r>
      <w:r/>
    </w:p>
    <w:p>
      <w:pPr>
        <w:pStyle w:val="ListBullet"/>
        <w:spacing w:line="240" w:lineRule="auto"/>
        <w:ind w:left="720"/>
      </w:pPr>
      <w:r/>
      <w:r>
        <w:rPr>
          <w:b/>
        </w:rPr>
        <w:t>A useful viewing tip:</w:t>
      </w:r>
      <w:r>
        <w:t xml:space="preserve"> Check each film's venue, time and format before booking, as screenings are spread across New York and some have virtual runs.</w:t>
      </w:r>
      <w:r/>
      <w:r/>
    </w:p>
    <w:p>
      <w:pPr>
        <w:pStyle w:val="Heading2"/>
      </w:pPr>
      <w:r>
        <w:t>NewFest brings queer cinema into sharp focus</w:t>
      </w:r>
      <w:r/>
    </w:p>
    <w:p>
      <w:r/>
      <w:r>
        <w:t>There’s something wonderfully direct about a festival that can move from a documentary about gun violence to a Dolly Parton comedy without losing its sense of purpose. NewFest does exactly that, presenting LGBTQ stories as expansive, funny, political, romantic and occasionally gloriously chaotic.</w:t>
      </w:r>
      <w:r/>
    </w:p>
    <w:p>
      <w:r/>
      <w:r>
        <w:t>The festival’s 38th edition runs from 15 to 25 October at venues across New York, with almost 150 features, shorts and documentaries in the programme. NewFest’s official listings also underline the scale of the event, which combines premieres, talks and special screenings rather than treating queer cinema as a single, tidy category.</w:t>
      </w:r>
      <w:r/>
    </w:p>
    <w:p>
      <w:r/>
      <w:r>
        <w:t xml:space="preserve">This year’s opening film, </w:t>
      </w:r>
      <w:r>
        <w:rPr>
          <w:i/>
        </w:rPr>
        <w:t>La Bola Negra</w:t>
      </w:r>
      <w:r>
        <w:t>, gives the festival a high-profile start. Reporting on the film’s wider reception, El Pais has described the work by Javier Calvo and Javier Ambrossi as a powerful engagement with queer memory, history and the legacy of Federico Garcia Lorca.</w:t>
      </w:r>
      <w:r/>
    </w:p>
    <w:p>
      <w:pPr>
        <w:pStyle w:val="Heading2"/>
      </w:pPr>
      <w:r>
        <w:t>The documentaries are where the urgency lands</w:t>
      </w:r>
      <w:r/>
    </w:p>
    <w:p>
      <w:r/>
      <w:r>
        <w:t xml:space="preserve">Paul Rowley’s </w:t>
      </w:r>
      <w:r>
        <w:rPr>
          <w:i/>
        </w:rPr>
        <w:t>Gays Against Guns</w:t>
      </w:r>
      <w:r>
        <w:t xml:space="preserve"> follows the activist group formed in response to the 2016 Pulse nightclub massacre. It looks at demonstrations, civil disobedience and the personal experiences that turn public grief into organised action. The film’s emotional force comes from that connection between individual testimony and collective pressure.</w:t>
      </w:r>
      <w:r/>
    </w:p>
    <w:p>
      <w:r/>
      <w:r>
        <w:t>Its subjects include survivors, families and activists confronting the effects of gun violence in queer communities. Rather than presenting protest as a polished campaign machine, the documentary shows the friction, exhaustion and courage involved in trying to change policy. It’s a sobering watch, but also an encouraging one.</w:t>
      </w:r>
      <w:r/>
    </w:p>
    <w:p>
      <w:r/>
      <w:r>
        <w:rPr>
          <w:i/>
        </w:rPr>
        <w:t>What Will I Become?</w:t>
      </w:r>
      <w:r>
        <w:t>, made by Lexie Bean and Logan Rozos, takes a similarly serious path while focusing on trans male youth and mental health. The film examines the lives and deaths of Blake Brockington and Kyler Prescott, alongside the failures and pressures surrounding schools, healthcare and family support.</w:t>
      </w:r>
      <w:r/>
    </w:p>
    <w:p>
      <w:r/>
      <w:r>
        <w:t>There’s pain here, but the documentary isn’t interested in reducing trans young people to statistics. Its use of personal memories, video footage and animation gives the story a more intimate texture. For viewers choosing films for their social impact, this is one of the clearest early NewFest recommendations.</w:t>
      </w:r>
      <w:r/>
    </w:p>
    <w:p>
      <w:pPr>
        <w:pStyle w:val="Heading2"/>
      </w:pPr>
      <w:r>
        <w:t>Romance arrives in quieter, more complicated forms</w:t>
      </w:r>
      <w:r/>
    </w:p>
    <w:p>
      <w:r/>
      <w:r>
        <w:t xml:space="preserve">Not every film needs a rallying cry. </w:t>
      </w:r>
      <w:r>
        <w:rPr>
          <w:i/>
        </w:rPr>
        <w:t>Iván &amp; Hadoum</w:t>
      </w:r>
      <w:r>
        <w:t xml:space="preserve"> offers a gentler kind of queer storytelling, following a trans man and a Moorish woman who work at the same vegetable-packing plant in Spain. Their attraction develops against workplace tensions, family expectations and financial strain.</w:t>
      </w:r>
      <w:r/>
    </w:p>
    <w:p>
      <w:r/>
      <w:r>
        <w:t>The film’s appeal lies in its modesty. Iván wants greater stability, while Hadoum moves more freely through life, and their differences create as much friction as chemistry. The result is a tender romantic drama that gives its characters room to be hopeful without pretending prejudice and insecurity disappear overnight.</w:t>
      </w:r>
      <w:r/>
    </w:p>
    <w:p>
      <w:r/>
      <w:r>
        <w:t xml:space="preserve">There’s a more reflective mood in </w:t>
      </w:r>
      <w:r>
        <w:rPr>
          <w:i/>
        </w:rPr>
        <w:t>Out of the Woods</w:t>
      </w:r>
      <w:r>
        <w:t>, Sal Bardo’s drama about Max and Diana, former friends whose relationship might once have become something more. Now, with Max experiencing mild cognitive impairment, the two women have to reckon with old feelings, missed chances and the lives they actually built.</w:t>
      </w:r>
      <w:r/>
    </w:p>
    <w:p>
      <w:r/>
      <w:r>
        <w:t>It’s a chamber piece with a deliberately unhurried pace, so it won’t suit every viewer. Still, Frances Fisher’s performance gives the story emotional weight, while Mimi Kennedy adds warmth to a relationship shaped as much by memory as desire. Sometimes the most affecting queer dramas are about timing, not grand declarations.</w:t>
      </w:r>
      <w:r/>
    </w:p>
    <w:p>
      <w:pPr>
        <w:pStyle w:val="Heading2"/>
      </w:pPr>
      <w:r>
        <w:t>Camp, comedy and classic comfort viewing</w:t>
      </w:r>
      <w:r/>
    </w:p>
    <w:p>
      <w:r/>
      <w:r>
        <w:t xml:space="preserve">Jennifer Kroot’s </w:t>
      </w:r>
      <w:r>
        <w:rPr>
          <w:i/>
        </w:rPr>
        <w:t>Hunky Jesus</w:t>
      </w:r>
      <w:r>
        <w:t xml:space="preserve"> brings a much brighter energy. The documentary follows the Sisters of Perpetual Indulgence and their annual Easter celebration in San Francisco, where participants compete to become Hunky Jesus or Foxy Mary.</w:t>
      </w:r>
      <w:r/>
    </w:p>
    <w:p>
      <w:r/>
      <w:r>
        <w:t>The event is playful, provocative and proudly theatrical, but the film also traces the Sisters’ activism, charitable work and support for people affected by AIDS. That combination is the point: the laughter isn’t an escape from politics, it’s part of how the community builds visibility and solidarity.</w:t>
      </w:r>
      <w:r/>
    </w:p>
    <w:p>
      <w:r/>
      <w:r>
        <w:t xml:space="preserve">For a reliable dose of crowd-pleasing entertainment, </w:t>
      </w:r>
      <w:r>
        <w:rPr>
          <w:i/>
        </w:rPr>
        <w:t>9 to 5</w:t>
      </w:r>
      <w:r>
        <w:t xml:space="preserve"> remains difficult to beat. Colin Higgins’ workplace comedy has Dolly Parton, Jane Fonda and Lily Tomlin turning office sexism into broad, satisfying revenge fantasy, with Parton’s performance supplying much of the film’s easy charm.</w:t>
      </w:r>
      <w:r/>
    </w:p>
    <w:p>
      <w:r/>
      <w:r>
        <w:rPr>
          <w:i/>
        </w:rPr>
        <w:t>Steel Magnolias</w:t>
      </w:r>
      <w:r>
        <w:t xml:space="preserve"> offers a different kind of release. Its beauty-shop setting, Southern humour and emotional swings can feel unapologetically old-fashioned, but the cast knows how to make melodrama land. Dolly Parton’s warmth is especially infectious, giving the film a soft centre beneath all the gossip, hairspray and tears.</w:t>
      </w:r>
      <w:r/>
    </w:p>
    <w:p>
      <w:pPr>
        <w:pStyle w:val="Heading2"/>
      </w:pPr>
      <w:r>
        <w:t>How to choose your NewFest screening</w:t>
      </w:r>
      <w:r/>
    </w:p>
    <w:p>
      <w:r/>
      <w:r>
        <w:t xml:space="preserve">If you want the most politically charged option, start with </w:t>
      </w:r>
      <w:r>
        <w:rPr>
          <w:i/>
        </w:rPr>
        <w:t>Gays Against Guns</w:t>
      </w:r>
      <w:r>
        <w:t xml:space="preserve"> or </w:t>
      </w:r>
      <w:r>
        <w:rPr>
          <w:i/>
        </w:rPr>
        <w:t>What Will I Become?</w:t>
      </w:r>
      <w:r>
        <w:t xml:space="preserve"> Both films connect personal stories to wider systems, making them good choices for viewers looking for documentaries that stay with you after the credits.</w:t>
      </w:r>
      <w:r/>
    </w:p>
    <w:p>
      <w:r/>
      <w:r>
        <w:t xml:space="preserve">For romance, </w:t>
      </w:r>
      <w:r>
        <w:rPr>
          <w:i/>
        </w:rPr>
        <w:t>Iván &amp; Hadoum</w:t>
      </w:r>
      <w:r>
        <w:t xml:space="preserve"> is the more hopeful choice, while </w:t>
      </w:r>
      <w:r>
        <w:rPr>
          <w:i/>
        </w:rPr>
        <w:t>Out of the Woods</w:t>
      </w:r>
      <w:r>
        <w:t xml:space="preserve"> suits anyone in the mood for something quieter and more bittersweet. If you’re planning a group outing, </w:t>
      </w:r>
      <w:r>
        <w:rPr>
          <w:i/>
        </w:rPr>
        <w:t>Hunky Jesus</w:t>
      </w:r>
      <w:r>
        <w:t xml:space="preserve">, </w:t>
      </w:r>
      <w:r>
        <w:rPr>
          <w:i/>
        </w:rPr>
        <w:t>9 to 5</w:t>
      </w:r>
      <w:r>
        <w:t xml:space="preserve"> and </w:t>
      </w:r>
      <w:r>
        <w:rPr>
          <w:i/>
        </w:rPr>
        <w:t>Steel Magnolias</w:t>
      </w:r>
      <w:r>
        <w:t xml:space="preserve"> offer easier entry points, with plenty to discuss afterwards.</w:t>
      </w:r>
      <w:r/>
    </w:p>
    <w:p>
      <w:r/>
      <w:r>
        <w:t>It’s also worth checking the practical details carefully. NewFest’s programme is distributed across venues including SVA and BAM, and individual films have different screening times and formats. The festival’s official information is the best place to confirm availability, while coverage from Cinema Tropical highlights the wider importance of Latinx and Latin American cinema within NewFest’s programming.</w:t>
      </w:r>
      <w:r/>
    </w:p>
    <w:p>
      <w:r/>
      <w:r>
        <w:t>The most appealing thing about the line-up is its range. There’s no single way to tell an LGBTQ story, and NewFest seems happiest when it lets political documentaries, tender dramas, studio classics and flamboyant celebrations share the same screen.</w:t>
      </w:r>
      <w:r/>
    </w:p>
    <w:p>
      <w:r/>
      <w:r>
        <w:t>Explore the programme, choose your mood and leave room for one unexpected favourite.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https://gaycitynews.com/12-lgbtq-films-first-half-of-newfest-in-nyc/</w:t>
        </w:r>
      </w:hyperlink>
      <w:r>
        <w:t xml:space="preserve"> - Please view link - unable to able to access data</w:t>
      </w:r>
      <w:r/>
    </w:p>
    <w:p>
      <w:pPr>
        <w:pStyle w:val="ListNumber"/>
        <w:spacing w:line="240" w:lineRule="auto"/>
        <w:ind w:left="720"/>
      </w:pPr>
      <w:r/>
      <w:hyperlink r:id="rId10">
        <w:r>
          <w:rPr>
            <w:color w:val="0000EE"/>
            <w:u w:val="single"/>
          </w:rPr>
          <w:t>https://newfest.org/festival-main/2023-festival/</w:t>
        </w:r>
      </w:hyperlink>
      <w:r>
        <w:t xml:space="preserve"> - The 35th Annual New York LGBTQ+ Film Festival, known as NewFest, took place from October 12 to 24, 2023, across various venues in Manhattan and Brooklyn, as well as virtually across the United States. The festival showcased over 150 films from more than 30 countries, including features, shorts, and documentaries, along with special events that brought together filmmakers, celebrities, movie lovers, industry professionals, and the LGBTQ+ community. The festival's mission is to give voice and visibility to the wide scope of LGBTQ+ experiences through films and programs that entertain, educate, and empower.</w:t>
      </w:r>
      <w:r/>
    </w:p>
    <w:p>
      <w:pPr>
        <w:pStyle w:val="ListNumber"/>
        <w:spacing w:line="240" w:lineRule="auto"/>
        <w:ind w:left="720"/>
      </w:pPr>
      <w:r/>
      <w:hyperlink r:id="rId12">
        <w:r>
          <w:rPr>
            <w:color w:val="0000EE"/>
            <w:u w:val="single"/>
          </w:rPr>
          <w:t>https://newfest.org/festival-main/2023-festival/#opening-night</w:t>
        </w:r>
      </w:hyperlink>
      <w:r>
        <w:t xml:space="preserve"> - NewFest's 35th edition opened with the highly anticipated Oscar hopeful, 'La Bola Negra.' Directed by Javier Calvo and Javier Ambrossi, the film tells three stories about 'what it means to be gay.' The festival closed with a screening of 'The Man I Love,' out gay writer/director Ira Sachs' latest drama, starring Oscar-winner Rami Malek as a gay man with AIDS in 1980s New York. In between, there were panels, premieres, and opportunities to see forthcoming films including 'Mouse,' 'Clarissa,' 'Club Kid,' and 'Coward.'</w:t>
      </w:r>
      <w:r/>
    </w:p>
    <w:p>
      <w:pPr>
        <w:pStyle w:val="ListNumber"/>
        <w:spacing w:line="240" w:lineRule="auto"/>
        <w:ind w:left="720"/>
      </w:pPr>
      <w:r/>
      <w:hyperlink r:id="rId11">
        <w:r>
          <w:rPr>
            <w:color w:val="0000EE"/>
            <w:u w:val="single"/>
          </w:rPr>
          <w:t>https://www.cinematropical.com/new-events/latinx-and-latin-american-films-at-newfest-the-35th-annual-new-york-lgbtq-film-festival</w:t>
        </w:r>
      </w:hyperlink>
      <w:r>
        <w:t xml:space="preserve"> - The 35th Annual New York LGBTQ+ Film Festival, NewFest, took place from October 12 to 24, 2023, featuring over 150 films from more than 30 countries. The festival showcased a diverse lineup, including Latinx and Latin American films co-presented by Cinema Tropical. One of the films highlighted was 'All the Fires / Todos los Incendios,' directed by Mauricio Calderón Rico from Mexico. The film follows Bruno, a young man grieving his father's unexpected death, as he navigates complex relationships and personal challenges.</w:t>
      </w:r>
      <w:r/>
    </w:p>
    <w:p>
      <w:pPr>
        <w:pStyle w:val="ListNumber"/>
        <w:spacing w:line="240" w:lineRule="auto"/>
        <w:ind w:left="720"/>
      </w:pPr>
      <w:r/>
      <w:hyperlink r:id="rId13">
        <w:r>
          <w:rPr>
            <w:color w:val="0000EE"/>
            <w:u w:val="single"/>
          </w:rPr>
          <w:t>https://elpais.com/cultura/cine/2026-10-12/la-bola-negra-entra-en-la-lista-de-las-10-peliculas-espanolas-mas-taquilleras-de-la-historia.html</w:t>
        </w:r>
      </w:hyperlink>
      <w:r>
        <w:t xml:space="preserve"> - 'La Bola Negra,' directed by Javier Calvo and Javier Ambrossi, has entered the list of the top 10 highest-grossing Spanish films in history, with a box office revenue of €23,525,643. The film, which delves into the life of Federico García Lorca, has surpassed titles like 'Ágora,' 'Torrente 2: Misión en Marbella,' and 'La Gran Aventura de Mortadelo y Filemón.' With 3.7 million tickets sold, it continues to perform strongly, contributing to the resurgence of Spanish cinema, which has exceeded €100 million in box office revenue for the first time since 2018.</w:t>
      </w:r>
      <w:r/>
    </w:p>
    <w:p>
      <w:pPr>
        <w:pStyle w:val="ListNumber"/>
        <w:spacing w:line="240" w:lineRule="auto"/>
        <w:ind w:left="720"/>
      </w:pPr>
      <w:r/>
      <w:hyperlink r:id="rId14">
        <w:r>
          <w:rPr>
            <w:color w:val="0000EE"/>
            <w:u w:val="single"/>
          </w:rPr>
          <w:t>https://elpais.com/cultura/cine/2026-05-21/los-javis-invocan-a-lorca-y-la-memoria-historica-queer-en-la-emotiva-la-bola-negra.html</w:t>
        </w:r>
      </w:hyperlink>
      <w:r>
        <w:t xml:space="preserve"> - 'La Bola Negra,' directed by Javier Ambrossi and Javier Calvo (Los Javis), is the third Spanish film in the official selection of Cannes 2026. The film addresses historical memory and queer identity in Spain through the figure of Federico García Lorca, based on the unfinished pages of his eponymous work and Alberto Conejero's play 'La Piedra Oscura.' Divided into three timelines (1932, 1937, and 2017), the film intertwines the Spanish Civil War, Francoist repression, and contemporary testimonies, invoking Lorca's 'Sonetos del Amor Oscuro.' The cast includes Penélope Cruz, Glenn Close, Lola Dueñas, Carlos González, Miguel Bernardeau, and Guitarricadelafuente.</w:t>
      </w:r>
      <w:r/>
    </w:p>
    <w:p>
      <w:pPr>
        <w:pStyle w:val="ListNumber"/>
        <w:spacing w:line="240" w:lineRule="auto"/>
        <w:ind w:left="720"/>
      </w:pPr>
      <w:r/>
      <w:hyperlink r:id="rId15">
        <w:r>
          <w:rPr>
            <w:color w:val="0000EE"/>
            <w:u w:val="single"/>
          </w:rPr>
          <w:t>https://www.huffingtonpost.es/life/cultura/en-plena-voragine-la-bola-negra-javis-presentan-nuevo-proyecto-f202610.html</w:t>
        </w:r>
      </w:hyperlink>
      <w:r>
        <w:t xml:space="preserve"> - Javier Calvo and Javier Ambrossi, known as Los Javis, continue to solidify their success in the world of cinema and television. Following the resounding triumph of their film 'La Bola Negra,' based on an unfinished work by Federico García Lorca, which has broken box office records in Spain and been selected to represent the country at the Oscars, the creative duo announces a new project. It is a mystery series for HBO Max, based on the real case of the 'Misterio de Tor,' a series of crimes and disappearances in the Catalan Pyrenees during the 1980s and 1990s. They will collaborate with journalist Carles Porta, who investigated the case for three decades, and screenwriters Fran Araujo and Eduard Solà. The series promises to blend mystery, suspense, and human drama, with an immersive narrative that makes the landscape and nature protagonists. Los Javis will serve as executive producers and promise an ambitious and unprecedented production.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12-lgbtq-films-first-half-of-newfest-in-nyc/" TargetMode="External"/><Relationship Id="rId10" Type="http://schemas.openxmlformats.org/officeDocument/2006/relationships/hyperlink" Target="https://newfest.org/festival-main/2023-festival/" TargetMode="External"/><Relationship Id="rId11" Type="http://schemas.openxmlformats.org/officeDocument/2006/relationships/hyperlink" Target="https://www.cinematropical.com/new-events/latinx-and-latin-american-films-at-newfest-the-35th-annual-new-york-lgbtq-film-festival" TargetMode="External"/><Relationship Id="rId12" Type="http://schemas.openxmlformats.org/officeDocument/2006/relationships/hyperlink" Target="https://newfest.org/festival-main/2023-festival/#opening-night" TargetMode="External"/><Relationship Id="rId13" Type="http://schemas.openxmlformats.org/officeDocument/2006/relationships/hyperlink" Target="https://elpais.com/cultura/cine/2026-10-12/la-bola-negra-entra-en-la-lista-de-las-10-peliculas-espanolas-mas-taquilleras-de-la-historia.html" TargetMode="External"/><Relationship Id="rId14" Type="http://schemas.openxmlformats.org/officeDocument/2006/relationships/hyperlink" Target="https://elpais.com/cultura/cine/2026-05-21/los-javis-invocan-a-lorca-y-la-memoria-historica-queer-en-la-emotiva-la-bola-negra.html" TargetMode="External"/><Relationship Id="rId15" Type="http://schemas.openxmlformats.org/officeDocument/2006/relationships/hyperlink" Target="https://www.huffingtonpost.es/life/cultura/en-plena-voragine-la-bola-negra-javis-presentan-nuevo-proyecto-f20261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