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Kent Rainbow Weekend Events for LGBTQ+ Community Fun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Kent’s Rainbow Weekend returns from Friday 16 October to Sunday 18 October with a lively mix of LGBTQ+ celebrations, creative events, fitness, food and nightlife across the Ohio town. From a rainbow 5K and drag performances to storytelling and a Dolly Parton-themed brunch, there’s something for nearly every mood.</w:t>
      </w:r>
      <w:r/>
    </w:p>
    <w:p>
      <w:pPr>
        <w:pStyle w:val="Heading2"/>
      </w:pPr>
      <w:r>
        <w:t>Essential Takeaways</w:t>
      </w:r>
      <w:r/>
      <w:r/>
    </w:p>
    <w:p>
      <w:pPr>
        <w:pStyle w:val="ListBullet"/>
        <w:spacing w:line="240" w:lineRule="auto"/>
        <w:ind w:left="720"/>
      </w:pPr>
      <w:r/>
      <w:r>
        <w:rPr>
          <w:b/>
        </w:rPr>
        <w:t>Three days of events:</w:t>
      </w:r>
      <w:r>
        <w:t xml:space="preserve"> Activities run from Friday 16 October through Sunday 18 October.</w:t>
      </w:r>
      <w:r/>
    </w:p>
    <w:p>
      <w:pPr>
        <w:pStyle w:val="ListBullet"/>
        <w:spacing w:line="240" w:lineRule="auto"/>
        <w:ind w:left="720"/>
      </w:pPr>
      <w:r/>
      <w:r>
        <w:rPr>
          <w:b/>
        </w:rPr>
        <w:t>A broad programme:</w:t>
      </w:r>
      <w:r>
        <w:t xml:space="preserve"> The weekend includes a 5K, kickball, live music, poetry, drag, storytelling and food.</w:t>
      </w:r>
      <w:r/>
    </w:p>
    <w:p>
      <w:pPr>
        <w:pStyle w:val="ListBullet"/>
        <w:spacing w:line="240" w:lineRule="auto"/>
        <w:ind w:left="720"/>
      </w:pPr>
      <w:r/>
      <w:r>
        <w:rPr>
          <w:b/>
        </w:rPr>
        <w:t>Saturday is the busiest day:</w:t>
      </w:r>
      <w:r>
        <w:t xml:space="preserve"> Runners, shoppers, listeners and partygoers can build a full itinerary.</w:t>
      </w:r>
      <w:r/>
    </w:p>
    <w:p>
      <w:pPr>
        <w:pStyle w:val="ListBullet"/>
        <w:spacing w:line="240" w:lineRule="auto"/>
        <w:ind w:left="720"/>
      </w:pPr>
      <w:r/>
      <w:r>
        <w:rPr>
          <w:b/>
        </w:rPr>
        <w:t>Sunday ends on a high note:</w:t>
      </w:r>
      <w:r>
        <w:t xml:space="preserve"> A Dolly-themed brunch and afternoon drag show bring the celebrations to a warm close.</w:t>
      </w:r>
      <w:r/>
    </w:p>
    <w:p>
      <w:pPr>
        <w:pStyle w:val="ListBullet"/>
        <w:spacing w:line="240" w:lineRule="auto"/>
        <w:ind w:left="720"/>
      </w:pPr>
      <w:r/>
      <w:r>
        <w:rPr>
          <w:b/>
        </w:rPr>
        <w:t>Plan ahead:</w:t>
      </w:r>
      <w:r>
        <w:t xml:space="preserve"> Several events require registration, including the 5K and selected talks and storytelling sessions.</w:t>
      </w:r>
      <w:r/>
      <w:r/>
    </w:p>
    <w:p>
      <w:pPr>
        <w:pStyle w:val="Heading2"/>
      </w:pPr>
      <w:r>
        <w:t>Kent Rainbow Weekend brings colour to Main Street</w:t>
      </w:r>
      <w:r/>
    </w:p>
    <w:p>
      <w:r/>
      <w:r>
        <w:t>Kent Rainbow Weekend is designed to feel less like a single festival and more like a town-wide invitation. Main Street Kent is spreading events across familiar local venues, giving visitors plenty of chances to dip in for one activity or stay from opening coffee to late-night drag.</w:t>
      </w:r>
      <w:r/>
    </w:p>
    <w:p>
      <w:r/>
      <w:r>
        <w:t>The opening evening gets the tone right. The Plexus Social Hour(ish) at Laziza Craft Kitchen offers an easy-going start, while Pride Trivia at Bell Tower Brewing, live music at Zephyr Pub and a poetry open mic at Last Exit Books keep the night moving. According to the Rainbow Weekend programme, the schedule is deliberately varied, so nobody has to celebrate in just one way.</w:t>
      </w:r>
      <w:r/>
    </w:p>
    <w:p>
      <w:r/>
      <w:r>
        <w:t>That matters because Pride events increasingly work best when they offer both spectacle and space to connect. Kent’s wider Pride community has long presented inclusion as a central part of local life, rather than a once-a-year slogan, according to Kent Pride’s background information.</w:t>
      </w:r>
      <w:r/>
    </w:p>
    <w:p>
      <w:pPr>
        <w:pStyle w:val="Heading2"/>
      </w:pPr>
      <w:r>
        <w:t>Friday starts with conversation, music and a little friendly competition</w:t>
      </w:r>
      <w:r/>
    </w:p>
    <w:p>
      <w:r/>
      <w:r>
        <w:t>The first evening is ideal for newcomers who want a gentle introduction. Socialising over food and drinks can feel more approachable than walking straight into a packed performance, and the staggered timings make it possible to move between venues without rushing.</w:t>
      </w:r>
      <w:r/>
    </w:p>
    <w:p>
      <w:r/>
      <w:r>
        <w:t>Pride Trivia adds a playful competitive edge, while the poetry open mic creates a quieter, more reflective finish. It’s a pleasing combination: one room buzzing with answers, another listening closely to personal words. The event listing for the Social Hour(ish) places it at Laziza Craft Kitchen, making the venue a natural starting point for Friday night.</w:t>
      </w:r>
      <w:r/>
    </w:p>
    <w:p>
      <w:r/>
      <w:r>
        <w:t>A useful tip is to check timings before setting off, particularly if you’re planning more than one stop. The events are close enough to create a walkable evening in parts, but a little planning will make the transitions feel relaxed rather than frantic.</w:t>
      </w:r>
      <w:r/>
    </w:p>
    <w:p>
      <w:pPr>
        <w:pStyle w:val="Heading2"/>
      </w:pPr>
      <w:r>
        <w:t>Saturday packs in the biggest choice of events</w:t>
      </w:r>
      <w:r/>
    </w:p>
    <w:p>
      <w:r/>
      <w:r>
        <w:t>Saturday is the weekend’s main burst of activity, beginning with the Rainbow Weekend 5K at North Water Brewing at 11am. RacePlace lists the event for participants looking to register, and the route offers a straightforward way to join the celebration before the afternoon programme takes over.</w:t>
      </w:r>
      <w:r/>
    </w:p>
    <w:p>
      <w:r/>
      <w:r>
        <w:t>After the run, visitors can choose between several distinct experiences. Browse &amp; Bloom brings a floral twist, while Crystal Shopping with Drag Queen Cara Bowdit promises sparkle and personality. The talk Born This Way: How Popular Music Came Alive with LGBTQ Artists and Allies turns the focus to music history, and Courageously Queer Storytelling: Generations of Pride offers a more intimate look at lived experience.</w:t>
      </w:r>
      <w:r/>
    </w:p>
    <w:p>
      <w:r/>
      <w:r>
        <w:t>The evening then shifts towards performance, with a drag show at Zephyr Pub at 8pm. There’s also a GSA Mixer at Board &amp; Bevy, which gives younger LGBTQ+ people and allies a chance to meet in a more social setting. The storytelling event’s listing highlights its focus on different generations of Pride, a reminder that community history is not just something to archive, but something people continue to share in person.</w:t>
      </w:r>
      <w:r/>
    </w:p>
    <w:p>
      <w:pPr>
        <w:pStyle w:val="Heading2"/>
      </w:pPr>
      <w:r>
        <w:t>How to choose the right Rainbow Weekend plan</w:t>
      </w:r>
      <w:r/>
    </w:p>
    <w:p>
      <w:r/>
      <w:r>
        <w:t>The easiest way to plan is to pick one anchor event each day, then add smaller stops around it. For example, the 5K can be Saturday’s starting point, followed by lunch, a talk or shopping, then the drag show. If running isn’t your thing, the floral adventure or music discussion offers a softer entry into the day.</w:t>
      </w:r>
      <w:r/>
    </w:p>
    <w:p>
      <w:r/>
      <w:r>
        <w:t>Families, older visitors and anyone who prefers daytime activities may find Sunday particularly appealing. The Dolly Does Pride: Rhinestone Brunch runs from 10am to 2pm at Laziza Craft Kitchen, with rainbow mimosa flights, a special menu, Dolly trivia, games and music. It sounds exactly like the sort of brunch where the room gets louder as the morning goes on.</w:t>
      </w:r>
      <w:r/>
    </w:p>
    <w:p>
      <w:r/>
      <w:r>
        <w:t>Meanwhile, the Kick the Hate Kickball Tournament begins at noon, offering a more active, team-based way to take part. Check registration requirements for each event rather than assuming everything is drop-in, especially for the 5K, storytelling and other ticketed or capacity-limited activities.</w:t>
      </w:r>
      <w:r/>
    </w:p>
    <w:p>
      <w:pPr>
        <w:pStyle w:val="Heading2"/>
      </w:pPr>
      <w:r>
        <w:t>Sunday closes the weekend with sparkle and solidarity</w:t>
      </w:r>
      <w:r/>
    </w:p>
    <w:p>
      <w:r/>
      <w:r>
        <w:t>The final day keeps the energy up without simply repeating Saturday. The brunch brings food and camp theatricality together, while the kickball tournament gives the weekend a collective, outdoorsy pulse. It’s a smart balance of relaxed celebration and noisy fun.</w:t>
      </w:r>
      <w:r/>
    </w:p>
    <w:p>
      <w:r/>
      <w:r>
        <w:t>The closing drag show at Bell Tower Brewing begins at 3pm. Ending in the afternoon means people can enjoy one last performance without committing to a very late night, and it leaves visitors with time to travel home afterwards.</w:t>
      </w:r>
      <w:r/>
    </w:p>
    <w:p>
      <w:r/>
      <w:r>
        <w:t>Across the wider Pride calendar, organisers are continuing to build events around local identity, community participation and visibility. Axios’ coverage of Phoenix Pride, for example, shows how festival organisers are also adapting locations and formats as public celebrations evolve. Kent’s approach feels more intimate, but the message is similar: Pride works best when people can see themselves in the programme.</w:t>
      </w:r>
      <w:r/>
    </w:p>
    <w:p>
      <w:r/>
      <w:r>
        <w:t>Whether you come for the running, the rhinestones, the stories or simply the welcome, Rainbow Weekend gives Kent’s LGBTQ+ community plenty of room to be seen and heard.</w:t>
      </w:r>
      <w:r/>
    </w:p>
    <w:p>
      <w:r/>
      <w:r>
        <w:t>It's a colourful weekend with a genuinely local feel, so choose your highlights and join in at your own pace.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[6]</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[3]</w:t>
        </w:r>
      </w:hyperlink>
      <w:r>
        <w:t xml:space="preserve">- Paragraph 5: </w:t>
      </w:r>
      <w:hyperlink r:id="rId14">
        <w:r>
          <w:rPr>
            <w:color w:val="0000EE"/>
            <w:u w:val="single"/>
          </w:rPr>
          <w:t>[3]</w:t>
        </w:r>
      </w:hyperlink>
      <w:r>
        <w:t xml:space="preserve">, </w:t>
      </w:r>
      <w:hyperlink r:id="rId10">
        <w:r>
          <w:rPr>
            <w:color w:val="0000EE"/>
            <w:u w:val="single"/>
          </w:rPr>
          <w:t>[2]</w:t>
        </w:r>
      </w:hyperlink>
      <w:r>
        <w:t xml:space="preserve">- Paragraph 6: </w:t>
      </w:r>
      <w:hyperlink r:id="rId15">
        <w:r>
          <w:rPr>
            <w:color w:val="0000EE"/>
            <w:u w:val="single"/>
          </w:rPr>
          <w:t>[4]</w:t>
        </w:r>
      </w:hyperlink>
      <w:r>
        <w:t xml:space="preserve">, </w:t>
      </w:r>
      <w:hyperlink r:id="rId10">
        <w:r>
          <w:rPr>
            <w:color w:val="0000EE"/>
            <w:u w:val="single"/>
          </w:rPr>
          <w:t>[2]</w:t>
        </w:r>
      </w:hyperlink>
      <w:r>
        <w:t xml:space="preserve">- Paragraph 7: </w:t>
      </w:r>
      <w:hyperlink r:id="rId10">
        <w:r>
          <w:rPr>
            <w:color w:val="0000EE"/>
            <w:u w:val="single"/>
          </w:rPr>
          <w:t>[2]</w:t>
        </w:r>
      </w:hyperlink>
      <w:r>
        <w:t xml:space="preserve">, </w:t>
      </w:r>
      <w:hyperlink r:id="rId12">
        <w:r>
          <w:rPr>
            <w:color w:val="0000EE"/>
            <w:u w:val="single"/>
          </w:rPr>
          <w:t>[5]</w:t>
        </w:r>
      </w:hyperlink>
      <w:r>
        <w:t xml:space="preserve">- Paragraph 8: </w:t>
      </w:r>
      <w:hyperlink r:id="rId14">
        <w:r>
          <w:rPr>
            <w:color w:val="0000EE"/>
            <w:u w:val="single"/>
          </w:rPr>
          <w:t>[3]</w:t>
        </w:r>
      </w:hyperlink>
      <w:r>
        <w:t xml:space="preserve">, </w:t>
      </w:r>
      <w:hyperlink r:id="rId10">
        <w:r>
          <w:rPr>
            <w:color w:val="0000EE"/>
            <w:u w:val="single"/>
          </w:rPr>
          <w:t>[2]</w:t>
        </w:r>
      </w:hyperlink>
      <w:r>
        <w:t xml:space="preserve">- Paragraph 9: </w:t>
      </w:r>
      <w:hyperlink r:id="rId10">
        <w:r>
          <w:rPr>
            <w:color w:val="0000EE"/>
            <w:u w:val="single"/>
          </w:rPr>
          <w:t>[2]</w:t>
        </w:r>
      </w:hyperlink>
      <w:r>
        <w:t xml:space="preserve">, </w:t>
      </w:r>
      <w:hyperlink r:id="rId15">
        <w:r>
          <w:rPr>
            <w:color w:val="0000EE"/>
            <w:u w:val="single"/>
          </w:rPr>
          <w:t>[4]</w:t>
        </w:r>
      </w:hyperlink>
      <w:r>
        <w:t xml:space="preserve">- Paragraph 10: </w:t>
      </w:r>
      <w:hyperlink r:id="rId10">
        <w:r>
          <w:rPr>
            <w:color w:val="0000EE"/>
            <w:u w:val="single"/>
          </w:rPr>
          <w:t>[2]</w:t>
        </w:r>
      </w:hyperlink>
      <w:r>
        <w:t xml:space="preserve">, </w:t>
      </w:r>
      <w:hyperlink r:id="rId11">
        <w:r>
          <w:rPr>
            <w:color w:val="0000EE"/>
            <w:u w:val="single"/>
          </w:rPr>
          <w:t>[6]</w:t>
        </w:r>
      </w:hyperlink>
      <w:r>
        <w:t xml:space="preserve">- Paragraph 11: </w:t>
      </w:r>
      <w:hyperlink r:id="rId10">
        <w:r>
          <w:rPr>
            <w:color w:val="0000EE"/>
            <w:u w:val="single"/>
          </w:rPr>
          <w:t>[2]</w:t>
        </w:r>
      </w:hyperlink>
      <w:r>
        <w:t xml:space="preserve">, </w:t>
      </w:r>
      <w:hyperlink r:id="rId14">
        <w:r>
          <w:rPr>
            <w:color w:val="0000EE"/>
            <w:u w:val="single"/>
          </w:rPr>
          <w:t>[3]</w:t>
        </w:r>
      </w:hyperlink>
      <w:r>
        <w:t xml:space="preserve">- Paragraph 12: </w:t>
      </w:r>
      <w:hyperlink r:id="rId10">
        <w:r>
          <w:rPr>
            <w:color w:val="0000EE"/>
            <w:u w:val="single"/>
          </w:rPr>
          <w:t>[2]</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5">
        <w:r>
          <w:rPr>
            <w:color w:val="0000EE"/>
            <w:u w:val="single"/>
          </w:rPr>
          <w:t>[4]</w:t>
        </w:r>
      </w:hyperlink>
      <w:r>
        <w:t xml:space="preserve">- Paragraph 14: </w:t>
      </w:r>
      <w:hyperlink r:id="rId10">
        <w:r>
          <w:rPr>
            <w:color w:val="0000EE"/>
            <w:u w:val="single"/>
          </w:rPr>
          <w:t>[2]</w:t>
        </w:r>
      </w:hyperlink>
      <w:r>
        <w:t xml:space="preserve">, </w:t>
      </w:r>
      <w:hyperlink r:id="rId13">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https://coolcleveland.com/2026/10/kent-rainbow-weekend-celebrates-its-lgbtq-community/</w:t>
        </w:r>
      </w:hyperlink>
      <w:r>
        <w:t xml:space="preserve"> - Please view link - unable to able to access data</w:t>
      </w:r>
      <w:r/>
    </w:p>
    <w:p>
      <w:pPr>
        <w:pStyle w:val="ListNumber"/>
        <w:spacing w:line="240" w:lineRule="auto"/>
        <w:ind w:left="720"/>
      </w:pPr>
      <w:r/>
      <w:hyperlink r:id="rId10">
        <w:r>
          <w:rPr>
            <w:color w:val="0000EE"/>
            <w:u w:val="single"/>
          </w:rPr>
          <w:t>https://mainstreetkent.org/rainbow-weekend/</w:t>
        </w:r>
      </w:hyperlink>
      <w:r>
        <w:t xml:space="preserve"> - Main Street Kent's official page for Rainbow Weekend 2026, scheduled for October 16-18, 2026. The event includes a variety of activities such as the Rainbow Weekend 5K, Courageously Queer storytelling, a kickball tournament, and other engaging events for all ages. The page provides detailed schedules and registration information for each event, aiming to celebrate and support the local LGBTQ+ community in Kent, Ohio.</w:t>
      </w:r>
      <w:r/>
    </w:p>
    <w:p>
      <w:pPr>
        <w:pStyle w:val="ListNumber"/>
        <w:spacing w:line="240" w:lineRule="auto"/>
        <w:ind w:left="720"/>
      </w:pPr>
      <w:r/>
      <w:hyperlink r:id="rId14">
        <w:r>
          <w:rPr>
            <w:color w:val="0000EE"/>
            <w:u w:val="single"/>
          </w:rPr>
          <w:t>https://www.raceplace.com/events/189705/rainbow-weekend-5k</w:t>
        </w:r>
      </w:hyperlink>
      <w:r>
        <w:t xml:space="preserve"> - Information about the Rainbow Weekend 5K event in Kent, Ohio, taking place on Saturday, October 17, 2026, at 11:00 am. The 5K walk and fun run will traverse the Portage Hike &amp; Bike Trail, starting and ending at North Water Brewing Company, where an 'End of the Rainbow Party' will be held. The event is open to all participants, including families and children.</w:t>
      </w:r>
      <w:r/>
    </w:p>
    <w:p>
      <w:pPr>
        <w:pStyle w:val="ListNumber"/>
        <w:spacing w:line="240" w:lineRule="auto"/>
        <w:ind w:left="720"/>
      </w:pPr>
      <w:r/>
      <w:hyperlink r:id="rId15">
        <w:r>
          <w:rPr>
            <w:color w:val="0000EE"/>
            <w:u w:val="single"/>
          </w:rPr>
          <w:t>https://happeningnext.com/event/courageously-queer-storytelling-generations-of-pride-eid1ef0l5q1qfaa</w:t>
        </w:r>
      </w:hyperlink>
      <w:r>
        <w:t xml:space="preserve"> - Details about the 'Courageously Queer Storytelling: Generations of Pride' event in Kent, Ohio, scheduled for Saturday, October 17, 2026, from 6:00 pm to 8:00 pm at Board and Bevy. The event features queer elders sharing personal stories of courage, joy, friendship, love, advocacy, and belonging in an intimate, live storytelling experience. The event is free and open to the public.</w:t>
      </w:r>
      <w:r/>
    </w:p>
    <w:p>
      <w:pPr>
        <w:pStyle w:val="ListNumber"/>
        <w:spacing w:line="240" w:lineRule="auto"/>
        <w:ind w:left="720"/>
      </w:pPr>
      <w:r/>
      <w:hyperlink r:id="rId12">
        <w:r>
          <w:rPr>
            <w:color w:val="0000EE"/>
            <w:u w:val="single"/>
          </w:rPr>
          <w:t>https://happeningnext.com/event/kent-rainbow-weekend-social-hourish-eid3a0e5360bl</w:t>
        </w:r>
      </w:hyperlink>
      <w:r>
        <w:t xml:space="preserve"> - Information about the Kent Rainbow Weekend Social Hour(ish) at Laziza Craft Kitchen in Kent, Ohio, on Friday, October 16, 2026, from 5:30 pm to 8:00 pm. The event is a community celebration featuring good food, drinks, and company, hosted by Plexus, the Kent Area Chamber of Commerce, and Leadership Portage County. The event is free and open to everyone, aiming to celebrate the LGBTQ+ community and its allies.</w:t>
      </w:r>
      <w:r/>
    </w:p>
    <w:p>
      <w:pPr>
        <w:pStyle w:val="ListNumber"/>
        <w:spacing w:line="240" w:lineRule="auto"/>
        <w:ind w:left="720"/>
      </w:pPr>
      <w:r/>
      <w:hyperlink r:id="rId11">
        <w:r>
          <w:rPr>
            <w:color w:val="0000EE"/>
            <w:u w:val="single"/>
          </w:rPr>
          <w:t>https://www.kentpridefest.com/about</w:t>
        </w:r>
      </w:hyperlink>
      <w:r>
        <w:t xml:space="preserve"> - About Kent Pride Fest, dedicated to celebrating and uplifting the 2SLGBTQIA+ community through inclusive, affirming, and empowering events. The organisation strives to encourage equality and foster a safe and welcoming environment for everyone, regardless of gender identity, sexual orientation, or background. Kent Pride Fest hosts events like Rainbow Weekend every October, featuring bridge decorations, drag performances, storytelling, workshops, and a Rainbow Walk through downtown Kent.</w:t>
      </w:r>
      <w:r/>
    </w:p>
    <w:p>
      <w:pPr>
        <w:pStyle w:val="ListNumber"/>
        <w:spacing w:line="240" w:lineRule="auto"/>
        <w:ind w:left="720"/>
      </w:pPr>
      <w:r/>
      <w:hyperlink r:id="rId13">
        <w:r>
          <w:rPr>
            <w:color w:val="0000EE"/>
            <w:u w:val="single"/>
          </w:rPr>
          <w:t>https://www.axios.com/local/phoenix/2026/10/09/phoenix-pride-festival-2026-arizona-center-leaves-steele-indian-school-park</w:t>
        </w:r>
      </w:hyperlink>
      <w:r>
        <w:t xml:space="preserve"> - An article discussing the 45th annual Phoenix Pride Festival's relocation from Steele Indian School Park to the Arizona Center in downtown Phoenix due to financial challenges. The festival will be free to attend this year, with the main event downsized but additional unofficial Pride-related activities hosted by local bars and clubs. Despite the changes, organisers assure that the scale and content of the festival will remain robust.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oolcleveland.com/2026/10/kent-rainbow-weekend-celebrates-its-lgbtq-community/" TargetMode="External"/><Relationship Id="rId10" Type="http://schemas.openxmlformats.org/officeDocument/2006/relationships/hyperlink" Target="https://mainstreetkent.org/rainbow-weekend/" TargetMode="External"/><Relationship Id="rId11" Type="http://schemas.openxmlformats.org/officeDocument/2006/relationships/hyperlink" Target="https://www.kentpridefest.com/about" TargetMode="External"/><Relationship Id="rId12" Type="http://schemas.openxmlformats.org/officeDocument/2006/relationships/hyperlink" Target="https://happeningnext.com/event/kent-rainbow-weekend-social-hourish-eid3a0e5360bl" TargetMode="External"/><Relationship Id="rId13" Type="http://schemas.openxmlformats.org/officeDocument/2006/relationships/hyperlink" Target="https://www.axios.com/local/phoenix/2026/10/09/phoenix-pride-festival-2026-arizona-center-leaves-steele-indian-school-park" TargetMode="External"/><Relationship Id="rId14" Type="http://schemas.openxmlformats.org/officeDocument/2006/relationships/hyperlink" Target="https://www.raceplace.com/events/189705/rainbow-weekend-5k" TargetMode="External"/><Relationship Id="rId15" Type="http://schemas.openxmlformats.org/officeDocument/2006/relationships/hyperlink" Target="https://happeningnext.com/event/courageously-queer-storytelling-generations-of-pride-eid1ef0l5q1qfa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