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Chase Lounge Drag King Interview Insights From King of Drag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are getting a vivid look at Chase Lounge, the Los Angeles drag king whose King of Drag journey blends comedy, music, gender play and unapologetic body politics. His story matters because it expands what drag king performance can look and feel like, while turning personal healing into bold, sometimes wonderfully uncomfortable, entertainment.</w:t>
      </w:r>
      <w:r/>
    </w:p>
    <w:p>
      <w:pPr>
        <w:pStyle w:val="Heading2"/>
      </w:pPr>
      <w:r>
        <w:t>Chase Lounge brings a distinctly personal style to King of Drag</w:t>
      </w:r>
      <w:r/>
    </w:p>
    <w:p>
      <w:r/>
      <w:r>
        <w:t>The most striking thing about Chase Lounge isn't simply that he was eliminated from King of Drag. It's how much he managed to communicate before leaving: a performer with a sharp comic instinct, musical energy and a style that refuses to sit neatly in one box.</w:t>
      </w:r>
      <w:r/>
    </w:p>
    <w:p>
      <w:r/>
      <w:r>
        <w:t>In interviews around the series, Chase has described feeling grateful for the challenges that played to his strengths, particularly comedy, music and acting. That combination gives his drag a lively, unpredictable quality, with plenty of room for a raised eyebrow, a dirty joke and a well-timed emotional turn.</w:t>
      </w:r>
      <w:r/>
    </w:p>
    <w:p>
      <w:r/>
      <w:r>
        <w:t>The wider cast also helps place his approach in context. Coverage from Pride and other LGBTQ+ publications has highlighted how the competition presents masculinity in several forms, from traditional king aesthetics to more experimental, deliberately disruptive performances.</w:t>
      </w:r>
      <w:r/>
    </w:p>
    <w:p>
      <w:pPr>
        <w:pStyle w:val="Heading2"/>
      </w:pPr>
      <w:r>
        <w:t>Why representation matters beyond the stage</w:t>
      </w:r>
      <w:r/>
    </w:p>
    <w:p>
      <w:r/>
      <w:r>
        <w:t>Chase's work is rooted in the idea that drag kinging can mean far more than simply putting on a masculine costume. His performance draws on his experience as a trans masculine person, a butch lesbian and a queer artist interested in the friction between identity and expectation.</w:t>
      </w:r>
      <w:r/>
    </w:p>
    <w:p>
      <w:r/>
      <w:r>
        <w:t>That layered perspective is part of what makes his screen presence feel so refreshing. Rather than presenting gender as a finished answer, he treats it as material to play with, question and reshape. For viewers, that can be both funny and genuinely liberating.</w:t>
      </w:r>
      <w:r/>
    </w:p>
    <w:p>
      <w:r/>
      <w:r>
        <w:t>The show's coverage has repeatedly focused on the breadth of its performers and stories. That matters in a genre where audiences can otherwise be offered a narrow version of masculinity, often polished, predictable and stripped of contradiction.</w:t>
      </w:r>
      <w:r/>
    </w:p>
    <w:p>
      <w:pPr>
        <w:pStyle w:val="Heading2"/>
      </w:pPr>
      <w:r>
        <w:t>His drag turns vulnerability into a creative force</w:t>
      </w:r>
      <w:r/>
    </w:p>
    <w:p>
      <w:r/>
      <w:r>
        <w:t>Chase has spoken openly about addiction, mental health and the long process of becoming more comfortable in his own life. Those experiences aren't presented as tidy backstory. Instead, they inform the emotional charge behind his work and the honesty he brings to the competition.</w:t>
      </w:r>
      <w:r/>
    </w:p>
    <w:p>
      <w:r/>
      <w:r>
        <w:t>One particularly meaningful strand is his commitment to fat liberation. Chase uses his body as part of the performance, challenging the assumption that larger bodies should be hidden, softened or made acceptable before they can be celebrated.</w:t>
      </w:r>
      <w:r/>
    </w:p>
    <w:p>
      <w:r/>
      <w:r>
        <w:t>That stance can be confronting, but confrontation is clearly part of his artistic vocabulary. His work asks audiences to consider why certain bodies are treated as glamorous, comic or threatening, and who gets to move through public space without being scrutinised.</w:t>
      </w:r>
      <w:r/>
    </w:p>
    <w:p>
      <w:pPr>
        <w:pStyle w:val="Heading2"/>
      </w:pPr>
      <w:r>
        <w:t>The Pink Pony Club creates room for sapphic and trans artists</w:t>
      </w:r>
      <w:r/>
    </w:p>
    <w:p>
      <w:r/>
      <w:r>
        <w:t>Chase's community work extends beyond television. In Los Angeles, he hosts the Pink Pony Club, a sapphic and trans drag show and competition designed to give performers a supportive space to experiment.</w:t>
      </w:r>
      <w:r/>
    </w:p>
    <w:p>
      <w:r/>
      <w:r>
        <w:t>It's an astute response to a real gap in nightlife. Queer venues can be welcoming in theory while still leaving some artists feeling that their particular identities, bodies or styles are too complicated for the programme. Creating a dedicated platform changes that dynamic.</w:t>
      </w:r>
      <w:r/>
    </w:p>
    <w:p>
      <w:r/>
      <w:r>
        <w:t>The event also reflects Chase's instinct to build the scene he wants to see. Rather than waiting for mainstream drag spaces to catch up, he is making room for newer and established performers alike, with an emphasis on vulnerability, playfulness and community.</w:t>
      </w:r>
      <w:r/>
    </w:p>
    <w:p>
      <w:pPr>
        <w:pStyle w:val="Heading2"/>
      </w:pPr>
      <w:r>
        <w:t>Music, kink and comedy keep Chase Lounge evolving</w:t>
      </w:r>
      <w:r/>
    </w:p>
    <w:p>
      <w:r/>
      <w:r>
        <w:t>Chase's artistic world doesn't stop at drag. His work spans stand-up, musical comedy, writing, poetry and performance, with kink and leather culture also influencing his visual language and live shows.</w:t>
      </w:r>
      <w:r/>
    </w:p>
    <w:p>
      <w:r/>
      <w:r>
        <w:t>That mix gives his act an appealingly restless energy. One night might lean into music; another could foreground comedy, a provocative look or a more theatrical exploration of gender. The through-line is the willingness to make the audience look twice.</w:t>
      </w:r>
      <w:r/>
    </w:p>
    <w:p>
      <w:r/>
      <w:r>
        <w:t>For anyone hoping to catch him live, the best approach is to expect variety rather than a standard drag revue. His performances are likely to be raunchy, playful and politically aware, with enough unpredictability to keep the room alert.</w:t>
      </w:r>
      <w:r/>
    </w:p>
    <w:p>
      <w:pPr>
        <w:pStyle w:val="Heading2"/>
      </w:pPr>
      <w:r>
        <w:t>What comes next for this boundary-pushing drag king?</w:t>
      </w:r>
      <w:r/>
    </w:p>
    <w:p>
      <w:r/>
      <w:r>
        <w:t>Chase has indicated that he wants to take his work beyond Los Angeles, reconnect with fellow performers and pursue appearances in other cities and at international Pride events. That ambition feels natural for an artist whose work is built around widening the frame.</w:t>
      </w:r>
      <w:r/>
    </w:p>
    <w:p>
      <w:r/>
      <w:r>
        <w:t>King of Drag may have ended his run, but it has given audiences a clearer introduction to an artist already working across several creative lanes. The next chapter could be even more expansive, particularly as drag kings continue to gain visibility on screen and in live performance.</w:t>
      </w:r>
      <w:r/>
    </w:p>
    <w:p>
      <w:r/>
      <w:r>
        <w:t>For viewers who enjoy drag with a little more bite, Chase Lounge is a performer worth following. His work doesn't ask for permission, and that's rather the point.</w:t>
      </w:r>
      <w:r/>
    </w:p>
    <w:p>
      <w:r/>
      <w:r>
        <w:t>It's bold, messy and joyful drag with the doors flung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5">
        <w:r>
          <w:rPr>
            <w:color w:val="0000EE"/>
            <w:u w:val="single"/>
          </w:rPr>
          <w:t>[7]</w:t>
        </w:r>
      </w:hyperlink>
      <w:r>
        <w:t xml:space="preserve">- Paragraph 9: </w:t>
      </w:r>
      <w:hyperlink r:id="rId12">
        <w:r>
          <w:rPr>
            <w:color w:val="0000EE"/>
            <w:u w:val="single"/>
          </w:rPr>
          <w:t>[3]</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1">
        <w:r>
          <w:rPr>
            <w:color w:val="0000EE"/>
            <w:u w:val="single"/>
          </w:rPr>
          <w:t>[4]</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https://gomag.com/article/king-of-drags-chase-lounge-wants-to-liberate-you-exclusive/</w:t>
        </w:r>
      </w:hyperlink>
      <w:r>
        <w:t xml:space="preserve"> - Please view link - unable to able to access data</w:t>
      </w:r>
      <w:r/>
    </w:p>
    <w:p>
      <w:pPr>
        <w:pStyle w:val="ListNumber"/>
        <w:spacing w:line="240" w:lineRule="auto"/>
        <w:ind w:left="720"/>
      </w:pPr>
      <w:r/>
      <w:hyperlink r:id="rId10">
        <w:r>
          <w:rPr>
            <w:color w:val="0000EE"/>
            <w:u w:val="single"/>
          </w:rPr>
          <w:t>https://www.independent.com/2026/09/17/from-i-v-to-tv-ucsb-grad-competes-on-king-of-drag/</w:t>
        </w:r>
      </w:hyperlink>
      <w:r>
        <w:t xml:space="preserve"> - Chase Lounge, a UCSB graduate, is competing on the second season of 'King of Drag', a drag king competition series on Revry. The article details his journey from Santa Barbara to Los Angeles, his transition, and his passion for drag. It highlights his performances and the significance of representation in the drag community. The piece also touches upon his experiences in Santa Barbara and his desire to return and perform there.</w:t>
      </w:r>
      <w:r/>
    </w:p>
    <w:p>
      <w:pPr>
        <w:pStyle w:val="ListNumber"/>
        <w:spacing w:line="240" w:lineRule="auto"/>
        <w:ind w:left="720"/>
      </w:pPr>
      <w:r/>
      <w:hyperlink r:id="rId12">
        <w:r>
          <w:rPr>
            <w:color w:val="0000EE"/>
            <w:u w:val="single"/>
          </w:rPr>
          <w:t>https://gcn.ie/chase-lounge-trinity-alum-king-of-drag-season-2/</w:t>
        </w:r>
      </w:hyperlink>
      <w:r>
        <w:t xml:space="preserve"> - Chase Lounge, a Trinity College alumnus, is competing on the second season of 'King of Drag'. The article introduces Chase as a transsexual Chippendale who aims to further the gay agenda, throw ass, and glamorise obesity. It provides insights into his striking appearance and his approach to drag performance, emphasising his unique style and presence in the drag scene.</w:t>
      </w:r>
      <w:r/>
    </w:p>
    <w:p>
      <w:pPr>
        <w:pStyle w:val="ListNumber"/>
        <w:spacing w:line="240" w:lineRule="auto"/>
        <w:ind w:left="720"/>
      </w:pPr>
      <w:r/>
      <w:hyperlink r:id="rId11">
        <w:r>
          <w:rPr>
            <w:color w:val="0000EE"/>
            <w:u w:val="single"/>
          </w:rPr>
          <w:t>https://www.pride.com/culture/interviews/king-of-drag</w:t>
        </w:r>
      </w:hyperlink>
      <w:r>
        <w:t xml:space="preserve"> - An interview with King Molasses, the winner of the first season of 'King of Drag'. The article discusses King Molasses's journey to self-confidence, their experiences on the show, and their dedication to drag as an art form. It provides insights into their personal growth and the impact of the competition on their life.</w:t>
      </w:r>
      <w:r/>
    </w:p>
    <w:p>
      <w:pPr>
        <w:pStyle w:val="ListNumber"/>
        <w:spacing w:line="240" w:lineRule="auto"/>
        <w:ind w:left="720"/>
      </w:pPr>
      <w:r/>
      <w:hyperlink r:id="rId13">
        <w:r>
          <w:rPr>
            <w:color w:val="0000EE"/>
            <w:u w:val="single"/>
          </w:rPr>
          <w:t>https://www.pride.com/culture/interviews/king-of-drag-charles-galin-king</w:t>
        </w:r>
      </w:hyperlink>
      <w:r>
        <w:t xml:space="preserve"> - An interview with Charles Galin King, a contestant on 'King of Drag'. The article explores their inspirations, experiences on the show, and personal reflections. It delves into their background, motivations, and the challenges faced during the competition.</w:t>
      </w:r>
      <w:r/>
    </w:p>
    <w:p>
      <w:pPr>
        <w:pStyle w:val="ListNumber"/>
        <w:spacing w:line="240" w:lineRule="auto"/>
        <w:ind w:left="720"/>
      </w:pPr>
      <w:r/>
      <w:hyperlink r:id="rId14">
        <w:r>
          <w:rPr>
            <w:color w:val="0000EE"/>
            <w:u w:val="single"/>
          </w:rPr>
          <w:t>https://www.pride.com/culture/interviews/king-of-drag-pressure-k</w:t>
        </w:r>
      </w:hyperlink>
      <w:r>
        <w:t xml:space="preserve"> - An interview with Pressure K, a contestant on 'King of Drag'. The article discusses how drag serves as a 'cheat code' for overcoming trauma, their experiences on the show, and the therapeutic aspects of drag performance. It provides a personal perspective on the healing power of drag.</w:t>
      </w:r>
      <w:r/>
    </w:p>
    <w:p>
      <w:pPr>
        <w:pStyle w:val="ListNumber"/>
        <w:spacing w:line="240" w:lineRule="auto"/>
        <w:ind w:left="720"/>
      </w:pPr>
      <w:r/>
      <w:hyperlink r:id="rId15">
        <w:r>
          <w:rPr>
            <w:color w:val="0000EE"/>
            <w:u w:val="single"/>
          </w:rPr>
          <w:t>https://www.sgn.org/story/158409</w:t>
        </w:r>
      </w:hyperlink>
      <w:r>
        <w:t xml:space="preserve"> - An article discussing the success of 'King of Drag' and its winner, King Molasses, headlining at the Emerald City Kings Ball. The piece highlights the show's impact on the queer streaming platform Revry and its significance in the drag community. It provides context on the show's success and its cultural relevance.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king-of-drags-chase-lounge-wants-to-liberate-you-exclusive/" TargetMode="External"/><Relationship Id="rId10" Type="http://schemas.openxmlformats.org/officeDocument/2006/relationships/hyperlink" Target="https://www.independent.com/2026/09/17/from-i-v-to-tv-ucsb-grad-competes-on-king-of-drag/" TargetMode="External"/><Relationship Id="rId11" Type="http://schemas.openxmlformats.org/officeDocument/2006/relationships/hyperlink" Target="https://www.pride.com/culture/interviews/king-of-drag" TargetMode="External"/><Relationship Id="rId12" Type="http://schemas.openxmlformats.org/officeDocument/2006/relationships/hyperlink" Target="https://gcn.ie/chase-lounge-trinity-alum-king-of-drag-season-2/" TargetMode="External"/><Relationship Id="rId13" Type="http://schemas.openxmlformats.org/officeDocument/2006/relationships/hyperlink" Target="https://www.pride.com/culture/interviews/king-of-drag-charles-galin-king" TargetMode="External"/><Relationship Id="rId14" Type="http://schemas.openxmlformats.org/officeDocument/2006/relationships/hyperlink" Target="https://www.pride.com/culture/interviews/king-of-drag-pressure-k" TargetMode="External"/><Relationship Id="rId15" Type="http://schemas.openxmlformats.org/officeDocument/2006/relationships/hyperlink" Target="https://www.sgn.org/story/1584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