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The Babadook Became a Queer Horror Icon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Fans are revisiting The Babadook as a campy gay icon, thanks to a strange 2016 internet meme that placed the top-hatted monster in Pride culture. The joke caught fire across Tumblr and beyond, turning a grief-soaked Australian horror film into an unexpectedly enduring piece of queer pop culture.</w:t>
      </w:r>
      <w:r/>
    </w:p>
    <w:p>
      <w:pPr>
        <w:pStyle w:val="Heading2"/>
      </w:pPr>
      <w:r>
        <w:t>Essential Takeaways</w:t>
      </w:r>
      <w:r/>
      <w:r/>
    </w:p>
    <w:p>
      <w:pPr>
        <w:pStyle w:val="ListBullet"/>
        <w:spacing w:line="240" w:lineRule="auto"/>
        <w:ind w:left="720"/>
      </w:pPr>
      <w:r/>
      <w:r>
        <w:rPr>
          <w:b/>
        </w:rPr>
        <w:t>A meme started it:</w:t>
      </w:r>
      <w:r>
        <w:t xml:space="preserve"> The Babadook was reportedly spotted in Netflix's Pride film collection in 2016.</w:t>
      </w:r>
      <w:r/>
    </w:p>
    <w:p>
      <w:pPr>
        <w:pStyle w:val="ListBullet"/>
        <w:spacing w:line="240" w:lineRule="auto"/>
        <w:ind w:left="720"/>
      </w:pPr>
      <w:r/>
      <w:r>
        <w:rPr>
          <w:b/>
        </w:rPr>
        <w:t>The symbolism clicked:</w:t>
      </w:r>
      <w:r>
        <w:t xml:space="preserve"> Fans connected his basement home with the idea of being "in the closet".</w:t>
      </w:r>
      <w:r/>
    </w:p>
    <w:p>
      <w:pPr>
        <w:pStyle w:val="ListBullet"/>
        <w:spacing w:line="240" w:lineRule="auto"/>
        <w:ind w:left="720"/>
      </w:pPr>
      <w:r/>
      <w:r>
        <w:rPr>
          <w:b/>
        </w:rPr>
        <w:t>The look helped:</w:t>
      </w:r>
      <w:r>
        <w:t xml:space="preserve"> A top hat, dark make-up, long nails and dramatic coat gave the monster instant camp appeal.</w:t>
      </w:r>
      <w:r/>
    </w:p>
    <w:p>
      <w:pPr>
        <w:pStyle w:val="ListBullet"/>
        <w:spacing w:line="240" w:lineRule="auto"/>
        <w:ind w:left="720"/>
      </w:pPr>
      <w:r/>
      <w:r>
        <w:rPr>
          <w:b/>
        </w:rPr>
        <w:t>The film remains serious:</w:t>
      </w:r>
      <w:r>
        <w:t xml:space="preserve"> Beneath the jokes, it's a story about grief, motherhood and emotional repression.</w:t>
      </w:r>
      <w:r/>
    </w:p>
    <w:p>
      <w:pPr>
        <w:pStyle w:val="ListBullet"/>
        <w:spacing w:line="240" w:lineRule="auto"/>
        <w:ind w:left="720"/>
      </w:pPr>
      <w:r/>
      <w:r>
        <w:rPr>
          <w:b/>
        </w:rPr>
        <w:t>The legacy lingers:</w:t>
      </w:r>
      <w:r>
        <w:t xml:space="preserve"> Babadook costumes and Pride references still appear online and at queer celebrations.</w:t>
      </w:r>
      <w:r/>
      <w:r/>
    </w:p>
    <w:p>
      <w:pPr>
        <w:pStyle w:val="Heading2"/>
      </w:pPr>
      <w:r>
        <w:t>From grief horror to internet punchline</w:t>
      </w:r>
      <w:r/>
    </w:p>
    <w:p>
      <w:r/>
      <w:r>
        <w:t>The Babadook is unsettling in a very particular way. He doesn't simply leap from a wardrobe with a roar; he arrives through a sinister children's book, wearing a top hat and an expression that looks permanently unimpressed. That theatrical silhouette made him ideal material for the internet's most inventive kind of joke.</w:t>
      </w:r>
      <w:r/>
    </w:p>
    <w:p>
      <w:r/>
      <w:r>
        <w:t>Jennifer Kent's 2014 film follows Amelia, a widowed mother, and her young son Samuel as they confront a creature that keeps returning to their home. As The Guardian explained, the monster works as a metaphor for grief that has been denied rather than processed, which gives the film its emotional weight beneath the scares.</w:t>
      </w:r>
      <w:r/>
    </w:p>
    <w:p>
      <w:r/>
      <w:r>
        <w:t>That seriousness is precisely what makes the later meme so funny. The Babadook wasn't designed as a cheerful mascot, yet online audiences gave him a new role: flamboyant, misunderstood and possibly ready to headline a Pride parade.</w:t>
      </w:r>
      <w:r/>
    </w:p>
    <w:p>
      <w:pPr>
        <w:pStyle w:val="Heading2"/>
      </w:pPr>
      <w:r>
        <w:t>The Netflix listing that changed everything</w:t>
      </w:r>
      <w:r/>
    </w:p>
    <w:p>
      <w:r/>
      <w:r>
        <w:t>The origin story usually traces back to a screenshot showing The Babadook among Netflix's Pride selections in 2016. Nobody seems to have established conclusively whether it was a genuine catalogue error, an edited image or a platform glitch, but certainty wasn't really required. Tumblr users had already found the premise irresistible.</w:t>
      </w:r>
      <w:r/>
    </w:p>
    <w:p>
      <w:r/>
      <w:r>
        <w:t>Teen Vogue reported that the image spread quickly, with users building jokes around the monster's supposed queer identity. Once the gag began circulating, the Babadook stopped being merely a horror villain and became an internet character with an entirely new backstory.</w:t>
      </w:r>
      <w:r/>
    </w:p>
    <w:p>
      <w:r/>
      <w:r>
        <w:t>It's a classic example of online culture turning an accident, or possibly a joke, into folklore. A misplaced title became a running bit, then a visual language, then a piece of queer meme history.</w:t>
      </w:r>
      <w:r/>
    </w:p>
    <w:p>
      <w:pPr>
        <w:pStyle w:val="Heading2"/>
      </w:pPr>
      <w:r>
        <w:t>Why the Babadook's "closet" made sense</w:t>
      </w:r>
      <w:r/>
    </w:p>
    <w:p>
      <w:r/>
      <w:r>
        <w:t>The most popular reading centred on the creature's basement home. He is literally kept downstairs, hidden from polite society, which made the phrase "in the closet" an obvious and knowingly ridiculous comparison. The metaphor is hardly subtle, but that was part of its charm.</w:t>
      </w:r>
      <w:r/>
    </w:p>
    <w:p>
      <w:r/>
      <w:r>
        <w:t>The Los Angeles Times noted how fans transformed the Babadook through queer-coded readings of the character and his presentation. His dramatic clothes, black make-up, elongated nails and almost vaudevillian manner gave the joke plenty of material. He looks less like a conventional monster and more like a gothic performer who has wandered into the wrong family drama.</w:t>
      </w:r>
      <w:r/>
    </w:p>
    <w:p>
      <w:r/>
      <w:r>
        <w:t>There was also something affectionately rebellious about the interpretation. As other coverage, including reporting from Pedestrian, highlighted, fans imagined the Babadook as an outsider disrupting a respectable suburban household. In meme terms, haunting the family home became a radical act.</w:t>
      </w:r>
      <w:r/>
    </w:p>
    <w:p>
      <w:pPr>
        <w:pStyle w:val="Heading2"/>
      </w:pPr>
      <w:r>
        <w:t>A camp makeover for a genuinely frightening film</w:t>
      </w:r>
      <w:r/>
    </w:p>
    <w:p>
      <w:r/>
      <w:r>
        <w:t>The queer-icon joke doesn't erase what The Babadook is actually about. Amelia's grief after her husband's death shapes her relationship with Samuel, while the creature represents the pain she has tried to suppress. By the end, she hasn't magically defeated sorrow; she's learned to acknowledge and manage it.</w:t>
      </w:r>
      <w:r/>
    </w:p>
    <w:p>
      <w:r/>
      <w:r>
        <w:t>That contrast gives the meme its staying power. The film is bleak, tense and often deeply sad, while the online version of the Babadook is a fabulous little menace with excellent accessories. Cinema.nl's discussion of his gay-icon status captures how the character's visual drama helped audiences separate the campy image from the film's heavier themes.</w:t>
      </w:r>
      <w:r/>
    </w:p>
    <w:p>
      <w:r/>
      <w:r>
        <w:t>In a way, the reinterpretation also reflects how queer communities have long reclaimed frightening or marginal figures. The Babadook is feared because he doesn't fit neatly into the world around him, then welcomed because that very strangeness becomes his appeal. It's a generous reading of a monster, even if he still needs to work on his manners.</w:t>
      </w:r>
      <w:r/>
    </w:p>
    <w:p>
      <w:pPr>
        <w:pStyle w:val="Heading2"/>
      </w:pPr>
      <w:r>
        <w:t>Why the joke still has a pulse</w:t>
      </w:r>
      <w:r/>
    </w:p>
    <w:p>
      <w:r/>
      <w:r>
        <w:t>Many internet memes vanish almost as soon as they arrive, but the Babadook's queer reputation has proved unusually durable. Guardian coverage of the phenomenon showed how quickly the joke moved from Tumblr into wider media conversation, while later online references kept the character in circulation through costumes, edits and Pride-themed imagery.</w:t>
      </w:r>
      <w:r/>
    </w:p>
    <w:p>
      <w:r/>
      <w:r>
        <w:t>Part of the appeal is its simplicity. You don't need to know every detail of queer history or horror criticism to understand a black-clad creature being declared "one of the gays". But the joke also rewards people who notice the details: the theatrical wardrobe, the hidden basement and the character's refusal to behave like a normal family-film villain.</w:t>
      </w:r>
      <w:r/>
    </w:p>
    <w:p>
      <w:r/>
      <w:r>
        <w:t>So, when Halloween rolls around, The Babadook can be enjoyed on two levels. Watch it as an elegant psychological horror film, or watch it as the origin story of an internet diva who found community in the strangest possible place. Either way, keep the lights on.</w:t>
      </w:r>
      <w:r/>
    </w:p>
    <w:p>
      <w:r/>
      <w:r>
        <w:t>It's a small, silly queer legacy for a very serious monster.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2">
        <w:r>
          <w:rPr>
            <w:color w:val="0000EE"/>
            <w:u w:val="single"/>
          </w:rPr>
          <w:t>[5]</w:t>
        </w:r>
      </w:hyperlink>
      <w:r>
        <w:t xml:space="preserve">- Paragraph 3: </w:t>
      </w:r>
      <w:hyperlink r:id="rId13">
        <w:r>
          <w:rPr>
            <w:color w:val="0000EE"/>
            <w:u w:val="single"/>
          </w:rPr>
          <w:t>[4]</w:t>
        </w:r>
      </w:hyperlink>
      <w:r>
        <w:t xml:space="preserve">, </w:t>
      </w:r>
      <w:hyperlink r:id="rId14">
        <w:r>
          <w:rPr>
            <w:color w:val="0000EE"/>
            <w:u w:val="single"/>
          </w:rPr>
          <w:t>[6]</w:t>
        </w:r>
      </w:hyperlink>
      <w:r>
        <w:t xml:space="preserve">- Paragraph 4: </w:t>
      </w:r>
      <w:hyperlink r:id="rId11">
        <w:r>
          <w:rPr>
            <w:color w:val="0000EE"/>
            <w:u w:val="single"/>
          </w:rPr>
          <w:t>[3]</w:t>
        </w:r>
      </w:hyperlink>
      <w:r>
        <w:t xml:space="preserve">, </w:t>
      </w:r>
      <w:hyperlink r:id="rId12">
        <w:r>
          <w:rPr>
            <w:color w:val="0000EE"/>
            <w:u w:val="single"/>
          </w:rPr>
          <w:t>[5]</w:t>
        </w:r>
      </w:hyperlink>
      <w:r>
        <w:t xml:space="preserve">- Paragraph 5: </w:t>
      </w:r>
      <w:hyperlink r:id="rId10">
        <w:r>
          <w:rPr>
            <w:color w:val="0000EE"/>
            <w:u w:val="single"/>
          </w:rPr>
          <w:t>[2]</w:t>
        </w:r>
      </w:hyperlink>
      <w:r>
        <w:t xml:space="preserve">, </w:t>
      </w:r>
      <w:hyperlink r:id="rId14">
        <w:r>
          <w:rPr>
            <w:color w:val="0000EE"/>
            <w:u w:val="single"/>
          </w:rPr>
          <w:t>[6]</w:t>
        </w:r>
      </w:hyperlink>
      <w:r>
        <w:t xml:space="preserve">- Paragraph 6: </w:t>
      </w:r>
      <w:hyperlink r:id="rId13">
        <w:r>
          <w:rPr>
            <w:color w:val="0000EE"/>
            <w:u w:val="single"/>
          </w:rPr>
          <w:t>[4]</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2">
        <w:r>
          <w:rPr>
            <w:color w:val="0000EE"/>
            <w:u w:val="single"/>
          </w:rPr>
          <w:t>[5]</w:t>
        </w:r>
      </w:hyperlink>
      <w:r>
        <w:t xml:space="preserve">, </w:t>
      </w:r>
      <w:hyperlink r:id="rId14">
        <w:r>
          <w:rPr>
            <w:color w:val="0000EE"/>
            <w:u w:val="single"/>
          </w:rPr>
          <w:t>[6]</w:t>
        </w:r>
      </w:hyperlink>
      <w:r>
        <w:t xml:space="preserve">- Paragraph 9: </w:t>
      </w:r>
      <w:hyperlink r:id="rId10">
        <w:r>
          <w:rPr>
            <w:color w:val="0000EE"/>
            <w:u w:val="single"/>
          </w:rPr>
          <w:t>[2]</w:t>
        </w:r>
      </w:hyperlink>
      <w:r>
        <w:t xml:space="preserve">, </w:t>
      </w:r>
      <w:hyperlink r:id="rId13">
        <w:r>
          <w:rPr>
            <w:color w:val="0000EE"/>
            <w:u w:val="single"/>
          </w:rPr>
          <w:t>[4]</w:t>
        </w:r>
      </w:hyperlink>
      <w:r>
        <w:t xml:space="preserve">- Paragraph 10: </w:t>
      </w:r>
      <w:hyperlink r:id="rId11">
        <w:r>
          <w:rPr>
            <w:color w:val="0000EE"/>
            <w:u w:val="single"/>
          </w:rPr>
          <w:t>[3]</w:t>
        </w:r>
      </w:hyperlink>
      <w:r>
        <w:t xml:space="preserve">, </w:t>
      </w:r>
      <w:hyperlink r:id="rId12">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https://fnewsmagazine.com/2026/10/the-scariest-queer-icon/</w:t>
        </w:r>
      </w:hyperlink>
      <w:r>
        <w:t xml:space="preserve"> - Please view link - unable to able to access data</w:t>
      </w:r>
      <w:r/>
    </w:p>
    <w:p>
      <w:pPr>
        <w:pStyle w:val="ListNumber"/>
        <w:spacing w:line="240" w:lineRule="auto"/>
        <w:ind w:left="720"/>
      </w:pPr>
      <w:r/>
      <w:hyperlink r:id="rId10">
        <w:r>
          <w:rPr>
            <w:color w:val="0000EE"/>
            <w:u w:val="single"/>
          </w:rPr>
          <w:t>https://www.theguardian.com/film/2017/jun/11/the-babadook-how-horror-movie-monster-became-a-gay-icon</w:t>
        </w:r>
      </w:hyperlink>
      <w:r>
        <w:t xml:space="preserve"> - In June 2017, The Guardian explored how the horror film 'The Babadook' became an unexpected gay icon. The article discusses the origins of the meme, including a Tumblr post from October 2016 where a user humorously suggested the Babadook was gay. It also covers the viral spread of the meme, with users sharing doctored images of the film listed in Netflix's LGBTQ section. The piece highlights the community's embrace of the character as a symbol of queer identity and resistance.</w:t>
      </w:r>
      <w:r/>
    </w:p>
    <w:p>
      <w:pPr>
        <w:pStyle w:val="ListNumber"/>
        <w:spacing w:line="240" w:lineRule="auto"/>
        <w:ind w:left="720"/>
      </w:pPr>
      <w:r/>
      <w:hyperlink r:id="rId11">
        <w:r>
          <w:rPr>
            <w:color w:val="0000EE"/>
            <w:u w:val="single"/>
          </w:rPr>
          <w:t>https://www.latimes.com/entertainment/movies/la-et-mn-babadook-gay-icon-lgbt-history-20170609-story.html</w:t>
        </w:r>
      </w:hyperlink>
      <w:r>
        <w:t xml:space="preserve"> - In June 2017, the Los Angeles Times examined the phenomenon of 'The Babadook' being celebrated as an LGBTQ icon during Pride Month. The article details how a Tumblr user posted a screenshot of the film categorized as an LGBTQ movie on Netflix, leading to widespread sharing and discussion. It also features insights from Michael Bronski, who draws parallels between the Babadook's role in challenging norms and the queer community's history of embracing unconventional symbols.</w:t>
      </w:r>
      <w:r/>
    </w:p>
    <w:p>
      <w:pPr>
        <w:pStyle w:val="ListNumber"/>
        <w:spacing w:line="240" w:lineRule="auto"/>
        <w:ind w:left="720"/>
      </w:pPr>
      <w:r/>
      <w:hyperlink r:id="rId13">
        <w:r>
          <w:rPr>
            <w:color w:val="0000EE"/>
            <w:u w:val="single"/>
          </w:rPr>
          <w:t>https://www.teenvogue.com/story/babadook-gay-icon-memes</w:t>
        </w:r>
      </w:hyperlink>
      <w:r>
        <w:t xml:space="preserve"> - Teen Vogue's June 2017 article delves into the internet meme of 'The Babadook' being celebrated as a queer icon during Pride Month. The piece highlights how the top-hat-wearing monster from the 2014 horror film became an LGBTQ meme, with users sharing humorous tweets and images. It also discusses the origins of the meme, including a Tumblr post featuring an edited photo of the film listed as an LGBT movie on Netflix, and the broader cultural context of such memes.</w:t>
      </w:r>
      <w:r/>
    </w:p>
    <w:p>
      <w:pPr>
        <w:pStyle w:val="ListNumber"/>
        <w:spacing w:line="240" w:lineRule="auto"/>
        <w:ind w:left="720"/>
      </w:pPr>
      <w:r/>
      <w:hyperlink r:id="rId12">
        <w:r>
          <w:rPr>
            <w:color w:val="0000EE"/>
            <w:u w:val="single"/>
          </w:rPr>
          <w:t>https://www.cinema.nl/artikelen/the-babadook-als-gay-icon</w:t>
        </w:r>
      </w:hyperlink>
      <w:r>
        <w:t xml:space="preserve"> - In June 2017, VPRO Cinema published an article discussing the emergence of 'The Babadook' as a gay icon. The piece explores how the film's dramatic appearance and its literal residence in a closet inspired a Tumblr user to comment on the character's sexuality. It also covers the subsequent embrace of the monster by the LGBTQ community, with various stories, explanations, and memes circulating on social media about the Babadook's symbolic value for the community.</w:t>
      </w:r>
      <w:r/>
    </w:p>
    <w:p>
      <w:pPr>
        <w:pStyle w:val="ListNumber"/>
        <w:spacing w:line="240" w:lineRule="auto"/>
        <w:ind w:left="720"/>
      </w:pPr>
      <w:r/>
      <w:hyperlink r:id="rId14">
        <w:r>
          <w:rPr>
            <w:color w:val="0000EE"/>
            <w:u w:val="single"/>
          </w:rPr>
          <w:t>https://www.pedestrian.tv/news/babadook-gay-icon/</w:t>
        </w:r>
      </w:hyperlink>
      <w:r>
        <w:t xml:space="preserve"> - Pedestrian TV's June 2017 article humorously addresses the phenomenon of 'The Babadook' being considered a gay icon. The piece highlights the internet meme that emerged, with users sharing images and tweets about the Babadook's alleged homosexuality. It also references a viral Halloween party incident where someone dressed as the Babadook at a gathering where no one else was in costume, leading to humorous reactions and further meme creation.</w:t>
      </w:r>
      <w:r/>
    </w:p>
    <w:p>
      <w:pPr>
        <w:pStyle w:val="ListNumber"/>
        <w:spacing w:line="240" w:lineRule="auto"/>
        <w:ind w:left="720"/>
      </w:pPr>
      <w:r/>
      <w:hyperlink r:id="rId15">
        <w:r>
          <w:rPr>
            <w:color w:val="0000EE"/>
            <w:u w:val="single"/>
          </w:rPr>
          <w:t>https://www.youtube.com/watch?v=d26gEZ2hJIg</w:t>
        </w:r>
      </w:hyperlink>
      <w:r>
        <w:t xml:space="preserve"> - This YouTube video from June 2017 discusses how Jennifer Kent's horror film 'The Babadook' became an unlikely gay icon during Pride Month. The video covers the origins of the meme, including the miscategorization of the film as an LGBT movie on Netflix, and the subsequent spread of the meme on social media platforms. It also features commentary on the character's appeal as a queer symbol and its place within LGBTQ culture.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fnewsmagazine.com/2026/10/the-scariest-queer-icon/" TargetMode="External"/><Relationship Id="rId10" Type="http://schemas.openxmlformats.org/officeDocument/2006/relationships/hyperlink" Target="https://www.theguardian.com/film/2017/jun/11/the-babadook-how-horror-movie-monster-became-a-gay-icon" TargetMode="External"/><Relationship Id="rId11" Type="http://schemas.openxmlformats.org/officeDocument/2006/relationships/hyperlink" Target="https://www.latimes.com/entertainment/movies/la-et-mn-babadook-gay-icon-lgbt-history-20170609-story.html" TargetMode="External"/><Relationship Id="rId12" Type="http://schemas.openxmlformats.org/officeDocument/2006/relationships/hyperlink" Target="https://www.cinema.nl/artikelen/the-babadook-als-gay-icon" TargetMode="External"/><Relationship Id="rId13" Type="http://schemas.openxmlformats.org/officeDocument/2006/relationships/hyperlink" Target="https://www.teenvogue.com/story/babadook-gay-icon-memes" TargetMode="External"/><Relationship Id="rId14" Type="http://schemas.openxmlformats.org/officeDocument/2006/relationships/hyperlink" Target="https://www.pedestrian.tv/news/babadook-gay-icon/" TargetMode="External"/><Relationship Id="rId15" Type="http://schemas.openxmlformats.org/officeDocument/2006/relationships/hyperlink" Target="https://www.youtube.com/watch?v=d26gEZ2hJI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