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Queerbaiting Debate Has Become an Identity Trap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once challenged misleading queer representation, but the conversation has shifted towards demanding private answers from actors. The renewed debate, sharpened by Kit Connor's forced coming-out after Heartstopper, raises a difficult question: when does media criticism become a harmful invasion of personal identity?</w:t>
      </w:r>
      <w:r/>
    </w:p>
    <w:p>
      <w:pPr>
        <w:pStyle w:val="Heading2"/>
      </w:pPr>
      <w:r>
        <w:t>Essential Takeaways</w:t>
      </w:r>
      <w:r/>
      <w:r/>
    </w:p>
    <w:p>
      <w:pPr>
        <w:pStyle w:val="ListBullet"/>
        <w:spacing w:line="240" w:lineRule="auto"/>
        <w:ind w:left="720"/>
      </w:pPr>
      <w:r/>
      <w:r>
        <w:rPr>
          <w:b/>
        </w:rPr>
        <w:t>Queerbaiting began as a media criticism:</w:t>
      </w:r>
      <w:r>
        <w:t xml:space="preserve"> The term originally challenged stories that teased queer relationships without meaningful follow-through.</w:t>
      </w:r>
      <w:r/>
    </w:p>
    <w:p>
      <w:pPr>
        <w:pStyle w:val="ListBullet"/>
        <w:spacing w:line="240" w:lineRule="auto"/>
        <w:ind w:left="720"/>
      </w:pPr>
      <w:r/>
      <w:r>
        <w:rPr>
          <w:b/>
        </w:rPr>
        <w:t>Fan scrutiny can turn personal:</w:t>
      </w:r>
      <w:r>
        <w:t xml:space="preserve"> Actors have increasingly faced pressure to explain their sexuality, even when their private lives aren't public property.</w:t>
      </w:r>
      <w:r/>
    </w:p>
    <w:p>
      <w:pPr>
        <w:pStyle w:val="ListBullet"/>
        <w:spacing w:line="240" w:lineRule="auto"/>
        <w:ind w:left="720"/>
      </w:pPr>
      <w:r/>
      <w:r>
        <w:rPr>
          <w:b/>
        </w:rPr>
        <w:t>Kit Connor's experience became a warning:</w:t>
      </w:r>
      <w:r>
        <w:t xml:space="preserve"> The Heartstopper star said online speculation pushed him to come out as bisexual before he was ready.</w:t>
      </w:r>
      <w:r/>
    </w:p>
    <w:p>
      <w:pPr>
        <w:pStyle w:val="ListBullet"/>
        <w:spacing w:line="240" w:lineRule="auto"/>
        <w:ind w:left="720"/>
      </w:pPr>
      <w:r/>
      <w:r>
        <w:rPr>
          <w:b/>
        </w:rPr>
        <w:t>Sexuality isn't a neat label:</w:t>
      </w:r>
      <w:r>
        <w:t xml:space="preserve"> Identity can be fluid, private and complicated, rather than something audiences can reliably infer from a role.</w:t>
      </w:r>
      <w:r/>
    </w:p>
    <w:p>
      <w:pPr>
        <w:pStyle w:val="ListBullet"/>
        <w:spacing w:line="240" w:lineRule="auto"/>
        <w:ind w:left="720"/>
      </w:pPr>
      <w:r/>
      <w:r>
        <w:rPr>
          <w:b/>
        </w:rPr>
        <w:t>Industry decisions matter more:</w:t>
      </w:r>
      <w:r>
        <w:t xml:space="preserve"> Casting choices and the shortage of queer roles are largely controlled by producers and executives, not performers.</w:t>
      </w:r>
      <w:r/>
      <w:r/>
    </w:p>
    <w:p>
      <w:pPr>
        <w:pStyle w:val="Heading2"/>
      </w:pPr>
      <w:r>
        <w:t>Queerbaiting started with a legitimate complaint</w:t>
      </w:r>
      <w:r/>
    </w:p>
    <w:p>
      <w:r/>
      <w:r>
        <w:t>The original concern was fairly straightforward. Television and film would hint at queer attraction, intimacy or possibility, then retreat before giving audiences an honest relationship or storyline. For viewers hungry for representation, that could feel like a deliberate tease: enough suggestion to attract queer audiences, but not enough commitment to tell their stories properly.</w:t>
      </w:r>
      <w:r/>
    </w:p>
    <w:p>
      <w:r/>
      <w:r>
        <w:t>That criticism still has value. Audiences can question how a show markets itself, whether a storyline is being used for attention and why queer characters are so often left in the realm of implication. But the focus has gradually shifted from the work on screen to the private identity of the person performing it.</w:t>
      </w:r>
      <w:r/>
    </w:p>
    <w:p>
      <w:r/>
      <w:r>
        <w:t>That change matters because a character's sexuality and an actor's sexuality aren't the same thing. A performer can play a queer role without offering fans a personal explanation, just as an actor can be queer without wanting to discuss it publicly.</w:t>
      </w:r>
      <w:r/>
    </w:p>
    <w:p>
      <w:pPr>
        <w:pStyle w:val="Heading2"/>
      </w:pPr>
      <w:r>
        <w:t>When fan interest becomes pressure</w:t>
      </w:r>
      <w:r/>
    </w:p>
    <w:p>
      <w:r/>
      <w:r>
        <w:t>Kit Connor's experience made the danger impossible to ignore. The Heartstopper actor came out as bisexual in 2022 after saying he had been pushed into doing so by online speculation about his role and personal life. Vanity Fair, UPI and PinkNews all reported on the backlash and the intense reaction surrounding his decision.</w:t>
      </w:r>
      <w:r/>
    </w:p>
    <w:p>
      <w:r/>
      <w:r>
        <w:t>The uncomfortable part wasn't simply that fans were curious. Fandoms have always been curious. It was the assumption that curiosity created an entitlement to an answer, as though playing a queer character placed an actor's identity on trial.</w:t>
      </w:r>
      <w:r/>
    </w:p>
    <w:p>
      <w:r/>
      <w:r>
        <w:t>Connor's story also exposed a particularly sharp contradiction. Heartstopper is widely associated with kindness, openness and acceptance, yet the conversation around its young star became coercive. As several reports noted, that pressure missed the show's central message: people deserve room to understand themselves in their own time.</w:t>
      </w:r>
      <w:r/>
    </w:p>
    <w:p>
      <w:pPr>
        <w:pStyle w:val="Heading2"/>
      </w:pPr>
      <w:r>
        <w:t>Why sexuality can't be solved by online detectives</w:t>
      </w:r>
      <w:r/>
    </w:p>
    <w:p>
      <w:r/>
      <w:r>
        <w:t>Sexuality is not a password that audiences can crack through interviews, photographs or casting decisions. People may be bisexual, queer, questioning, fluid, private or simply unwilling to attach a public label to themselves. None of those possibilities can be established from a performance.</w:t>
      </w:r>
      <w:r/>
    </w:p>
    <w:p>
      <w:r/>
      <w:r>
        <w:t>The problem becomes even messier when fans treat a romantic partner as proof of an actor's identity. Having a girlfriend, boyfriend or partner tells the public very little about the full shape of someone's sexuality. It certainly shouldn't become evidence in a digital prosecution.</w:t>
      </w:r>
      <w:r/>
    </w:p>
    <w:p>
      <w:r/>
      <w:r>
        <w:t>There is a human cost to this kind of speculation. An actor who is not ready to speak may feel cornered, while an actor who never plans to speak may be treated as dishonest. Either way, the demand for certainty turns a complicated personal journey into content for strangers.</w:t>
      </w:r>
      <w:r/>
    </w:p>
    <w:p>
      <w:pPr>
        <w:pStyle w:val="Heading2"/>
      </w:pPr>
      <w:r>
        <w:t>The better target is the entertainment system</w:t>
      </w:r>
      <w:r/>
    </w:p>
    <w:p>
      <w:r/>
      <w:r>
        <w:t>If audiences are worried about queer representation, the more useful questions concern the people with power over the project. Who commissioned the story? How was it marketed? Were queer writers and consultants involved? Why are there so few substantial queer roles in the first place?</w:t>
      </w:r>
      <w:r/>
    </w:p>
    <w:p>
      <w:r/>
      <w:r>
        <w:t>Casting is part of that discussion, but actors are usually competing for a limited number of jobs. Criticising a performer for accepting work can obscure the decisions made by producers, studios and casting departments. The larger issue is not whether one actor can prove the right identity, but why representation remains so scarce and so vulnerable.</w:t>
      </w:r>
      <w:r/>
    </w:p>
    <w:p>
      <w:r/>
      <w:r>
        <w:t>That point is especially important as employment becomes less secure across the industry. Performers from different backgrounds face uncertainty, and a shrinking pool of roles makes simplistic rules about who is allowed to play whom harder to defend. Accountability should move upwards, towards the structures that create the shortage.</w:t>
      </w:r>
      <w:r/>
    </w:p>
    <w:p>
      <w:pPr>
        <w:pStyle w:val="Heading2"/>
      </w:pPr>
      <w:r>
        <w:t>Can fandom keep the criticism without the witch hunt?</w:t>
      </w:r>
      <w:r/>
    </w:p>
    <w:p>
      <w:r/>
      <w:r>
        <w:t>There is still a constructive way to talk about queerbaiting. Viewers can analyse narratives, marketing tactics and the difference between genuine representation and suggestive promotion. They can ask whether a storyline treats queer possibility as meaningful or merely profitable.</w:t>
      </w:r>
      <w:r/>
    </w:p>
    <w:p>
      <w:r/>
      <w:r>
        <w:t>What they cannot fairly demand is access to an actor's private identity as a condition of taking a role. The strongest criticism stays with the text and the industry around it. It doesn't ask a young performer to disclose something intimate simply to satisfy an online audience.</w:t>
      </w:r>
      <w:r/>
    </w:p>
    <w:p>
      <w:r/>
      <w:r>
        <w:t>The lesson from Connor's experience is painfully simple: support for queer people has to include the right to privacy. Otherwise, a campaign that began by challenging exclusion risks creating a new test of authenticity, enforced by strangers with phones.</w:t>
      </w:r>
      <w:r/>
    </w:p>
    <w:p>
      <w:r/>
      <w:r>
        <w:t>A more thoughtful fandom can demand better stories without demanding personal confessions.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2">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2">
        <w:r>
          <w:rPr>
            <w:color w:val="0000EE"/>
            <w:u w:val="single"/>
          </w:rPr>
          <w:t>[5]</w:t>
        </w:r>
      </w:hyperlink>
      <w:r>
        <w:t xml:space="preserve">- Paragraph 12: </w:t>
      </w:r>
      <w:hyperlink r:id="rId11">
        <w:r>
          <w:rPr>
            <w:color w:val="0000EE"/>
            <w:u w:val="single"/>
          </w:rPr>
          <w:t>[4]</w:t>
        </w:r>
      </w:hyperlink>
      <w:r>
        <w:t xml:space="preserve">, </w:t>
      </w:r>
      <w:hyperlink r:id="rId13">
        <w:r>
          <w:rPr>
            <w:color w:val="0000EE"/>
            <w:u w:val="single"/>
          </w:rPr>
          <w:t>[6]</w:t>
        </w:r>
      </w:hyperlink>
      <w:r>
        <w:t xml:space="preserve">- Paragraph 13: </w:t>
      </w:r>
      <w:hyperlink r:id="rId12">
        <w:r>
          <w:rPr>
            <w:color w:val="0000EE"/>
            <w:u w:val="single"/>
          </w:rPr>
          <w:t>[5]</w:t>
        </w:r>
      </w:hyperlink>
      <w:r>
        <w:t xml:space="preserve">, </w:t>
      </w:r>
      <w:hyperlink r:id="rId14">
        <w:r>
          <w:rPr>
            <w:color w:val="0000EE"/>
            <w:u w:val="single"/>
          </w:rPr>
          <w:t>[7]</w:t>
        </w:r>
      </w:hyperlink>
      <w:r>
        <w:t xml:space="preserve">- Paragraph 14: </w:t>
      </w:r>
      <w:hyperlink r:id="rId10">
        <w:r>
          <w:rPr>
            <w:color w:val="0000EE"/>
            <w:u w:val="single"/>
          </w:rPr>
          <w:t>[3]</w:t>
        </w:r>
      </w:hyperlink>
      <w:r>
        <w:t xml:space="preserve">, </w:t>
      </w:r>
      <w:hyperlink r:id="rId11">
        <w:r>
          <w:rPr>
            <w:color w:val="0000EE"/>
            <w:u w:val="single"/>
          </w:rPr>
          <w:t>[4]</w:t>
        </w:r>
      </w:hyperlink>
      <w:r>
        <w:t xml:space="preserve">- Paragraph 15: </w:t>
      </w:r>
      <w:hyperlink r:id="rId13">
        <w:r>
          <w:rPr>
            <w:color w:val="0000EE"/>
            <w:u w:val="single"/>
          </w:rPr>
          <w:t>[6]</w:t>
        </w:r>
      </w:hyperlink>
      <w:r>
        <w:t xml:space="preserve">, </w:t>
      </w:r>
      <w:hyperlink r:id="rId14">
        <w:r>
          <w:rPr>
            <w:color w:val="0000EE"/>
            <w:u w:val="single"/>
          </w:rPr>
          <w:t>[7]</w:t>
        </w:r>
      </w:hyperlink>
      <w:r>
        <w:t xml:space="preserve">- Paragraph 16: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https://www.vanityfair.com/story/queer-baiting-woke-essay</w:t>
        </w:r>
      </w:hyperlink>
      <w:r>
        <w:t xml:space="preserve"> - Please view link - unable to able to access data</w:t>
      </w:r>
      <w:r/>
    </w:p>
    <w:p>
      <w:pPr>
        <w:pStyle w:val="ListNumber"/>
        <w:spacing w:line="240" w:lineRule="auto"/>
        <w:ind w:left="720"/>
      </w:pPr>
      <w:r/>
      <w:hyperlink r:id="rId9">
        <w:r>
          <w:rPr>
            <w:color w:val="0000EE"/>
            <w:u w:val="single"/>
          </w:rPr>
          <w:t>https://www.vanityfair.com/story/queer-baiting-woke-essay</w:t>
        </w:r>
      </w:hyperlink>
      <w:r>
        <w:t xml:space="preserve"> - This article discusses the evolution of the term 'queerbaiting' from its original meaning of falsely advertising queer content to attract audiences, to its current use as a tool for scrutinising celebrities' sexualities. It highlights instances where actors like Kit Connor and Hudson Williams faced intense speculation and pressure to disclose their sexual orientations, leading to public statements about their identities. The piece critiques this trend, suggesting it reflects a toxic and parasocial environment that infringes on personal privacy.</w:t>
      </w:r>
      <w:r/>
    </w:p>
    <w:p>
      <w:pPr>
        <w:pStyle w:val="ListNumber"/>
        <w:spacing w:line="240" w:lineRule="auto"/>
        <w:ind w:left="720"/>
      </w:pPr>
      <w:r/>
      <w:hyperlink r:id="rId10">
        <w:r>
          <w:rPr>
            <w:color w:val="0000EE"/>
            <w:u w:val="single"/>
          </w:rPr>
          <w:t>https://www.vanityfair.com/hollywood/2022/11/why-heartstopper-star-kit-connor-was-forced-to-come-out-as-bisexual</w:t>
        </w:r>
      </w:hyperlink>
      <w:r>
        <w:t xml:space="preserve"> - This article examines the circumstances surrounding Kit Connor's coming out as bisexual in October 2022. It details how accusations of 'queerbaiting' emerged after Connor was photographed holding hands with actress Maia Reficco, leading to online harassment. The piece discusses the pressure on Connor to publicly disclose his sexuality and the broader implications of such scrutiny on personal privacy and the entertainment industry.</w:t>
      </w:r>
      <w:r/>
    </w:p>
    <w:p>
      <w:pPr>
        <w:pStyle w:val="ListNumber"/>
        <w:spacing w:line="240" w:lineRule="auto"/>
        <w:ind w:left="720"/>
      </w:pPr>
      <w:r/>
      <w:hyperlink r:id="rId11">
        <w:r>
          <w:rPr>
            <w:color w:val="0000EE"/>
            <w:u w:val="single"/>
          </w:rPr>
          <w:t>https://www.upi.com/Entertainment_News/2022/11/01/Kit-Connor-comes-out-bisexual-Heartstopper/5121667312192/</w:t>
        </w:r>
      </w:hyperlink>
      <w:r>
        <w:t xml:space="preserve"> - This news article reports on Kit Connor's announcement of his bisexuality in November 2022. It covers the support he received from 'Heartstopper' creator Alice Oseman and co-stars following his coming out. The piece also addresses the controversy surrounding accusations of 'queerbaiting' and the impact of social media speculation on Connor's personal life.</w:t>
      </w:r>
      <w:r/>
    </w:p>
    <w:p>
      <w:pPr>
        <w:pStyle w:val="ListNumber"/>
        <w:spacing w:line="240" w:lineRule="auto"/>
        <w:ind w:left="720"/>
      </w:pPr>
      <w:r/>
      <w:hyperlink r:id="rId12">
        <w:r>
          <w:rPr>
            <w:color w:val="0000EE"/>
            <w:u w:val="single"/>
          </w:rPr>
          <w:t>https://www.thepinknews.com/2022/10/31/kit-connor-bisexual-heartstopper-twitter/</w:t>
        </w:r>
      </w:hyperlink>
      <w:r>
        <w:t xml:space="preserve"> - This article discusses Kit Connor's revelation of his bisexuality amid accusations of 'queerbaiting' in October 2022. It highlights the online harassment he faced and his response to being 'forced' to come out. The piece also touches on the broader issue of celebrity privacy and the pressures of public speculation.</w:t>
      </w:r>
      <w:r/>
    </w:p>
    <w:p>
      <w:pPr>
        <w:pStyle w:val="ListNumber"/>
        <w:spacing w:line="240" w:lineRule="auto"/>
        <w:ind w:left="720"/>
      </w:pPr>
      <w:r/>
      <w:hyperlink r:id="rId13">
        <w:r>
          <w:rPr>
            <w:color w:val="0000EE"/>
            <w:u w:val="single"/>
          </w:rPr>
          <w:t>https://www.gmanetwork.com/news/showbiz/showbizabroad/849978/heartstopper-star-kit-connor-forced-to-come-out-as-bisexual-you-missed-the-point-of-the-show/story/</w:t>
        </w:r>
      </w:hyperlink>
      <w:r>
        <w:t xml:space="preserve"> - This news piece covers Kit Connor's coming out as bisexual in November 2022, following online accusations of 'queerbaiting.' It includes his statement on Twitter addressing the pressure he felt and the misunderstanding of the show's message. The article also mentions the support he received from fans and co-stars.</w:t>
      </w:r>
      <w:r/>
    </w:p>
    <w:p>
      <w:pPr>
        <w:pStyle w:val="ListNumber"/>
        <w:spacing w:line="240" w:lineRule="auto"/>
        <w:ind w:left="720"/>
      </w:pPr>
      <w:r/>
      <w:hyperlink r:id="rId14">
        <w:r>
          <w:rPr>
            <w:color w:val="0000EE"/>
            <w:u w:val="single"/>
          </w:rPr>
          <w:t>https://www.metroweekly.com/2022/11/heartstopper-star-kit-connor-forced-to-come-out-as-bisexual/</w:t>
        </w:r>
      </w:hyperlink>
      <w:r>
        <w:t xml:space="preserve"> - This article reports on Kit Connor's coming out as bisexual in November 2022, prompted by accusations of 'queerbaiting.' It discusses the online harassment he faced and his response to being 'forced' to disclose his sexuality. The piece also reflects on the implications of such public scrutiny on personal privacy.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nityfair.com/story/queer-baiting-woke-essay" TargetMode="External"/><Relationship Id="rId10" Type="http://schemas.openxmlformats.org/officeDocument/2006/relationships/hyperlink" Target="https://www.vanityfair.com/hollywood/2022/11/why-heartstopper-star-kit-connor-was-forced-to-come-out-as-bisexual" TargetMode="External"/><Relationship Id="rId11" Type="http://schemas.openxmlformats.org/officeDocument/2006/relationships/hyperlink" Target="https://www.upi.com/Entertainment_News/2022/11/01/Kit-Connor-comes-out-bisexual-Heartstopper/5121667312192/" TargetMode="External"/><Relationship Id="rId12" Type="http://schemas.openxmlformats.org/officeDocument/2006/relationships/hyperlink" Target="https://www.thepinknews.com/2022/10/31/kit-connor-bisexual-heartstopper-twitter/" TargetMode="External"/><Relationship Id="rId13" Type="http://schemas.openxmlformats.org/officeDocument/2006/relationships/hyperlink" Target="https://www.gmanetwork.com/news/showbiz/showbizabroad/849978/heartstopper-star-kit-connor-forced-to-come-out-as-bisexual-you-missed-the-point-of-the-show/story/" TargetMode="External"/><Relationship Id="rId14" Type="http://schemas.openxmlformats.org/officeDocument/2006/relationships/hyperlink" Target="https://www.metroweekly.com/2022/11/heartstopper-star-kit-connor-forced-to-come-out-as-bisexu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