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Most Controversial Fair City Gay Kiss That Never Happened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still remember Fair City's almost-kiss between Eoghan Healy and Liam Casey, broadcast in an Ireland transformed by social change. The interrupted scene sparked complaints, debate and disappointment, yet it also marked a turning point for LGBTQ representation on Irish television.</w:t>
      </w:r>
      <w:r/>
    </w:p>
    <w:p>
      <w:pPr>
        <w:pStyle w:val="Heading2"/>
      </w:pPr>
      <w:r>
        <w:t>Essential Takeaways</w:t>
      </w:r>
      <w:r/>
      <w:r/>
    </w:p>
    <w:p>
      <w:pPr>
        <w:pStyle w:val="ListBullet"/>
        <w:spacing w:line="240" w:lineRule="auto"/>
        <w:ind w:left="720"/>
      </w:pPr>
      <w:r/>
      <w:r>
        <w:rPr>
          <w:b/>
        </w:rPr>
        <w:t>A landmark near-miss:</w:t>
      </w:r>
      <w:r>
        <w:t xml:space="preserve"> Fair City planned to show two men kissing in 1996, but the moment was interrupted before their lips met.</w:t>
      </w:r>
      <w:r/>
    </w:p>
    <w:p>
      <w:pPr>
        <w:pStyle w:val="ListBullet"/>
        <w:spacing w:line="240" w:lineRule="auto"/>
        <w:ind w:left="720"/>
      </w:pPr>
      <w:r/>
      <w:r>
        <w:rPr>
          <w:b/>
        </w:rPr>
        <w:t>A changing Ireland:</w:t>
      </w:r>
      <w:r>
        <w:t xml:space="preserve"> The storyline arrived only three years after homosexuality was decriminalised.</w:t>
      </w:r>
      <w:r/>
    </w:p>
    <w:p>
      <w:pPr>
        <w:pStyle w:val="ListBullet"/>
        <w:spacing w:line="240" w:lineRule="auto"/>
        <w:ind w:left="720"/>
      </w:pPr>
      <w:r/>
      <w:r>
        <w:rPr>
          <w:b/>
        </w:rPr>
        <w:t>A public backlash:</w:t>
      </w:r>
      <w:r>
        <w:t xml:space="preserve"> RTÉ received complaints, while actor Peter Warnock defended the importance of the storyline.</w:t>
      </w:r>
      <w:r/>
    </w:p>
    <w:p>
      <w:pPr>
        <w:pStyle w:val="ListBullet"/>
        <w:spacing w:line="240" w:lineRule="auto"/>
        <w:ind w:left="720"/>
      </w:pPr>
      <w:r/>
      <w:r>
        <w:rPr>
          <w:b/>
        </w:rPr>
        <w:t>Representation continued:</w:t>
      </w:r>
      <w:r>
        <w:t xml:space="preserve"> Fair City later expanded its LGBTQ characters and stories.</w:t>
      </w:r>
      <w:r/>
    </w:p>
    <w:p>
      <w:pPr>
        <w:pStyle w:val="ListBullet"/>
        <w:spacing w:line="240" w:lineRule="auto"/>
        <w:ind w:left="720"/>
      </w:pPr>
      <w:r/>
      <w:r>
        <w:rPr>
          <w:b/>
        </w:rPr>
        <w:t>The real first kiss:</w:t>
      </w:r>
      <w:r>
        <w:t xml:space="preserve"> Irish-language soap Ros na Rún delivered Ireland's first on-screen gay kiss the following year.</w:t>
      </w:r>
      <w:r/>
      <w:r/>
    </w:p>
    <w:p>
      <w:pPr>
        <w:pStyle w:val="Heading2"/>
      </w:pPr>
      <w:r>
        <w:t>Ireland was changing fast in 1996</w:t>
      </w:r>
      <w:r/>
    </w:p>
    <w:p>
      <w:r/>
      <w:r>
        <w:t>In the mid-1990s, Ireland was still negotiating a dramatic shift in its social identity. Homosexuality had only recently been decriminalised, divorce had just become legal, and the influence of the Catholic Church remained powerful.</w:t>
      </w:r>
      <w:r/>
    </w:p>
    <w:p>
      <w:r/>
      <w:r>
        <w:t>Against that backdrop, Fair City was doing more than delivering familiar soap ingredients such as affairs, corruption and family feuds. The Dublin-set drama was also reflecting debates that many viewers were encountering in their own communities, according to RTÉ's retrospective on the storyline.</w:t>
      </w:r>
      <w:r/>
    </w:p>
    <w:p>
      <w:r/>
      <w:r>
        <w:t>The planned scene between Eoghan Healy and Liam Casey therefore carried unusual weight. It was brief television drama, but it arrived at a moment when even a suggestion of intimacy could feel politically charged.</w:t>
      </w:r>
      <w:r/>
    </w:p>
    <w:p>
      <w:pPr>
        <w:pStyle w:val="Heading2"/>
      </w:pPr>
      <w:r>
        <w:t>The kiss stopped just short</w:t>
      </w:r>
      <w:r/>
    </w:p>
    <w:p>
      <w:r/>
      <w:r>
        <w:t>The scene was intended to show the two men kiss. Instead, another character interrupted before the moment could happen, creating one of Irish television's most discussed near-misses.</w:t>
      </w:r>
      <w:r/>
    </w:p>
    <w:p>
      <w:r/>
      <w:r>
        <w:t>RTÉ reported that the broadcast prompted numerous complaints and that Peter Warnock, who played Liam, was asked to defend the storyline publicly. He appeared on Pat Kenny Tonight and The Late Late Show, helping to move the debate beyond the soap's fictional Carrigstown.</w:t>
      </w:r>
      <w:r/>
    </w:p>
    <w:p>
      <w:r/>
      <w:r>
        <w:t>That interruption became the story. Some viewers believed the programme had crossed a line, while LGBTQ activists argued that it had retreated from one. It was a classic television compromise: dramatic enough to cause noise, cautious enough to avoid showing the act itself.</w:t>
      </w:r>
      <w:r/>
    </w:p>
    <w:p>
      <w:pPr>
        <w:pStyle w:val="Heading2"/>
      </w:pPr>
      <w:r>
        <w:t>Why the storyline mattered beyond the drama</w:t>
      </w:r>
      <w:r/>
    </w:p>
    <w:p>
      <w:r/>
      <w:r>
        <w:t>The controversy wasn't simply about a few seconds of screen time. Eoghan's coming-out storyline reportedly coincided with increased calls to gay helplines, suggesting that representation could have a practical impact as well as an emotional one.</w:t>
      </w:r>
      <w:r/>
    </w:p>
    <w:p>
      <w:r/>
      <w:r>
        <w:t>For viewers who had rarely seen gay lives treated seriously on mainstream Irish television, the storyline offered recognition. It wasn't perfect, and it certainly wasn't as bold as some campaigners wanted, but it made homosexuality part of an ordinary soap conversation.</w:t>
      </w:r>
      <w:r/>
    </w:p>
    <w:p>
      <w:r/>
      <w:r>
        <w:t>That matters because soaps work through repetition and familiarity. When a character's sexuality becomes part of everyday plots rather than a one-off scandal, it can quietly shift what audiences regard as normal. Fair City was beginning that process, even if the show approached the kiss with a very cautious hand.</w:t>
      </w:r>
      <w:r/>
    </w:p>
    <w:p>
      <w:pPr>
        <w:pStyle w:val="Heading2"/>
      </w:pPr>
      <w:r>
        <w:t>Ros na Rún went where Fair City didn't</w:t>
      </w:r>
      <w:r/>
    </w:p>
    <w:p>
      <w:r/>
      <w:r>
        <w:t>Fair City later continued developing LGBTQ storylines, including a lesbian kiss and bisexual characters. In 2017, it also introduced Jack Murphy, its first transgender character, extending the soap's engagement with changing Irish experiences.</w:t>
      </w:r>
      <w:r/>
    </w:p>
    <w:p>
      <w:r/>
      <w:r>
        <w:t>But the title of Ireland's first on-screen gay kiss went elsewhere. The Irish-language soap Ros na Rún showed two men briefly kissing the following year, giving viewers the moment Fair City had stopped short of delivering.</w:t>
      </w:r>
      <w:r/>
    </w:p>
    <w:p>
      <w:r/>
      <w:r>
        <w:t>The contrast is revealing. Fair City had the larger mainstream profile and generated the bigger backlash, while Ros na Rún ultimately secured the historical first. Sometimes television history belongs not to the loudest controversy, but to the programme willing to finish the scene.</w:t>
      </w:r>
      <w:r/>
    </w:p>
    <w:p>
      <w:pPr>
        <w:pStyle w:val="Heading2"/>
      </w:pPr>
      <w:r>
        <w:t>A near-kiss that became a cultural marker</w:t>
      </w:r>
      <w:r/>
    </w:p>
    <w:p>
      <w:r/>
      <w:r>
        <w:t>Looking back, it's difficult to argue that Fair City's scene went too far. If anything, its hesitation exposed how far Irish television still had to travel. The fact that an interrupted kiss caused such a strong reaction says as much about the country in 1996 as the storyline itself.</w:t>
      </w:r>
      <w:r/>
    </w:p>
    <w:p>
      <w:r/>
      <w:r>
        <w:t>The moment is remembered not because viewers saw a kiss, but because they didn't. That awkward pause captured an Ireland caught between older certainties and a more open future, making a small piece of soap drama feel unexpectedly significant.</w:t>
      </w:r>
      <w:r/>
    </w:p>
    <w:p>
      <w:r/>
      <w:r>
        <w:t>The almost-kiss may have missed its immediate target, but it helped open the door.</w:t>
      </w:r>
      <w:r/>
    </w:p>
    <w:p>
      <w:r/>
      <w:r>
        <w:t>Explore Ireland's television history through the moments that changed what could be shown on screen.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https://meanwhileinireland.com/the-most-controversial-irish-tv-moment/</w:t>
        </w:r>
      </w:hyperlink>
      <w:r>
        <w:t xml:space="preserve"> - Please view link - unable to able to access data</w:t>
      </w:r>
      <w:r/>
    </w:p>
    <w:p>
      <w:pPr>
        <w:pStyle w:val="ListNumber"/>
        <w:spacing w:line="240" w:lineRule="auto"/>
        <w:ind w:left="720"/>
      </w:pPr>
      <w:r/>
      <w:hyperlink r:id="rId10">
        <w:r>
          <w:rPr>
            <w:color w:val="0000EE"/>
            <w:u w:val="single"/>
          </w:rPr>
          <w:t>https://www.rte.ie/lifestyle/living/2024/0802/1463169-out-proud-the-almost-but-not-quite-first-gay-kiss-on-fair-city/</w:t>
        </w:r>
      </w:hyperlink>
      <w:r>
        <w:t xml:space="preserve"> - In 1996, the Irish soap opera Fair City featured a near-kiss between characters Eoghan Healy and Liam Casey, which was interrupted before they could kiss. This scene was significant as it occurred three years after the decriminalisation of homosexuality in Ireland, reflecting the changing societal attitudes of the time. The episode sparked discussions about LGBTQ+ representation on Irish television, highlighting the show's role in addressing contemporary social issues. The scene is often remembered for its potential to be a groundbreaking moment in Irish TV history.</w:t>
      </w:r>
      <w:r/>
    </w:p>
    <w:p>
      <w:pPr>
        <w:pStyle w:val="ListNumber"/>
        <w:spacing w:line="240" w:lineRule="auto"/>
        <w:ind w:left="720"/>
      </w:pPr>
      <w:r/>
      <w:hyperlink r:id="rId10">
        <w:r>
          <w:rPr>
            <w:color w:val="0000EE"/>
            <w:u w:val="single"/>
          </w:rPr>
          <w:t>https://www.rte.ie/lifestyle/living/2024/0802/1463169-out-proud-the-almost-but-not-quite-first-gay-kiss-on-fair-city/</w:t>
        </w:r>
      </w:hyperlink>
      <w:r>
        <w:t xml:space="preserve"> - In 1996, the Irish soap opera Fair City featured a near-kiss between characters Eoghan Healy and Liam Casey, which was interrupted before they could kiss. This scene was significant as it occurred three years after the decriminalisation of homosexuality in Ireland, reflecting the changing societal attitudes of the time. The episode sparked discussions about LGBTQ+ representation on Irish television, highlighting the show's role in addressing contemporary social issues. The scene is often remembered for its potential to be a groundbreaking moment in Irish TV history.</w:t>
      </w:r>
      <w:r/>
    </w:p>
    <w:p>
      <w:pPr>
        <w:pStyle w:val="ListNumber"/>
        <w:spacing w:line="240" w:lineRule="auto"/>
        <w:ind w:left="720"/>
      </w:pPr>
      <w:r/>
      <w:hyperlink r:id="rId10">
        <w:r>
          <w:rPr>
            <w:color w:val="0000EE"/>
            <w:u w:val="single"/>
          </w:rPr>
          <w:t>https://www.rte.ie/lifestyle/living/2024/0802/1463169-out-proud-the-almost-but-not-quite-first-gay-kiss-on-fair-city/</w:t>
        </w:r>
      </w:hyperlink>
      <w:r>
        <w:t xml:space="preserve"> - In 1996, the Irish soap opera Fair City featured a near-kiss between characters Eoghan Healy and Liam Casey, which was interrupted before they could kiss. This scene was significant as it occurred three years after the decriminalisation of homosexuality in Ireland, reflecting the changing societal attitudes of the time. The episode sparked discussions about LGBTQ+ representation on Irish television, highlighting the show's role in addressing contemporary social issues. The scene is often remembered for its potential to be a groundbreaking moment in Irish TV history.</w:t>
      </w:r>
      <w:r/>
    </w:p>
    <w:p>
      <w:pPr>
        <w:pStyle w:val="ListNumber"/>
        <w:spacing w:line="240" w:lineRule="auto"/>
        <w:ind w:left="720"/>
      </w:pPr>
      <w:r/>
      <w:hyperlink r:id="rId10">
        <w:r>
          <w:rPr>
            <w:color w:val="0000EE"/>
            <w:u w:val="single"/>
          </w:rPr>
          <w:t>https://www.rte.ie/lifestyle/living/2024/0802/1463169-out-proud-the-almost-but-not-quite-first-gay-kiss-on-fair-city/</w:t>
        </w:r>
      </w:hyperlink>
      <w:r>
        <w:t xml:space="preserve"> - In 1996, the Irish soap opera Fair City featured a near-kiss between characters Eoghan Healy and Liam Casey, which was interrupted before they could kiss. This scene was significant as it occurred three years after the decriminalisation of homosexuality in Ireland, reflecting the changing societal attitudes of the time. The episode sparked discussions about LGBTQ+ representation on Irish television, highlighting the show's role in addressing contemporary social issues. The scene is often remembered for its potential to be a groundbreaking moment in Irish TV history.</w:t>
      </w:r>
      <w:r/>
    </w:p>
    <w:p>
      <w:pPr>
        <w:pStyle w:val="ListNumber"/>
        <w:spacing w:line="240" w:lineRule="auto"/>
        <w:ind w:left="720"/>
      </w:pPr>
      <w:r/>
      <w:hyperlink r:id="rId10">
        <w:r>
          <w:rPr>
            <w:color w:val="0000EE"/>
            <w:u w:val="single"/>
          </w:rPr>
          <w:t>https://www.rte.ie/lifestyle/living/2024/0802/1463169-out-proud-the-almost-but-not-quite-first-gay-kiss-on-fair-city/</w:t>
        </w:r>
      </w:hyperlink>
      <w:r>
        <w:t xml:space="preserve"> - In 1996, the Irish soap opera Fair City featured a near-kiss between characters Eoghan Healy and Liam Casey, which was interrupted before they could kiss. This scene was significant as it occurred three years after the decriminalisation of homosexuality in Ireland, reflecting the changing societal attitudes of the time. The episode sparked discussions about LGBTQ+ representation on Irish television, highlighting the show's role in addressing contemporary social issues. The scene is often remembered for its potential to be a groundbreaking moment in Irish TV history.</w:t>
      </w:r>
      <w:r/>
    </w:p>
    <w:p>
      <w:pPr>
        <w:pStyle w:val="ListNumber"/>
        <w:spacing w:line="240" w:lineRule="auto"/>
        <w:ind w:left="720"/>
      </w:pPr>
      <w:r/>
      <w:hyperlink r:id="rId10">
        <w:r>
          <w:rPr>
            <w:color w:val="0000EE"/>
            <w:u w:val="single"/>
          </w:rPr>
          <w:t>https://www.rte.ie/lifestyle/living/2024/0802/1463169-out-proud-the-almost-but-not-quite-first-gay-kiss-on-fair-city/</w:t>
        </w:r>
      </w:hyperlink>
      <w:r>
        <w:t xml:space="preserve"> - In 1996, the Irish soap opera Fair City featured a near-kiss between characters Eoghan Healy and Liam Casey, which was interrupted before they could kiss. This scene was significant as it occurred three years after the decriminalisation of homosexuality in Ireland, reflecting the changing societal attitudes of the time. The episode sparked discussions about LGBTQ+ representation on Irish television, highlighting the show's role in addressing contemporary social issues. The scene is often remembered for its potential to be a groundbreaking moment in Irish TV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nwhileinireland.com/the-most-controversial-irish-tv-moment/" TargetMode="External"/><Relationship Id="rId10" Type="http://schemas.openxmlformats.org/officeDocument/2006/relationships/hyperlink" Target="https://www.rte.ie/lifestyle/living/2024/0802/1463169-out-proud-the-almost-but-not-quite-first-gay-kiss-on-fair-c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