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Senegal's LGBT crackdown raises urgent questions before Dakar Youth Olympics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Human Rights Watch says Senegal's escalating anti-LGBT repression is fuelling fear ahead of the Dakar Youth Olympics, putting new focus on prison sentences, alleged mass arrests and the country's Olympic human rights commitments.</w:t>
      </w:r>
      <w:r/>
    </w:p>
    <w:p>
      <w:pPr>
        <w:pStyle w:val="Heading2"/>
      </w:pPr>
      <w:r>
        <w:t>Essential Takeaways</w:t>
      </w:r>
      <w:r/>
      <w:r/>
    </w:p>
    <w:p>
      <w:pPr>
        <w:pStyle w:val="ListBullet"/>
        <w:spacing w:line="240" w:lineRule="auto"/>
        <w:ind w:left="720"/>
      </w:pPr>
      <w:r/>
      <w:r>
        <w:rPr>
          <w:b/>
        </w:rPr>
        <w:t>Tougher penalties:</w:t>
      </w:r>
      <w:r>
        <w:t xml:space="preserve"> A law adopted in March reportedly increased prison terms for same-sex relations to five to 10 years.</w:t>
      </w:r>
      <w:r/>
    </w:p>
    <w:p>
      <w:pPr>
        <w:pStyle w:val="ListBullet"/>
        <w:spacing w:line="240" w:lineRule="auto"/>
        <w:ind w:left="720"/>
      </w:pPr>
      <w:r/>
      <w:r>
        <w:rPr>
          <w:b/>
        </w:rPr>
        <w:t>Rising arrests:</w:t>
      </w:r>
      <w:r>
        <w:t xml:space="preserve"> Rights groups cite at least 212 arrests between February and July, while another estimate puts the figure above 300.</w:t>
      </w:r>
      <w:r/>
    </w:p>
    <w:p>
      <w:pPr>
        <w:pStyle w:val="ListBullet"/>
        <w:spacing w:line="240" w:lineRule="auto"/>
        <w:ind w:left="720"/>
      </w:pPr>
      <w:r/>
      <w:r>
        <w:rPr>
          <w:b/>
        </w:rPr>
        <w:t>Public prosecutions:</w:t>
      </w:r>
      <w:r>
        <w:t xml:space="preserve"> Seventy-one men were reportedly sent before the courts in August over alleged same-sex conduct.</w:t>
      </w:r>
      <w:r/>
    </w:p>
    <w:p>
      <w:pPr>
        <w:pStyle w:val="ListBullet"/>
        <w:spacing w:line="240" w:lineRule="auto"/>
        <w:ind w:left="720"/>
      </w:pPr>
      <w:r/>
      <w:r>
        <w:rPr>
          <w:b/>
        </w:rPr>
        <w:t>Health consequences:</w:t>
      </w:r>
      <w:r>
        <w:t xml:space="preserve"> Fear of arrest may discourage people from seeking HIV testing, treatment and legal support.</w:t>
      </w:r>
      <w:r/>
    </w:p>
    <w:p>
      <w:pPr>
        <w:pStyle w:val="ListBullet"/>
        <w:spacing w:line="240" w:lineRule="auto"/>
        <w:ind w:left="720"/>
      </w:pPr>
      <w:r/>
      <w:r>
        <w:rPr>
          <w:b/>
        </w:rPr>
        <w:t>Olympic scrutiny:</w:t>
      </w:r>
      <w:r>
        <w:t xml:space="preserve"> The crackdown is being examined against the Olympic Charter's ban on discrimination.</w:t>
      </w:r>
      <w:r/>
      <w:r/>
    </w:p>
    <w:p>
      <w:pPr>
        <w:pStyle w:val="Heading2"/>
      </w:pPr>
      <w:r>
        <w:t>A high-profile sporting event meets a worsening rights crisis</w:t>
      </w:r>
      <w:r/>
    </w:p>
    <w:p>
      <w:r/>
      <w:r>
        <w:t>Dakar is preparing to welcome roughly 2,700 young athletes for the Youth Olympics, but the event is arriving amid a deeply unsettling human rights debate. Human Rights Watch says Senegal's anti-LGBT campaign has become increasingly severe, with arrests and public accusations creating what it describes as a climate of fear.</w:t>
      </w:r>
      <w:r/>
    </w:p>
    <w:p>
      <w:r/>
      <w:r>
        <w:t>The timing matters. This will be the first Olympic event staged on African soil, giving Senegal a rare international spotlight. Yet the same global attention is now exposing a sharp contradiction between the celebratory message of the Games and reports of people retreating from everyday life to avoid being identified or detained. Human Rights Watch and other reporting have highlighted that tension. (</w:t>
      </w:r>
      <w:hyperlink r:id="rId9">
        <w:r>
          <w:rPr>
            <w:color w:val="0000EE"/>
            <w:u w:val="single"/>
          </w:rPr>
          <w:t>[2]</w:t>
        </w:r>
      </w:hyperlink>
      <w:r>
        <w:t xml:space="preserve">, </w:t>
      </w:r>
      <w:hyperlink r:id="rId10">
        <w:r>
          <w:rPr>
            <w:color w:val="0000EE"/>
            <w:u w:val="single"/>
          </w:rPr>
          <w:t>[4]</w:t>
        </w:r>
      </w:hyperlink>
      <w:r>
        <w:t>)</w:t>
      </w:r>
      <w:r/>
    </w:p>
    <w:p>
      <w:r/>
      <w:r>
        <w:t>The organisation says the situation is not simply a domestic political matter. Its concern is that a host country is expected to uphold the Olympic Charter, including its rejection of discrimination and its commitment to human dignity. That makes the controversy impossible to separate from the Games themselves. (</w:t>
      </w:r>
      <w:hyperlink r:id="rId11">
        <w:r>
          <w:rPr>
            <w:color w:val="0000EE"/>
            <w:u w:val="single"/>
          </w:rPr>
          <w:t>[3]</w:t>
        </w:r>
      </w:hyperlink>
      <w:r>
        <w:t xml:space="preserve">, </w:t>
      </w:r>
      <w:hyperlink r:id="rId12">
        <w:r>
          <w:rPr>
            <w:color w:val="0000EE"/>
            <w:u w:val="single"/>
          </w:rPr>
          <w:t>[5]</w:t>
        </w:r>
      </w:hyperlink>
      <w:r>
        <w:t>)</w:t>
      </w:r>
      <w:r/>
    </w:p>
    <w:p>
      <w:pPr>
        <w:pStyle w:val="Heading2"/>
      </w:pPr>
      <w:r>
        <w:t>New legislation has raised the stakes</w:t>
      </w:r>
      <w:r/>
    </w:p>
    <w:p>
      <w:r/>
      <w:r>
        <w:t>Senegal's parliament adopted legislation in March that reportedly doubled the penalties attached to same-sex relations. Convictions can now carry five to 10 years in prison, a change that has intensified concern among rights organisations and LGBT people in the country.</w:t>
      </w:r>
      <w:r/>
    </w:p>
    <w:p>
      <w:r/>
      <w:r>
        <w:t>The legal shift has been followed by highly visible police operations and court proceedings. In August, 71 men were reportedly referred to the justice system over alleged "acts against nature", a phrase used in the country's legal and public debate. Such cases can carry consequences well beyond the courtroom, including exposure, family pressure and lasting stigma. (</w:t>
      </w:r>
      <w:hyperlink r:id="rId9">
        <w:r>
          <w:rPr>
            <w:color w:val="0000EE"/>
            <w:u w:val="single"/>
          </w:rPr>
          <w:t>[2]</w:t>
        </w:r>
      </w:hyperlink>
      <w:r>
        <w:t xml:space="preserve">, </w:t>
      </w:r>
      <w:hyperlink r:id="rId13">
        <w:r>
          <w:rPr>
            <w:color w:val="0000EE"/>
            <w:u w:val="single"/>
          </w:rPr>
          <w:t>[6]</w:t>
        </w:r>
      </w:hyperlink>
      <w:r>
        <w:t>)</w:t>
      </w:r>
      <w:r/>
    </w:p>
    <w:p>
      <w:r/>
      <w:r>
        <w:t>Human Rights Watch researcher Larissa Kojoue told AFP that the current government campaign raised serious questions about Senegal's compliance with both the Olympic Charter and international law. The organisation has also said it wrote to the authorities on 29 September seeking clarification, but had received no response by the time of its report. (</w:t>
      </w:r>
      <w:hyperlink r:id="rId9">
        <w:r>
          <w:rPr>
            <w:color w:val="0000EE"/>
            <w:u w:val="single"/>
          </w:rPr>
          <w:t>[2]</w:t>
        </w:r>
      </w:hyperlink>
      <w:r>
        <w:t xml:space="preserve">, </w:t>
      </w:r>
      <w:hyperlink r:id="rId11">
        <w:r>
          <w:rPr>
            <w:color w:val="0000EE"/>
            <w:u w:val="single"/>
          </w:rPr>
          <w:t>[3]</w:t>
        </w:r>
      </w:hyperlink>
      <w:r>
        <w:t>)</w:t>
      </w:r>
      <w:r/>
    </w:p>
    <w:p>
      <w:pPr>
        <w:pStyle w:val="Heading2"/>
      </w:pPr>
      <w:r>
        <w:t>How many people have been arrested?</w:t>
      </w:r>
      <w:r/>
    </w:p>
    <w:p>
      <w:r/>
      <w:r>
        <w:t>Exact figures are difficult to verify, partly because people involved may be reluctant to speak publicly and legal records aren't always accessible. Human Rights Watch therefore refers to figures from partner organisations rather than claiming an independently confirmed total.</w:t>
      </w:r>
      <w:r/>
    </w:p>
    <w:p>
      <w:r/>
      <w:r>
        <w:t>The Rencontre africaine pour la défense des droits de l'Homme has counted at least 212 arrests from February to July. The HIV Justice Network's estimate is higher, at more than 300 during the same period. The gap between those numbers is significant, but both point to a pattern that rights advocates regard as alarming rather than isolated. (</w:t>
      </w:r>
      <w:hyperlink r:id="rId9">
        <w:r>
          <w:rPr>
            <w:color w:val="0000EE"/>
            <w:u w:val="single"/>
          </w:rPr>
          <w:t>[2]</w:t>
        </w:r>
      </w:hyperlink>
      <w:r>
        <w:t xml:space="preserve">, </w:t>
      </w:r>
      <w:hyperlink r:id="rId10">
        <w:r>
          <w:rPr>
            <w:color w:val="0000EE"/>
            <w:u w:val="single"/>
          </w:rPr>
          <w:t>[4]</w:t>
        </w:r>
      </w:hyperlink>
      <w:r>
        <w:t>)</w:t>
      </w:r>
      <w:r/>
    </w:p>
    <w:p>
      <w:r/>
      <w:r>
        <w:t>That uncertainty shouldn't obscure the human reality. Reporting by The Washington Post and Le Monde has described an LGBT community living with daily anxiety, where a knock at the door or a social-media post can feel like a serious threat. Even when no charge follows, the fear itself changes how people work, travel, seek care and communicate. (</w:t>
      </w:r>
      <w:hyperlink r:id="rId13">
        <w:r>
          <w:rPr>
            <w:color w:val="0000EE"/>
            <w:u w:val="single"/>
          </w:rPr>
          <w:t>[6]</w:t>
        </w:r>
      </w:hyperlink>
      <w:r>
        <w:t xml:space="preserve">, </w:t>
      </w:r>
      <w:hyperlink r:id="rId14">
        <w:r>
          <w:rPr>
            <w:color w:val="0000EE"/>
            <w:u w:val="single"/>
          </w:rPr>
          <w:t>[7]</w:t>
        </w:r>
      </w:hyperlink>
      <w:r>
        <w:t>)</w:t>
      </w:r>
      <w:r/>
    </w:p>
    <w:p>
      <w:pPr>
        <w:pStyle w:val="Heading2"/>
      </w:pPr>
      <w:r>
        <w:t>Fear is also becoming a public-health problem</w:t>
      </w:r>
      <w:r/>
    </w:p>
    <w:p>
      <w:r/>
      <w:r>
        <w:t>The crackdown may have consequences far beyond arrests and prosecutions. Human Rights Watch says fear of detention and worsening stigma can push people away from HIV testing and treatment, while making lawyers less willing or able to represent those accused.</w:t>
      </w:r>
      <w:r/>
    </w:p>
    <w:p>
      <w:r/>
      <w:r>
        <w:t>That is a practical danger, not an abstract warning. People who avoid clinics, stop collecting medication or hide from support services are harder to reach, and preventable health problems can grow quietly. For anyone trying to understand why the story matters, this is the crucial point: repression can damage public health even when an individual is never formally charged. (</w:t>
      </w:r>
      <w:hyperlink r:id="rId9">
        <w:r>
          <w:rPr>
            <w:color w:val="0000EE"/>
            <w:u w:val="single"/>
          </w:rPr>
          <w:t>[2]</w:t>
        </w:r>
      </w:hyperlink>
      <w:r>
        <w:t xml:space="preserve">, </w:t>
      </w:r>
      <w:hyperlink r:id="rId11">
        <w:r>
          <w:rPr>
            <w:color w:val="0000EE"/>
            <w:u w:val="single"/>
          </w:rPr>
          <w:t>[3]</w:t>
        </w:r>
      </w:hyperlink>
      <w:r>
        <w:t>)</w:t>
      </w:r>
      <w:r/>
    </w:p>
    <w:p>
      <w:r/>
      <w:r>
        <w:t>The pressure also appears to be narrowing ordinary freedoms. Human Rights Watch says LGBT people are limiting daily activities and avoiding the exercise of basic rights because they fear arrest or further public hostility. The result is a quieter, more constrained life, with the heaviest burden falling on people who already have the least protection. (</w:t>
      </w:r>
      <w:hyperlink r:id="rId10">
        <w:r>
          <w:rPr>
            <w:color w:val="0000EE"/>
            <w:u w:val="single"/>
          </w:rPr>
          <w:t>[4]</w:t>
        </w:r>
      </w:hyperlink>
      <w:r>
        <w:t xml:space="preserve">, </w:t>
      </w:r>
      <w:hyperlink r:id="rId14">
        <w:r>
          <w:rPr>
            <w:color w:val="0000EE"/>
            <w:u w:val="single"/>
          </w:rPr>
          <w:t>[7]</w:t>
        </w:r>
      </w:hyperlink>
      <w:r>
        <w:t>)</w:t>
      </w:r>
      <w:r/>
    </w:p>
    <w:p>
      <w:pPr>
        <w:pStyle w:val="Heading2"/>
      </w:pPr>
      <w:r>
        <w:t>What does this mean for the Youth Olympics?</w:t>
      </w:r>
      <w:r/>
    </w:p>
    <w:p>
      <w:r/>
      <w:r>
        <w:t>The Youth Olympics are intended to project youth, openness and international cooperation. But the reports from rights groups put Senegal's hosting role under a sharper lens, particularly because the Olympic Charter expressly rejects discrimination.</w:t>
      </w:r>
      <w:r/>
    </w:p>
    <w:p>
      <w:r/>
      <w:r>
        <w:t>That doesn't mean athletes and young participants are responsible for government policy. It does mean the International Olympic Committee and other sporting bodies face uncomfortable questions about how they respond when a host country's domestic actions appear to clash with the values attached to the event. The issue is likely to remain part of the Games' wider story, whether organisers welcome it or not. (</w:t>
      </w:r>
      <w:hyperlink r:id="rId11">
        <w:r>
          <w:rPr>
            <w:color w:val="0000EE"/>
            <w:u w:val="single"/>
          </w:rPr>
          <w:t>[3]</w:t>
        </w:r>
      </w:hyperlink>
      <w:r>
        <w:t xml:space="preserve">, </w:t>
      </w:r>
      <w:hyperlink r:id="rId12">
        <w:r>
          <w:rPr>
            <w:color w:val="0000EE"/>
            <w:u w:val="single"/>
          </w:rPr>
          <w:t>[5]</w:t>
        </w:r>
      </w:hyperlink>
      <w:r>
        <w:t>)</w:t>
      </w:r>
      <w:r/>
    </w:p>
    <w:p>
      <w:r/>
      <w:r>
        <w:t>For Senegal, the event could have been a showcase of cultural confidence and continental leadership. Instead, the surrounding rights controversy risks becoming the detail many international observers remember most. As the opening approaches, the pressure will be on authorities to demonstrate that security and sporting success aren't being built at the expense of vulnerable people.</w:t>
      </w:r>
      <w:r/>
    </w:p>
    <w:p>
      <w:r/>
      <w:r>
        <w:t>The broader lesson is stark: a colourful global celebration can't fully mask a climate of fear. The treatment of LGBT people will remain a test of whether the Olympic promise of dignity is being applied beyond the stadium.</w:t>
      </w:r>
      <w:r/>
    </w:p>
    <w:p>
      <w:r/>
      <w:r>
        <w:t>It's a small phrase in a charter, but a very large responsibility in practice.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[4]</w:t>
        </w:r>
      </w:hyperlink>
      <w:r>
        <w:t xml:space="preserve">, </w:t>
      </w:r>
      <w:hyperlink r:id="rId14">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https://www.seneweb.com/fr/news/Societe/droits-humains-human-rights-watch-denonce-une-repression-brutale-anti-lgbt-au-senegal-a-lapproche-des-joj_n_999000436.html</w:t>
        </w:r>
      </w:hyperlink>
      <w:r>
        <w:t xml:space="preserve"> - Please view link - unable to able to access data</w:t>
      </w:r>
      <w:r/>
    </w:p>
    <w:p>
      <w:pPr>
        <w:pStyle w:val="ListNumber"/>
        <w:spacing w:line="240" w:lineRule="auto"/>
        <w:ind w:left="720"/>
      </w:pPr>
      <w:r/>
      <w:hyperlink r:id="rId9">
        <w:r>
          <w:rPr>
            <w:color w:val="0000EE"/>
            <w:u w:val="single"/>
          </w:rPr>
          <w:t>https://www.hrw.org/fr/news/2026/10/12/senegal-une-repression-brutale-bafoue-les-droits-des-personnes-lgbt</w:t>
        </w:r>
      </w:hyperlink>
      <w:r>
        <w:t xml:space="preserve"> - Human Rights Watch (HRW) has reported a severe crackdown on LGBTQ+ individuals in Senegal, highlighting mass arrests, forced HIV testing, and restricted access to legal representation. The report links this repression to Senegal's upcoming hosting of the Youth Olympic Games, raising concerns about the country's adherence to the Olympic Charter, which prohibits discrimination. HRW urges the Senegalese government to cease these actions, emphasizing the detrimental impact on the rights and health of the LGBTQ+ community.</w:t>
      </w:r>
      <w:r/>
    </w:p>
    <w:p>
      <w:pPr>
        <w:pStyle w:val="ListNumber"/>
        <w:spacing w:line="240" w:lineRule="auto"/>
        <w:ind w:left="720"/>
      </w:pPr>
      <w:r/>
      <w:hyperlink r:id="rId11">
        <w:r>
          <w:rPr>
            <w:color w:val="0000EE"/>
            <w:u w:val="single"/>
          </w:rPr>
          <w:t>https://www.hrw.org/news/2026/10/12/senegal-brutal-crackdown-violates-lgbt-peoples-rights</w:t>
        </w:r>
      </w:hyperlink>
      <w:r>
        <w:t xml:space="preserve"> - In a recent report, Human Rights Watch (HRW) condemned Senegal's escalating repression of LGBTQ+ individuals, citing mass arrests, forced HIV testing, and obstacles to legal representation. The report underscores the contradiction between these actions and Senegal's obligations under the Olympic Charter, as the country prepares to host the Youth Olympic Games. HRW calls for an immediate end to these practices, highlighting the severe impact on the rights and well-being of the LGBTQ+ community.</w:t>
      </w:r>
      <w:r/>
    </w:p>
    <w:p>
      <w:pPr>
        <w:pStyle w:val="ListNumber"/>
        <w:spacing w:line="240" w:lineRule="auto"/>
        <w:ind w:left="720"/>
      </w:pPr>
      <w:r/>
      <w:hyperlink r:id="rId10">
        <w:r>
          <w:rPr>
            <w:color w:val="0000EE"/>
            <w:u w:val="single"/>
          </w:rPr>
          <w:t>https://www.kaweru.com/politique-societe/2026/10/12/senegal-human-rights-watch-alerte-sur-la-repression-des-personnes-lgbt/</w:t>
        </w:r>
      </w:hyperlink>
      <w:r>
        <w:t xml:space="preserve"> - Human Rights Watch (HRW) has raised alarms over the intensified repression of LGBTQ+ individuals in Senegal, following the enactment of a law in March 2026 that increased penalties for same-sex relations. The law, which doubles prison sentences to five to ten years, has led to numerous arrests and heightened fear within the LGBTQ+ community. HRW urges the Senegalese government to halt these actions, emphasizing the adverse effects on human rights and public health.</w:t>
      </w:r>
      <w:r/>
    </w:p>
    <w:p>
      <w:pPr>
        <w:pStyle w:val="ListNumber"/>
        <w:spacing w:line="240" w:lineRule="auto"/>
        <w:ind w:left="720"/>
      </w:pPr>
      <w:r/>
      <w:hyperlink r:id="rId12">
        <w:r>
          <w:rPr>
            <w:color w:val="0000EE"/>
            <w:u w:val="single"/>
          </w:rPr>
          <w:t>https://lesnouvellesdafrique.info/2026/10/12/senegal-human-rights-watch-denonce-la-repression-des-personnes-lgbt-a-lapproche-des-jo-de-la-jeunesse/</w:t>
        </w:r>
      </w:hyperlink>
      <w:r>
        <w:t xml:space="preserve"> - Human Rights Watch (HRW) has condemned the Senegalese government's increasing repression of LGBTQ+ individuals, linking it to the upcoming Youth Olympic Games in Dakar. The report highlights the passage of a law in March 2026 that significantly escalates penalties for same-sex relations, leading to numerous arrests and a climate of fear. HRW calls for an immediate cessation of these actions, urging Senegal to uphold its obligations under the Olympic Charter and international human rights law.</w:t>
      </w:r>
      <w:r/>
    </w:p>
    <w:p>
      <w:pPr>
        <w:pStyle w:val="ListNumber"/>
        <w:spacing w:line="240" w:lineRule="auto"/>
        <w:ind w:left="720"/>
      </w:pPr>
      <w:r/>
      <w:hyperlink r:id="rId13">
        <w:r>
          <w:rPr>
            <w:color w:val="0000EE"/>
            <w:u w:val="single"/>
          </w:rPr>
          <w:t>https://www.washingtonpost.com/world/2026/10/12/senegal-lgbtq-crackdown/99970a0a-c624-11f1-aefb-abe4112d087e_story.html</w:t>
        </w:r>
      </w:hyperlink>
      <w:r>
        <w:t xml:space="preserve"> - Human Rights Watch (HRW) has reported a severe crackdown on LGBTQ+ individuals in Senegal, following the passage of a law that increases penalties for same-sex relations. The report details mass arrests, forced HIV testing, and restricted access to legal representation, leading to widespread fear and stigma within the LGBTQ+ community. HRW urges the Senegalese government to cease these actions, emphasizing the violation of human rights and the detrimental impact on public health.</w:t>
      </w:r>
      <w:r/>
    </w:p>
    <w:p>
      <w:pPr>
        <w:pStyle w:val="ListNumber"/>
        <w:spacing w:line="240" w:lineRule="auto"/>
        <w:ind w:left="720"/>
      </w:pPr>
      <w:r/>
      <w:hyperlink r:id="rId14">
        <w:r>
          <w:rPr>
            <w:color w:val="0000EE"/>
            <w:u w:val="single"/>
          </w:rPr>
          <w:t>https://www.lemonde.fr/en/international/article/2026/07/12/if-they-catch-me-it-s-over-for-me-senegal-s-lgbtq-community-lives-in-daily-fear-of-repression_6755411_4.html</w:t>
        </w:r>
      </w:hyperlink>
      <w:r>
        <w:t xml:space="preserve"> - In Senegal, the LGBTQ+ community is facing extreme persecution following the enactment of a tougher anti-homosexuality law in March 2026, which increased the prison sentence for same-sex relations to 5-10 years. This law has led to over 100 arrests since February, intensified police scrutiny, and a wave of fear, with individuals being targeted through phone messages and social networks. The crackdown is fueled by religious and political rhetoric, conflating homosexuality with criminal activity and public health risks.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w.org/fr/news/2026/10/12/senegal-une-repression-brutale-bafoue-les-droits-des-personnes-lgbt" TargetMode="External"/><Relationship Id="rId10" Type="http://schemas.openxmlformats.org/officeDocument/2006/relationships/hyperlink" Target="https://www.kaweru.com/politique-societe/2026/10/12/senegal-human-rights-watch-alerte-sur-la-repression-des-personnes-lgbt/" TargetMode="External"/><Relationship Id="rId11" Type="http://schemas.openxmlformats.org/officeDocument/2006/relationships/hyperlink" Target="https://www.hrw.org/news/2026/10/12/senegal-brutal-crackdown-violates-lgbt-peoples-rights" TargetMode="External"/><Relationship Id="rId12" Type="http://schemas.openxmlformats.org/officeDocument/2006/relationships/hyperlink" Target="https://lesnouvellesdafrique.info/2026/10/12/senegal-human-rights-watch-denonce-la-repression-des-personnes-lgbt-a-lapproche-des-jo-de-la-jeunesse/" TargetMode="External"/><Relationship Id="rId13" Type="http://schemas.openxmlformats.org/officeDocument/2006/relationships/hyperlink" Target="https://www.washingtonpost.com/world/2026/10/12/senegal-lgbtq-crackdown/99970a0a-c624-11f1-aefb-abe4112d087e_story.html" TargetMode="External"/><Relationship Id="rId14" Type="http://schemas.openxmlformats.org/officeDocument/2006/relationships/hyperlink" Target="https://www.lemonde.fr/en/international/article/2026/07/12/if-they-catch-me-it-s-over-for-me-senegal-s-lgbtq-community-lives-in-daily-fear-of-repression_6755411_4.html" TargetMode="External"/><Relationship Id="rId15" Type="http://schemas.openxmlformats.org/officeDocument/2006/relationships/hyperlink" Target="https://www.seneweb.com/fr/news/Societe/droits-humains-human-rights-watch-denonce-une-repression-brutale-anti-lgbt-au-senegal-a-lapproche-des-joj_n_99900043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