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Sandi Toksvig reveals death threats after coming out in 1994</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Sandi Toksvig has described the frightening backlash that followed her coming out, saying death threats forced her family into hiding. Speaking at Cheltenham Literary Festival, the comedian and author also addressed ongoing homophobia, media representation and her new novel, Friends of Dorothy.</w:t>
      </w:r>
      <w:r/>
    </w:p>
    <w:p>
      <w:pPr>
        <w:pStyle w:val="Heading2"/>
      </w:pPr>
      <w:r>
        <w:t>Essential Takeaways</w:t>
      </w:r>
      <w:r/>
      <w:r/>
    </w:p>
    <w:p>
      <w:pPr>
        <w:pStyle w:val="ListBullet"/>
        <w:spacing w:line="240" w:lineRule="auto"/>
        <w:ind w:left="720"/>
      </w:pPr>
      <w:r/>
      <w:r>
        <w:rPr>
          <w:b/>
        </w:rPr>
        <w:t>Immediate danger:</w:t>
      </w:r>
      <w:r>
        <w:t xml:space="preserve"> Toksvig said death threats began soon after she came out in 1994.</w:t>
      </w:r>
      <w:r/>
    </w:p>
    <w:p>
      <w:pPr>
        <w:pStyle w:val="ListBullet"/>
        <w:spacing w:line="240" w:lineRule="auto"/>
        <w:ind w:left="720"/>
      </w:pPr>
      <w:r/>
      <w:r>
        <w:rPr>
          <w:b/>
        </w:rPr>
        <w:t>Family forced into hiding:</w:t>
      </w:r>
      <w:r>
        <w:t xml:space="preserve"> She said relatives had to disappear temporarily for their safety.</w:t>
      </w:r>
      <w:r/>
    </w:p>
    <w:p>
      <w:pPr>
        <w:pStyle w:val="ListBullet"/>
        <w:spacing w:line="240" w:lineRule="auto"/>
        <w:ind w:left="720"/>
      </w:pPr>
      <w:r/>
      <w:r>
        <w:rPr>
          <w:b/>
        </w:rPr>
        <w:t>Threats continued:</w:t>
      </w:r>
      <w:r>
        <w:t xml:space="preserve"> Toksvig said she was still receiving threats years later.</w:t>
      </w:r>
      <w:r/>
    </w:p>
    <w:p>
      <w:pPr>
        <w:pStyle w:val="ListBullet"/>
        <w:spacing w:line="240" w:lineRule="auto"/>
        <w:ind w:left="720"/>
      </w:pPr>
      <w:r/>
      <w:r>
        <w:rPr>
          <w:b/>
        </w:rPr>
        <w:t>Wedding security:</w:t>
      </w:r>
      <w:r>
        <w:t xml:space="preserve"> She and Debbie Toksvig had police protection when they married in 2014.</w:t>
      </w:r>
      <w:r/>
    </w:p>
    <w:p>
      <w:pPr>
        <w:pStyle w:val="ListBullet"/>
        <w:spacing w:line="240" w:lineRule="auto"/>
        <w:ind w:left="720"/>
      </w:pPr>
      <w:r/>
      <w:r>
        <w:rPr>
          <w:b/>
        </w:rPr>
        <w:t>A different kind of lesbian story:</w:t>
      </w:r>
      <w:r>
        <w:t xml:space="preserve"> Her novel Friends of Dorothy centres on women who love each other without turning them into victims.</w:t>
      </w:r>
      <w:r/>
      <w:r/>
    </w:p>
    <w:p>
      <w:pPr>
        <w:pStyle w:val="Heading2"/>
      </w:pPr>
      <w:r>
        <w:t>The threats began almost overnight</w:t>
      </w:r>
      <w:r/>
    </w:p>
    <w:p>
      <w:r/>
      <w:r>
        <w:t>The most chilling part of Sandi Toksvig's story is how quickly ordinary life changed. Speaking at Cheltenham Literary Festival, the presenter, comedian and author said death threats arrived immediately after she came out, leaving her family in hiding and turning a personal revelation into a security crisis.</w:t>
      </w:r>
      <w:r/>
    </w:p>
    <w:p>
      <w:r/>
      <w:r>
        <w:t>Toksvig, now 68, recalled the experience with characteristic humour, joking that her sexuality may have been apparent partly because of her shoes and partly because of her “tremendous ability with power tools”. The line is funny, but the danger behind it is unmistakably serious.</w:t>
      </w:r>
      <w:r/>
    </w:p>
    <w:p>
      <w:r/>
      <w:r>
        <w:t>According to The PinkNews, Toksvig said the hostility followed her for decades. When she returned to Cambridge three years ago, she said she was still regularly receiving death threats because she was a lesbian.</w:t>
      </w:r>
      <w:r/>
    </w:p>
    <w:p>
      <w:pPr>
        <w:pStyle w:val="Heading2"/>
      </w:pPr>
      <w:r>
        <w:t>Coming out carried a heavy price</w:t>
      </w:r>
      <w:r/>
    </w:p>
    <w:p>
      <w:r/>
      <w:r>
        <w:t>Toksvig also described how homophobia affected her time at Cambridge. After another woman spent the night in her room, she said she almost faced expulsion from her college at the end of her first year.</w:t>
      </w:r>
      <w:r/>
    </w:p>
    <w:p>
      <w:r/>
      <w:r>
        <w:t>That memory sits alongside a later, more public example of the risks she and her wife faced. Toksvig and Debbie Toksvig married in 2014, but required police protection on their wedding day, according to the festival remarks reported by The PinkNews.</w:t>
      </w:r>
      <w:r/>
    </w:p>
    <w:p>
      <w:r/>
      <w:r>
        <w:t>For many readers, the details will feel painfully familiar, even if the scale is shocking. Coming out is often presented as a single moment of honesty, but Toksvig's experience shows how it can also involve family, housing, employment and personal safety.</w:t>
      </w:r>
      <w:r/>
    </w:p>
    <w:p>
      <w:pPr>
        <w:pStyle w:val="Heading2"/>
      </w:pPr>
      <w:r>
        <w:t>Why Toksvig still speaks out</w:t>
      </w:r>
      <w:r/>
    </w:p>
    <w:p>
      <w:r/>
      <w:r>
        <w:t>Toksvig said she still feels she has to “stand up and be counted” because homophobic hate crime, alongside hate crime more broadly, is rising. Her comments offer a reminder that visibility isn't simply a celebrity responsibility or a cultural trend. For some people, being visible remains an act of resistance.</w:t>
      </w:r>
      <w:r/>
    </w:p>
    <w:p>
      <w:r/>
      <w:r>
        <w:t>She was also sharply critical of lesbian representation on screen. Toksvig argued that lesbian characters are too often portrayed as serial killers or killed off, pointing to a familiar pattern in television dramas where queer women are denied a hopeful future.</w:t>
      </w:r>
      <w:r/>
    </w:p>
    <w:p>
      <w:r/>
      <w:r>
        <w:t>It's an old storytelling habit, but it still lands badly. When audiences repeatedly see lesbian characters punished, killed or reduced to tragedy, the message can feel less like drama and more like a narrow limit on who gets to have a full life.</w:t>
      </w:r>
      <w:r/>
    </w:p>
    <w:p>
      <w:pPr>
        <w:pStyle w:val="Heading2"/>
      </w:pPr>
      <w:r>
        <w:t>Friends of Dorothy offers a happier ending</w:t>
      </w:r>
      <w:r/>
    </w:p>
    <w:p>
      <w:r/>
      <w:r>
        <w:t>Toksvig's new book, Friends of Dorothy, takes its title from an old expression for a gay person. The novel explores the families people create for themselves, including chosen families and relationships shaped by separation, fostering and change.</w:t>
      </w:r>
      <w:r/>
    </w:p>
    <w:p>
      <w:r/>
      <w:r>
        <w:t>The story follows Amber and Stevie, a young couple whose relationship sits at its centre. Book listings from Goodreads, Shakespeare and Company, Ernster and Awesome Books describe the title as a contemporary novel by Toksvig, published by Virago.</w:t>
      </w:r>
      <w:r/>
    </w:p>
    <w:p>
      <w:r/>
      <w:r>
        <w:t>Most importantly, Toksvig has made the ending clear: the women in her story love each other, and they don't die or kill anyone. That playful promise is also a pointed correction to the familiar “bury your gays” tradition.</w:t>
      </w:r>
      <w:r/>
    </w:p>
    <w:p>
      <w:pPr>
        <w:pStyle w:val="Heading2"/>
      </w:pPr>
      <w:r>
        <w:t>A small rebellion with a big message</w:t>
      </w:r>
      <w:r/>
    </w:p>
    <w:p>
      <w:r/>
      <w:r>
        <w:t>There is something quietly radical about giving queer women an ordinary future. Not a doomed romance, not a shocking twist, not a cautionary tale, but a life with affection, complications and the possibility of joy.</w:t>
      </w:r>
      <w:r/>
    </w:p>
    <w:p>
      <w:r/>
      <w:r>
        <w:t>Toksvig's comments connect her personal history with that wider cultural argument. The threats she faced show why visibility can still be frightening; Friends of Dorothy suggests why telling better stories remains worthwhile.</w:t>
      </w:r>
      <w:r/>
    </w:p>
    <w:p>
      <w:r/>
      <w:r>
        <w:t>Her message is simple, but it carries weight: queer characters deserve to survive their own stories.</w:t>
      </w:r>
      <w:r/>
    </w:p>
    <w:p>
      <w:r/>
      <w:r>
        <w:t>It's a hopeful idea, and one that shouldn't feel revolutionary, but still does.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Paragraph 9: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1">
        <w:r>
          <w:rPr>
            <w:color w:val="0000EE"/>
            <w:u w:val="single"/>
          </w:rPr>
          <w:t>[4]</w:t>
        </w:r>
      </w:hyperlink>
      <w:r>
        <w:t xml:space="preserve">, </w:t>
      </w:r>
      <w:hyperlink r:id="rId12">
        <w:r>
          <w:rPr>
            <w:color w:val="0000EE"/>
            <w:u w:val="single"/>
          </w:rPr>
          <w:t>[5]</w:t>
        </w:r>
      </w:hyperlink>
      <w:r>
        <w:t xml:space="preserve">- Paragraph 13: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https://www.thepinknews.com/2026/10/12/sandi-toksvig-threats-1994/</w:t>
        </w:r>
      </w:hyperlink>
      <w:r>
        <w:t xml:space="preserve"> - Please view link - unable to able to access data</w:t>
      </w:r>
      <w:r/>
    </w:p>
    <w:p>
      <w:pPr>
        <w:pStyle w:val="ListNumber"/>
        <w:spacing w:line="240" w:lineRule="auto"/>
        <w:ind w:left="720"/>
      </w:pPr>
      <w:r/>
      <w:hyperlink r:id="rId9">
        <w:r>
          <w:rPr>
            <w:color w:val="0000EE"/>
            <w:u w:val="single"/>
          </w:rPr>
          <w:t>https://www.thepinknews.com/2026/10/12/sandi-toksvig-threats-1994/</w:t>
        </w:r>
      </w:hyperlink>
      <w:r>
        <w:t xml:space="preserve"> - Sandi Toksvig revealed that after coming out in 1994, she received immediate death threats, leading her family to go into hiding. She recounted facing expulsion from her Cambridge college after another woman spent the night in her room. Despite returning to Cambridge years later, she continued to receive death threats for being a lesbian. Toksvig and her wife, Debbie, had police protection on their wedding day in 2014. She expressed concern over the rise in homophobic hate crimes and the lack of positive media representation for lesbians.</w:t>
      </w:r>
      <w:r/>
    </w:p>
    <w:p>
      <w:pPr>
        <w:pStyle w:val="ListNumber"/>
        <w:spacing w:line="240" w:lineRule="auto"/>
        <w:ind w:left="720"/>
      </w:pPr>
      <w:r/>
      <w:hyperlink r:id="rId10">
        <w:r>
          <w:rPr>
            <w:color w:val="0000EE"/>
            <w:u w:val="single"/>
          </w:rPr>
          <w:t>https://celebrity.land/en/article/sandi-toksvig-recalls-coming-out-as-gay-and-facing-death-threats/</w:t>
        </w:r>
      </w:hyperlink>
      <w:r>
        <w:t xml:space="preserve"> - Sandi Toksvig shared her experience of coming out as gay in 1994, which led to immediate death threats and forced her family into hiding. She discussed the impact of this hostility on her life, including facing expulsion from her Cambridge college after another woman spent the night in her room. Toksvig also highlighted the ongoing issue of homophobic hate crimes and the lack of positive media representation for lesbians.</w:t>
      </w:r>
      <w:r/>
    </w:p>
    <w:p>
      <w:pPr>
        <w:pStyle w:val="ListNumber"/>
        <w:spacing w:line="240" w:lineRule="auto"/>
        <w:ind w:left="720"/>
      </w:pPr>
      <w:r/>
      <w:hyperlink r:id="rId11">
        <w:r>
          <w:rPr>
            <w:color w:val="0000EE"/>
            <w:u w:val="single"/>
          </w:rPr>
          <w:t>https://www.goodreads.com/book/show/203627418-friends-of-dorothy</w:t>
        </w:r>
      </w:hyperlink>
      <w:r>
        <w:t xml:space="preserve"> - Friends of Dorothy is a novel by Sandi Toksvig, published in 2024. The story follows a young married couple, Amber and Stevie, who find their dream home in Grimaldi Square. However, they encounter unexpected challenges when the former owner, eighty-year-old Dorothy, refuses to leave. The novel explores themes of chosen family and the complexities of relationships, reflecting Toksvig's personal experiences and perspectives.</w:t>
      </w:r>
      <w:r/>
    </w:p>
    <w:p>
      <w:pPr>
        <w:pStyle w:val="ListNumber"/>
        <w:spacing w:line="240" w:lineRule="auto"/>
        <w:ind w:left="720"/>
      </w:pPr>
      <w:r/>
      <w:hyperlink r:id="rId12">
        <w:r>
          <w:rPr>
            <w:color w:val="0000EE"/>
            <w:u w:val="single"/>
          </w:rPr>
          <w:t>https://www.shakespeareandcompany.com/books/friends-of-dorothy-3</w:t>
        </w:r>
      </w:hyperlink>
      <w:r>
        <w:t xml:space="preserve"> - Friends of Dorothy is a novel by Sandi Toksvig, published in 2024. The story follows a young married couple, Amber and Stevie, who find their dream home in Grimaldi Square. However, they encounter unexpected challenges when the former owner, eighty-year-old Dorothy, refuses to leave. The novel explores themes of chosen family and the complexities of relationships, reflecting Toksvig's personal experiences and perspectives.</w:t>
      </w:r>
      <w:r/>
    </w:p>
    <w:p>
      <w:pPr>
        <w:pStyle w:val="ListNumber"/>
        <w:spacing w:line="240" w:lineRule="auto"/>
        <w:ind w:left="720"/>
      </w:pPr>
      <w:r/>
      <w:hyperlink r:id="rId13">
        <w:r>
          <w:rPr>
            <w:color w:val="0000EE"/>
            <w:u w:val="single"/>
          </w:rPr>
          <w:t>https://www.ernster.com/en/detail/ISBN-9780349019017/Toksvig-Sandi/Friends-of-Dorothy</w:t>
        </w:r>
      </w:hyperlink>
      <w:r>
        <w:t xml:space="preserve"> - Friends of Dorothy is a novel by Sandi Toksvig, published in 2024. The story follows a young married couple, Amber and Stevie, who find their dream home in Grimaldi Square. However, they encounter unexpected challenges when the former owner, eighty-year-old Dorothy, refuses to leave. The novel explores themes of chosen family and the complexities of relationships, reflecting Toksvig's personal experiences and perspectives.</w:t>
      </w:r>
      <w:r/>
    </w:p>
    <w:p>
      <w:pPr>
        <w:pStyle w:val="ListNumber"/>
        <w:spacing w:line="240" w:lineRule="auto"/>
        <w:ind w:left="720"/>
      </w:pPr>
      <w:r/>
      <w:hyperlink r:id="rId14">
        <w:r>
          <w:rPr>
            <w:color w:val="0000EE"/>
            <w:u w:val="single"/>
          </w:rPr>
          <w:t>https://www.awesomebooks.com/book/9780349019017/friends-of-dorothy</w:t>
        </w:r>
      </w:hyperlink>
      <w:r>
        <w:t xml:space="preserve"> - Friends of Dorothy is a novel by Sandi Toksvig, published in 2024. The story follows a young married couple, Amber and Stevie, who find their dream home in Grimaldi Square. However, they encounter unexpected challenges when the former owner, eighty-year-old Dorothy, refuses to leave. The novel explores themes of chosen family and the complexities of relationships, reflecting Toksvig's personal experiences and perspectives.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10/12/sandi-toksvig-threats-1994/" TargetMode="External"/><Relationship Id="rId10" Type="http://schemas.openxmlformats.org/officeDocument/2006/relationships/hyperlink" Target="https://celebrity.land/en/article/sandi-toksvig-recalls-coming-out-as-gay-and-facing-death-threats/" TargetMode="External"/><Relationship Id="rId11" Type="http://schemas.openxmlformats.org/officeDocument/2006/relationships/hyperlink" Target="https://www.goodreads.com/book/show/203627418-friends-of-dorothy" TargetMode="External"/><Relationship Id="rId12" Type="http://schemas.openxmlformats.org/officeDocument/2006/relationships/hyperlink" Target="https://www.shakespeareandcompany.com/books/friends-of-dorothy-3" TargetMode="External"/><Relationship Id="rId13" Type="http://schemas.openxmlformats.org/officeDocument/2006/relationships/hyperlink" Target="https://www.ernster.com/en/detail/ISBN-9780349019017/Toksvig-Sandi/Friends-of-Dorothy" TargetMode="External"/><Relationship Id="rId14" Type="http://schemas.openxmlformats.org/officeDocument/2006/relationships/hyperlink" Target="https://www.awesomebooks.com/book/9780349019017/friends-of-doroth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