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Orlando Pride 2026: Parade, Fireworks and Road Closures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 is getting ready for Come Out With Pride on Saturday, 17 October, with a free day of entertainment at Lake Eola Park, a colourful downtown parade and a fireworks finale. The celebration is expected to draw a huge crowd, so visitors and drivers should plan ahead for busy streets and lengthy closures.</w:t>
      </w:r>
      <w:r/>
    </w:p>
    <w:p>
      <w:pPr>
        <w:pStyle w:val="Heading2"/>
      </w:pPr>
      <w:r>
        <w:t>Essential Takeaways</w:t>
      </w:r>
      <w:r/>
      <w:r/>
    </w:p>
    <w:p>
      <w:pPr>
        <w:pStyle w:val="ListBullet"/>
        <w:spacing w:line="240" w:lineRule="auto"/>
        <w:ind w:left="720"/>
      </w:pPr>
      <w:r/>
      <w:r>
        <w:rPr>
          <w:b/>
        </w:rPr>
        <w:t>Festival hours:</w:t>
      </w:r>
      <w:r>
        <w:t xml:space="preserve"> The free event runs from noon until 10pm at Lake Eola Park.</w:t>
      </w:r>
      <w:r/>
    </w:p>
    <w:p>
      <w:pPr>
        <w:pStyle w:val="ListBullet"/>
        <w:spacing w:line="240" w:lineRule="auto"/>
        <w:ind w:left="720"/>
      </w:pPr>
      <w:r/>
      <w:r>
        <w:rPr>
          <w:b/>
        </w:rPr>
        <w:t>Parade timing:</w:t>
      </w:r>
      <w:r>
        <w:t xml:space="preserve"> The Most Colorful Parade takes place from 4pm to 6pm.</w:t>
      </w:r>
      <w:r/>
    </w:p>
    <w:p>
      <w:pPr>
        <w:pStyle w:val="ListBullet"/>
        <w:spacing w:line="240" w:lineRule="auto"/>
        <w:ind w:left="720"/>
      </w:pPr>
      <w:r/>
      <w:r>
        <w:rPr>
          <w:b/>
        </w:rPr>
        <w:t>What to expect:</w:t>
      </w:r>
      <w:r>
        <w:t xml:space="preserve"> Live music, drag performances, food stalls, merchandise and family-friendly activities.</w:t>
      </w:r>
      <w:r/>
    </w:p>
    <w:p>
      <w:pPr>
        <w:pStyle w:val="ListBullet"/>
        <w:spacing w:line="240" w:lineRule="auto"/>
        <w:ind w:left="720"/>
      </w:pPr>
      <w:r/>
      <w:r>
        <w:rPr>
          <w:b/>
        </w:rPr>
        <w:t>Key closures:</w:t>
      </w:r>
      <w:r>
        <w:t xml:space="preserve"> East Central Boulevard and North Eola Drive will be closed for extended periods.</w:t>
      </w:r>
      <w:r/>
    </w:p>
    <w:p>
      <w:pPr>
        <w:pStyle w:val="ListBullet"/>
        <w:spacing w:line="240" w:lineRule="auto"/>
        <w:ind w:left="720"/>
      </w:pPr>
      <w:r/>
      <w:r>
        <w:rPr>
          <w:b/>
        </w:rPr>
        <w:t>Travel advice:</w:t>
      </w:r>
      <w:r>
        <w:t xml:space="preserve"> Expect delays around Lake Eola and allow extra time, particularly during the parade.</w:t>
      </w:r>
      <w:r/>
      <w:r/>
    </w:p>
    <w:p>
      <w:pPr>
        <w:pStyle w:val="Heading2"/>
      </w:pPr>
      <w:r>
        <w:t>Orlando Pride returns with a full day of colour</w:t>
      </w:r>
      <w:r/>
    </w:p>
    <w:p>
      <w:r/>
      <w:r>
        <w:t>Lake Eola Park will be the centre of Orlando's Pride celebrations on Saturday, with entertainment running from midday into the evening. Visitors can expect a lively mix of performances, food vendors, community activities and stalls, followed by fireworks reflected across the lake. Event listings from Pride365 and UNATION also highlight the festival's broad programme and free entry.</w:t>
      </w:r>
      <w:r/>
    </w:p>
    <w:p>
      <w:r/>
      <w:r>
        <w:t>The headline moment is the Most Colorful Parade, scheduled for 4pm to 6pm. It will begin near Washington Street and Orange Avenue before moving through downtown towards the park, bringing floats, performers and plenty of spectators onto the streets. For many attendees, that combination of a big city parade and a relaxed lakeside festival is what makes the event feel so distinctive.</w:t>
      </w:r>
      <w:r/>
    </w:p>
    <w:p>
      <w:pPr>
        <w:pStyle w:val="Heading2"/>
      </w:pPr>
      <w:r>
        <w:t>Why this year's event could be especially busy</w:t>
      </w:r>
      <w:r/>
    </w:p>
    <w:p>
      <w:r/>
      <w:r>
        <w:t>More than 230,000 people attended last year's celebration, according to event information reported by Bungalower. That scale makes Come Out With Pride one of the Southeast's largest Pride gatherings, and it also means that arriving early is likely to be a far more comfortable option than trying to squeeze in at the last minute.</w:t>
      </w:r>
      <w:r/>
    </w:p>
    <w:p>
      <w:r/>
      <w:r>
        <w:t>The official Come Out With Pride website presents the event as a city-wide celebration, while Inclusivity and Pride365 list it among Orlando's major annual Pride occasions. In practical terms, visitors should expect crowded paths around Lake Eola, busy pavements along the parade route and queues at popular food and drink stands. Comfortable shoes won't be glamorous, perhaps, but they'll earn their keep.</w:t>
      </w:r>
      <w:r/>
    </w:p>
    <w:p>
      <w:pPr>
        <w:pStyle w:val="Heading2"/>
      </w:pPr>
      <w:r>
        <w:t>Road closures will begin before the parade</w:t>
      </w:r>
      <w:r/>
    </w:p>
    <w:p>
      <w:r/>
      <w:r>
        <w:t>East Central Boulevard, between North Rosalind Avenue and North Eola Drive, is due to close from 7am until 10pm on Saturday. North Eola Drive, between East Robinson Street and East Washington Street, will close from 8pm on Thursday, 15 October, until 4am on Sunday, 18 October, according to Orlando's official road-closure information.</w:t>
      </w:r>
      <w:r/>
    </w:p>
    <w:p>
      <w:r/>
      <w:r>
        <w:t>Further restrictions will affect sections of North Orange Avenue, East Robinson Street and North Rosalind Avenue, as well as nearby roads along the parade route. Orlando's public notices are the best place to check the latest details, particularly if you're travelling into the city rather than simply walking from nearby accommodation.</w:t>
      </w:r>
      <w:r/>
    </w:p>
    <w:p>
      <w:r/>
      <w:r>
        <w:t>These closures aren't limited to the two-hour parade window. Road preparation, crowd management and the post-event clear-up all extend the disruption, so drivers should avoid treating the afternoon schedule as the whole story.</w:t>
      </w:r>
      <w:r/>
    </w:p>
    <w:p>
      <w:pPr>
        <w:pStyle w:val="Heading2"/>
      </w:pPr>
      <w:r>
        <w:t>The easiest way to get around on the day</w:t>
      </w:r>
      <w:r/>
    </w:p>
    <w:p>
      <w:r/>
      <w:r>
        <w:t>If you're driving, build in extra time and expect diversions around Lake Eola. Parking close to the park may be limited, and traffic is likely to become more difficult as the parade approaches. Checking Orlando's road-closure page before leaving is a sensible first step, especially for anyone travelling with children or on a tight timetable.</w:t>
      </w:r>
      <w:r/>
    </w:p>
    <w:p>
      <w:r/>
      <w:r>
        <w:t>Public transport, walking or being dropped off outside the busiest zone may be less stressful than circling for a parking space. Event listings from Festivals in America and UNATION provide additional timing and attendance information, but conditions on the ground can change quickly during a large outdoor event.</w:t>
      </w:r>
      <w:r/>
    </w:p>
    <w:p>
      <w:r/>
      <w:r>
        <w:t>A small practical tip: choose a meeting point away from the densest part of the park. Mobile signals and messages can become unreliable in a crowd, and a clear landmark is much easier to find than a vague promise to meet "near the stage".</w:t>
      </w:r>
      <w:r/>
    </w:p>
    <w:p>
      <w:pPr>
        <w:pStyle w:val="Heading2"/>
      </w:pPr>
      <w:r>
        <w:t>Fireworks bring the celebration to a bright finish</w:t>
      </w:r>
      <w:r/>
    </w:p>
    <w:p>
      <w:r/>
      <w:r>
        <w:t>The festival is due to continue until 10pm, with fireworks over Lake Eola providing the evening finale. That gives visitors plenty of time to enjoy the daytime parade, browse the stalls and settle in for the closing display rather than rushing away as soon as the procession ends.</w:t>
      </w:r>
      <w:r/>
    </w:p>
    <w:p>
      <w:r/>
      <w:r>
        <w:t>For the latest programme information, accessibility guidance and event updates, check ComeOutWithPride.org. Drivers should also consult Orlando.gov for current closure notices, as timings and affected streets can change as the weekend approaches.</w:t>
      </w:r>
      <w:r/>
    </w:p>
    <w:p>
      <w:r/>
      <w:r>
        <w:t>The simplest plan is the best one: arrive early, travel light and leave extra time for the journey home. Orlando Pride is built for celebration, but the city streets will need a little patience too.</w:t>
      </w:r>
      <w:r/>
    </w:p>
    <w:p>
      <w:r/>
      <w:r>
        <w:t>It's a colourful day out, and a little planning will help keep the focus on the fun.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5">
        <w:r>
          <w:rPr>
            <w:color w:val="0000EE"/>
            <w:u w:val="single"/>
          </w:rPr>
          <w:t>[5]</w:t>
        </w:r>
      </w:hyperlink>
      <w:r>
        <w:t xml:space="preserve">, </w:t>
      </w:r>
      <w:hyperlink r:id="rId11">
        <w:r>
          <w:rPr>
            <w:color w:val="0000EE"/>
            <w:u w:val="single"/>
          </w:rPr>
          <w:t>[4]</w:t>
        </w:r>
      </w:hyperlink>
      <w:r>
        <w:t xml:space="preserve">- Paragraph 5: </w:t>
      </w:r>
      <w:hyperlink r:id="rId15">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5">
        <w:r>
          <w:rPr>
            <w:color w:val="0000EE"/>
            <w:u w:val="single"/>
          </w:rPr>
          <w:t>[5]</w:t>
        </w:r>
      </w:hyperlink>
      <w:r>
        <w:t xml:space="preserve">, </w:t>
      </w:r>
      <w:hyperlink r:id="rId13">
        <w:r>
          <w:rPr>
            <w:color w:val="0000EE"/>
            <w:u w:val="single"/>
          </w:rPr>
          <w:t>[7]</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11">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https://bungalower.com/2026/10/12/orlando-pride-returns-saturday-bringing-a-parade-fireworks-and-road-closures/</w:t>
        </w:r>
      </w:hyperlink>
      <w:r>
        <w:t xml:space="preserve"> - Please view link - unable to able to access data</w:t>
      </w:r>
      <w:r/>
    </w:p>
    <w:p>
      <w:pPr>
        <w:pStyle w:val="ListNumber"/>
        <w:spacing w:line="240" w:lineRule="auto"/>
        <w:ind w:left="720"/>
      </w:pPr>
      <w:r/>
      <w:hyperlink r:id="rId10">
        <w:r>
          <w:rPr>
            <w:color w:val="0000EE"/>
            <w:u w:val="single"/>
          </w:rPr>
          <w:t>https://pride365.org/event/come-out-with-pride-orlando/</w:t>
        </w:r>
      </w:hyperlink>
      <w:r>
        <w:t xml:space="preserve"> - Come Out With Pride Orlando is a free festival held on October 17, 2026, at Lake Eola Park in Orlando, Florida. The event runs from noon to 10 p.m. and features the Most Colorful Parade from 4 to 6 p.m. Attendees can expect live entertainment, drag performances, food and merchandise vendors, family-friendly activities, and fireworks over Lake Eola. The festival is organised by Come Out With Pride, Inc., a nonprofit dedicated to celebrating and empowering the LGBTQIA+ community. In 2025, the event attracted over 230,000 attendees, making it one of the largest Pride celebrations in the Southeast and the biggest single-day event in Central Florida.</w:t>
      </w:r>
      <w:r/>
    </w:p>
    <w:p>
      <w:pPr>
        <w:pStyle w:val="ListNumber"/>
        <w:spacing w:line="240" w:lineRule="auto"/>
        <w:ind w:left="720"/>
      </w:pPr>
      <w:r/>
      <w:hyperlink r:id="rId12">
        <w:r>
          <w:rPr>
            <w:color w:val="0000EE"/>
            <w:u w:val="single"/>
          </w:rPr>
          <w:t>https://www.inclusivity.org/pride/come-out-with-pride-orlando</w:t>
        </w:r>
      </w:hyperlink>
      <w:r>
        <w:t xml:space="preserve"> - Come Out With Pride Orlando is Orlando's main Pride celebration, held each October at Lake Eola Park in downtown Orlando. The one-day event combines a festival running from noon into the evening with an afternoon parade. The organisation also hosts events during the year, including gatherings for trans and nonbinary families. The event drew more than 230,000 people in 2025, and the group describes it as one of the largest Pride events in the Southeast and the biggest single-day event in Central Florida.</w:t>
      </w:r>
      <w:r/>
    </w:p>
    <w:p>
      <w:pPr>
        <w:pStyle w:val="ListNumber"/>
        <w:spacing w:line="240" w:lineRule="auto"/>
        <w:ind w:left="720"/>
      </w:pPr>
      <w:r/>
      <w:hyperlink r:id="rId11">
        <w:r>
          <w:rPr>
            <w:color w:val="0000EE"/>
            <w:u w:val="single"/>
          </w:rPr>
          <w:t>https://comeoutwithpride.org/</w:t>
        </w:r>
      </w:hyperlink>
      <w:r>
        <w:t xml:space="preserve"> - Come Out With Pride, Inc., the nonprofit behind Orlando’s LGBTQIA+ community celebrations, brings people together for celebration, connection, and empowerment. Every October, around National Coming Out Day, they create a space where people can shine as their true selves. With over 230,000 attendees in 2025, COWP has grown into one of the largest Pride celebrations in the Southeast and the biggest single-day event in Central Florida. The event features the Most Colorful Parade, live performances, a marketplace, and a fireworks finale.</w:t>
      </w:r>
      <w:r/>
    </w:p>
    <w:p>
      <w:pPr>
        <w:pStyle w:val="ListNumber"/>
        <w:spacing w:line="240" w:lineRule="auto"/>
        <w:ind w:left="720"/>
      </w:pPr>
      <w:r/>
      <w:hyperlink r:id="rId15">
        <w:r>
          <w:rPr>
            <w:color w:val="0000EE"/>
            <w:u w:val="single"/>
          </w:rPr>
          <w:t>https://www.orlando.gov/Parking-Transportation/View-Road-Closures?dlv_ORL+Road+Closures+Listing=%28dd_OC+Public+Notice+Categories%3DSpecial+Event+Road+Closure%29</w:t>
        </w:r>
      </w:hyperlink>
      <w:r>
        <w:t xml:space="preserve"> - The City of Orlando has announced road closures for the Come Out With Pride Parade and Festival, scheduled from Thursday, October 15, 2026, to Sunday, October 18, 2026. To safely host the event, roads near downtown and Lake Eola Park will be impacted. Specific closures include East Central Boulevard between North Rosalind Avenue and North Eola Drive, and North Eola Drive between East Robinson and East Washington streets. Additional closures will affect North Orange Avenue, East Robinson Street, North Rosalind Avenue, and surrounding streets along the parade route. Drivers should expect delays around Lake Eola and allow extra travel time.</w:t>
      </w:r>
      <w:r/>
    </w:p>
    <w:p>
      <w:pPr>
        <w:pStyle w:val="ListNumber"/>
        <w:spacing w:line="240" w:lineRule="auto"/>
        <w:ind w:left="720"/>
      </w:pPr>
      <w:r/>
      <w:hyperlink r:id="rId14">
        <w:r>
          <w:rPr>
            <w:color w:val="0000EE"/>
            <w:u w:val="single"/>
          </w:rPr>
          <w:t>https://www.festivalsinamerica.com/festival/come-out-with-pride-orlando</w:t>
        </w:r>
      </w:hyperlink>
      <w:r>
        <w:t xml:space="preserve"> - Come Out With Pride Orlando transforms Lake Eola Park into a sea of rainbow colour every October. Central Florida's largest LGBTQ+ celebration pairs a full day of live music, drag, community booths, and family fun with the marquee Pride Parade around the lake, capped by fireworks over the water. Free and open to all, it draws well over 200,000 people in a joyful, defiant celebration of love, visibility, and inclusion. The 2026 event is scheduled for October 17, 2026.</w:t>
      </w:r>
      <w:r/>
    </w:p>
    <w:p>
      <w:pPr>
        <w:pStyle w:val="ListNumber"/>
        <w:spacing w:line="240" w:lineRule="auto"/>
        <w:ind w:left="720"/>
      </w:pPr>
      <w:r/>
      <w:hyperlink r:id="rId13">
        <w:r>
          <w:rPr>
            <w:color w:val="0000EE"/>
            <w:u w:val="single"/>
          </w:rPr>
          <w:t>https://www.unation.com/event/come-out-with-pride-71098278/</w:t>
        </w:r>
      </w:hyperlink>
      <w:r>
        <w:t xml:space="preserve"> - Come Out With Pride Orlando is a free festival held on October 17, 2026, at Lake Eola Park in Orlando, Florida. The event features the Most Colorful Parade, live entertainment, local vendors, food, and a fireworks finale. The celebration wraps up with a spectacular fireworks finale, making it a can’t-miss day of Pride in the heart of Orlando. The event is family-friendly and open to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ngalower.com/2026/10/12/orlando-pride-returns-saturday-bringing-a-parade-fireworks-and-road-closures/" TargetMode="External"/><Relationship Id="rId10" Type="http://schemas.openxmlformats.org/officeDocument/2006/relationships/hyperlink" Target="https://pride365.org/event/come-out-with-pride-orlando/" TargetMode="External"/><Relationship Id="rId11" Type="http://schemas.openxmlformats.org/officeDocument/2006/relationships/hyperlink" Target="https://comeoutwithpride.org/" TargetMode="External"/><Relationship Id="rId12" Type="http://schemas.openxmlformats.org/officeDocument/2006/relationships/hyperlink" Target="https://www.inclusivity.org/pride/come-out-with-pride-orlando" TargetMode="External"/><Relationship Id="rId13" Type="http://schemas.openxmlformats.org/officeDocument/2006/relationships/hyperlink" Target="https://www.unation.com/event/come-out-with-pride-71098278/" TargetMode="External"/><Relationship Id="rId14" Type="http://schemas.openxmlformats.org/officeDocument/2006/relationships/hyperlink" Target="https://www.festivalsinamerica.com/festival/come-out-with-pride-orlando" TargetMode="External"/><Relationship Id="rId15" Type="http://schemas.openxmlformats.org/officeDocument/2006/relationships/hyperlink" Target="https://www.orlando.gov/Parking-Transportation/View-Road-Closures?dlv_ORL+Road+Closures+Listing=%28dd_OC+Public+Notice+Categories%3DSpecial+Event+Road+Closure%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