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Atlanta Pride Festival Guide After Weather Disruption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returned to Piedmont Park for Atlanta Pride after severe weather cancelled Saturday's programme, with the parade, live entertainment and community spirit making Sunday's comeback especially meaningful. Here's what visitors need to know about the Atlanta Pride Festival, including the revised schedule, key attractions and the welcoming atmosphere that keeps people coming back.</w:t>
      </w:r>
      <w:r/>
    </w:p>
    <w:p>
      <w:pPr>
        <w:pStyle w:val="Heading2"/>
      </w:pPr>
      <w:r>
        <w:t>Essential Takeaways</w:t>
      </w:r>
      <w:r/>
      <w:r/>
    </w:p>
    <w:p>
      <w:pPr>
        <w:pStyle w:val="ListBullet"/>
        <w:spacing w:line="240" w:lineRule="auto"/>
        <w:ind w:left="720"/>
      </w:pPr>
      <w:r/>
      <w:r>
        <w:rPr>
          <w:b/>
        </w:rPr>
        <w:t>Sunday brought the comeback:</w:t>
      </w:r>
      <w:r>
        <w:t xml:space="preserve"> Atlanta Pride resumed at Piedmont Park after Saturday's events were cancelled because of severe weather.</w:t>
      </w:r>
      <w:r/>
    </w:p>
    <w:p>
      <w:pPr>
        <w:pStyle w:val="ListBullet"/>
        <w:spacing w:line="240" w:lineRule="auto"/>
        <w:ind w:left="720"/>
      </w:pPr>
      <w:r/>
      <w:r>
        <w:rPr>
          <w:b/>
        </w:rPr>
        <w:t>The parade led the day:</w:t>
      </w:r>
      <w:r>
        <w:t xml:space="preserve"> The annual Atlanta Pride Parade began at noon, giving the festival its colourful, high-energy opening.</w:t>
      </w:r>
      <w:r/>
    </w:p>
    <w:p>
      <w:pPr>
        <w:pStyle w:val="ListBullet"/>
        <w:spacing w:line="240" w:lineRule="auto"/>
        <w:ind w:left="720"/>
      </w:pPr>
      <w:r/>
      <w:r>
        <w:rPr>
          <w:b/>
        </w:rPr>
        <w:t>Music filled two stages:</w:t>
      </w:r>
      <w:r>
        <w:t xml:space="preserve"> JT, Zee Machine, Cain Culto and the Starlight Cabaret were among the scheduled performers.</w:t>
      </w:r>
      <w:r/>
    </w:p>
    <w:p>
      <w:pPr>
        <w:pStyle w:val="ListBullet"/>
        <w:spacing w:line="240" w:lineRule="auto"/>
        <w:ind w:left="720"/>
      </w:pPr>
      <w:r/>
      <w:r>
        <w:rPr>
          <w:b/>
        </w:rPr>
        <w:t>The marketplace stayed open:</w:t>
      </w:r>
      <w:r>
        <w:t xml:space="preserve"> Festival stalls and community stands ran until 7pm, offering plenty to browse between performances.</w:t>
      </w:r>
      <w:r/>
    </w:p>
    <w:p>
      <w:pPr>
        <w:pStyle w:val="ListBullet"/>
        <w:spacing w:line="240" w:lineRule="auto"/>
        <w:ind w:left="720"/>
      </w:pPr>
      <w:r/>
      <w:r>
        <w:rPr>
          <w:b/>
        </w:rPr>
        <w:t>Safety came first:</w:t>
      </w:r>
      <w:r>
        <w:t xml:space="preserve"> Organisers said protecting attendees, performers and volunteers remained the priority after the weather disruption.</w:t>
      </w:r>
      <w:r/>
      <w:r/>
    </w:p>
    <w:p>
      <w:pPr>
        <w:pStyle w:val="Heading2"/>
      </w:pPr>
      <w:r>
        <w:t>Atlanta Pride returns with a determined Sunday celebration</w:t>
      </w:r>
      <w:r/>
    </w:p>
    <w:p>
      <w:r/>
      <w:r>
        <w:t>The strongest image from Atlanta Pride's return was one of resilience: crowds gathering at Piedmont Park, music preparing to roll across the grounds and the parade bringing colour back to Midtown. After Saturday's severe weather cancellation, Sunday's event became more than a festival day. It felt like a collective reset.</w:t>
      </w:r>
      <w:r/>
    </w:p>
    <w:p>
      <w:r/>
      <w:r>
        <w:t>FOX 5 Atlanta reported that organisers reshaped the entertainment programme to preserve performances across two stages. That practical change meant visitors still had a full day to enjoy, even after the original weekend schedule was interrupted.</w:t>
      </w:r>
      <w:r/>
    </w:p>
    <w:p>
      <w:r/>
      <w:r>
        <w:t>For first-time visitors, the atmosphere appeared especially reassuring. Attendee Gabriella described the event as a place where people could care for one another and grow together, while Milo highlighted its friendly, non-judgemental welcome.</w:t>
      </w:r>
      <w:r/>
    </w:p>
    <w:p>
      <w:pPr>
        <w:pStyle w:val="Heading2"/>
      </w:pPr>
      <w:r>
        <w:t>What to expect at Piedmont Park</w:t>
      </w:r>
      <w:r/>
    </w:p>
    <w:p>
      <w:r/>
      <w:r>
        <w:t>The revised programme centred on the Coca-Cola Main Stage, with performances from Zee Machine, Cain Culto and headliner JT. The Starlight Cabaret, featuring special guest Shea Couleé, added a theatrical flourish to the line-up.</w:t>
      </w:r>
      <w:r/>
    </w:p>
    <w:p>
      <w:r/>
      <w:r>
        <w:t>Atlanta Pride's official entertainment information gives visitors a useful starting point for planning, particularly if they want to move between live acts, community activities and the festival marketplace. Schedules can change, especially after weather delays, so checking official updates before setting off is sensible.</w:t>
      </w:r>
      <w:r/>
    </w:p>
    <w:p>
      <w:r/>
      <w:r>
        <w:t>The marketplace was scheduled to remain open until 7pm. That makes it an easy place to slow down between sets, browse stalls and support organisations and independent sellers, rather than treating the festival as a dash from one performance to the next.</w:t>
      </w:r>
      <w:r/>
    </w:p>
    <w:p>
      <w:pPr>
        <w:pStyle w:val="Heading2"/>
      </w:pPr>
      <w:r>
        <w:t>The parade remains Atlanta Pride's big visual moment</w:t>
      </w:r>
      <w:r/>
    </w:p>
    <w:p>
      <w:r/>
      <w:r>
        <w:t>The Atlanta Pride Parade stepped off at noon, bringing the familiar mix of floats, banners, marching groups and cheering spectators through Midtown. It is the sort of spectacle that turns a festival into a city-wide occasion, with even passing streets taking on a brighter, louder feel.</w:t>
      </w:r>
      <w:r/>
    </w:p>
    <w:p>
      <w:r/>
      <w:r>
        <w:t>Organisations including SAG-AFTRA have promoted participation in the parade, reflecting how widely the event draws support from community groups, unions and cultural organisations. Meanwhile, local event listings continue to position the parade and festival as major fixtures in Atlanta's annual calendar.</w:t>
      </w:r>
      <w:r/>
    </w:p>
    <w:p>
      <w:r/>
      <w:r>
        <w:t>If you're attending for the first time, arrive early enough to find a comfortable viewing spot and allow extra time for road closures or crowded public transport. Comfortable shoes, water and a charged phone are unglamorous but genuinely useful festival essentials.</w:t>
      </w:r>
      <w:r/>
    </w:p>
    <w:p>
      <w:pPr>
        <w:pStyle w:val="Heading2"/>
      </w:pPr>
      <w:r>
        <w:t>Why the weather cancellation mattered</w:t>
      </w:r>
      <w:r/>
    </w:p>
    <w:p>
      <w:r/>
      <w:r>
        <w:t>Severe weather can quickly turn a large outdoor gathering into a safety challenge, particularly when crowds, performers, temporary structures and busy public spaces are involved. Atlanta Pride's leadership said the decision to cancel Saturday programming was disappointing, but that attendee and staff safety had to come first.</w:t>
      </w:r>
      <w:r/>
    </w:p>
    <w:p>
      <w:r/>
      <w:r>
        <w:t>That approach may frustrate people who have travelled or planned around a packed weekend, yet it also explains why Sunday's return carried such emotional weight. Organisers were not simply restarting a timetable. They were rebuilding a shared celebration after an abrupt pause.</w:t>
      </w:r>
      <w:r/>
    </w:p>
    <w:p>
      <w:r/>
      <w:r>
        <w:t>Event information from Pride365 and Midtown Alliance also underlines the scale of the weekend, with visitors travelling into the area for a combination of entertainment, community events and parade activity. In other words, this is a major city occasion, not a small park gathering that can easily be moved indoors.</w:t>
      </w:r>
      <w:r/>
    </w:p>
    <w:p>
      <w:pPr>
        <w:pStyle w:val="Heading2"/>
      </w:pPr>
      <w:r>
        <w:t>A long-running tradition with a welcoming edge</w:t>
      </w:r>
      <w:r/>
    </w:p>
    <w:p>
      <w:r/>
      <w:r>
        <w:t>Atlanta Pride dates back to 1970 and is recognised as Georgia's oldest nonprofit organisation serving the LGBTQ+ community across the region. In recent years, the weekend has attracted more than 350,000 people to metro Atlanta, giving it substantial cultural and economic reach.</w:t>
      </w:r>
      <w:r/>
    </w:p>
    <w:p>
      <w:r/>
      <w:r>
        <w:t>That history sits alongside the personal experience of newcomers. The most useful message from attendees was simple: people who feel nervous about arriving alone or joining for the first time can expect an open, sociable environment. Sometimes the best festival advice isn't about the timetable at all. It's knowing you won't have to explain why you belong there.</w:t>
      </w:r>
      <w:r/>
    </w:p>
    <w:p>
      <w:r/>
      <w:r>
        <w:t>For future Atlanta Pride visitors, the smart approach is to check the official schedule, prepare for changing weather and leave room for spontaneous moments. The parade, music and stalls matter, but the sense of connection is what tends to linger longest.</w:t>
      </w:r>
      <w:r/>
    </w:p>
    <w:p>
      <w:r/>
      <w:r>
        <w:t>A disrupted weekend still found its rhythm, proving that Atlanta Pride's biggest attraction is its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1">
        <w:r>
          <w:rPr>
            <w:color w:val="0000EE"/>
            <w:u w:val="single"/>
          </w:rPr>
          <w:t>[7]</w:t>
        </w:r>
      </w:hyperlink>
      <w:r>
        <w:t xml:space="preserve">- Paragraph 6: </w:t>
      </w:r>
      <w:hyperlink r:id="rId14">
        <w:r>
          <w:rPr>
            <w:color w:val="0000EE"/>
            <w:u w:val="single"/>
          </w:rPr>
          <w:t>[5]</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[7]</w:t>
        </w:r>
      </w:hyperlink>
      <w:r>
        <w:t xml:space="preserve">- Paragraph 8: </w:t>
      </w:r>
      <w:hyperlink r:id="rId13">
        <w:r>
          <w:rPr>
            <w:color w:val="0000EE"/>
            <w:u w:val="single"/>
          </w:rPr>
          <w:t>[6]</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1">
        <w:r>
          <w:rPr>
            <w:color w:val="0000EE"/>
            <w:u w:val="single"/>
          </w:rPr>
          <w:t>[7]</w:t>
        </w:r>
      </w:hyperlink>
      <w:r>
        <w:t xml:space="preserve">- Paragraph 13: </w:t>
      </w:r>
      <w:hyperlink r:id="rId10">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https://www.fox5atlanta.com/news/atlanta-pride-festival-fills-streets-midtown</w:t>
        </w:r>
      </w:hyperlink>
      <w:r>
        <w:t xml:space="preserve"> - Please view link - unable to able to access data</w:t>
      </w:r>
      <w:r/>
    </w:p>
    <w:p>
      <w:pPr>
        <w:pStyle w:val="ListNumber"/>
        <w:spacing w:line="240" w:lineRule="auto"/>
        <w:ind w:left="720"/>
      </w:pPr>
      <w:r/>
      <w:hyperlink r:id="rId9">
        <w:r>
          <w:rPr>
            <w:color w:val="0000EE"/>
            <w:u w:val="single"/>
          </w:rPr>
          <w:t>https://www.fox5atlanta.com/news/atlanta-pride-festival-fills-streets-midtown</w:t>
        </w:r>
      </w:hyperlink>
      <w:r>
        <w:t xml:space="preserve"> - The Atlanta Pride Festival returned to Piedmont Park on Sunday, October 11, 2026, with an updated entertainment schedule after Saturday's severe weather cancellations. The Coca-Cola Main Stage featured artists including Zee Machine, Cain Culto, and headliner JT, along with the Starlight Cabaret featuring special guest Shea Couleé. The Atlanta Pride Parade stepped off at noon, while the festival marketplace operated until 7 p.m. Festivalgoers expressed excitement and a sense of belonging as Sunday's events got underway. Founded in 1970, Atlanta Pride is Georgia's oldest nonprofit organization serving the LGBTQ+ community across the region. In recent years, the annual festival weekend has welcomed more than 350,000 attendees to metro Atlanta. "While we are disappointed that weather conditions have impacted our Saturday programming, the safety of our attendees, performers, volunteers, and community remains our highest priority," said Chris McCain, Executive Director of Atlanta Pride. "Atlanta Pride has always been about resilience, community and celebration."</w:t>
      </w:r>
      <w:r/>
    </w:p>
    <w:p>
      <w:pPr>
        <w:pStyle w:val="ListNumber"/>
        <w:spacing w:line="240" w:lineRule="auto"/>
        <w:ind w:left="720"/>
      </w:pPr>
      <w:r/>
      <w:hyperlink r:id="rId12">
        <w:r>
          <w:rPr>
            <w:color w:val="0000EE"/>
            <w:u w:val="single"/>
          </w:rPr>
          <w:t>https://www.inclusivity.org/pride/atlanta-pride</w:t>
        </w:r>
      </w:hyperlink>
      <w:r>
        <w:t xml:space="preserve"> - Atlanta Pride is an annual two-day festival in Piedmont Park in Midtown Atlanta, followed by a Sunday parade along Peachtree Street that ends at the park. The weekend includes community marches such as a Trans March, a Bi/Pan March, and a Dyke March, plus stages and a marketplace. The organizing committee describes itself as Georgia's oldest nonprofit serving the LGBTQ+ community. Atlanta Pride traces its work back to 1971 and has staged the festival for more than five decades. It is held in October to line up with National Coming Out Day on October 11, and the organizers describe it as the largest free Pride event in the country, drawing more than 350,000 visitors a year along with the biggest parade in the city. The organization calls itself grassroots and relies on more than 400 volunteers to put on the festival. Its work extends well past the October weekend: it runs educational, social and cultural programs throughout the year, offers resources on gender and sexuality across the Southeast, and supports local LGBTQ+ causes through partnerships and grantmaking. Supporters can join its 70 Club membership program. Atlanta Pride says its mission is to amplify diverse voices and build connections among LGBTQ+ people in the region. It names four core values: diversity across intersecting identities, honoring the history of the activists who came before, welcoming and accessible spaces, and openness and accountability in how it operates.</w:t>
      </w:r>
      <w:r/>
    </w:p>
    <w:p>
      <w:pPr>
        <w:pStyle w:val="ListNumber"/>
        <w:spacing w:line="240" w:lineRule="auto"/>
        <w:ind w:left="720"/>
      </w:pPr>
      <w:r/>
      <w:hyperlink r:id="rId10">
        <w:r>
          <w:rPr>
            <w:color w:val="0000EE"/>
            <w:u w:val="single"/>
          </w:rPr>
          <w:t>https://atlantapride.org/festival/entertainment/</w:t>
        </w:r>
      </w:hyperlink>
      <w:r>
        <w:t xml:space="preserve"> - The Atlanta Pride Festival's entertainment lineup for 2026 includes performances across two stages. The Main Stage (Coca-Cola Stage) in the Meadow of Piedmont Park hosts nationally recognized headliners alongside regional artists. The Community Stage, presented by Visit Athens, near the 12th Street entrance, showcases local performers, community groups, drag artists, dancers, and emerging talent. The festival is free and open to everyone, with the full entertainment schedule available on the official Atlanta Pride website.</w:t>
      </w:r>
      <w:r/>
    </w:p>
    <w:p>
      <w:pPr>
        <w:pStyle w:val="ListNumber"/>
        <w:spacing w:line="240" w:lineRule="auto"/>
        <w:ind w:left="720"/>
      </w:pPr>
      <w:r/>
      <w:hyperlink r:id="rId14">
        <w:r>
          <w:rPr>
            <w:color w:val="0000EE"/>
            <w:u w:val="single"/>
          </w:rPr>
          <w:t>https://www.sagaftra.org/join-us-2026-atlanta-pride-parade</w:t>
        </w:r>
      </w:hyperlink>
      <w:r>
        <w:t xml:space="preserve"> - SAG-AFTRA invites members to join the 2026 Atlanta Pride Parade on October 11, 2026. The parade starts at noon at the Atlanta Civic Center MARTA Station, with assembly between 10:30 and 11 a.m. Members participating will receive a follow-up email with further instructions and details on how to claim a complimentary SAG-AFTRA Pride t-shirt (while supplies last). The Atlanta Pride Celebration is the largest gathering of LGBTQ+ people and allies in the Southeast, featuring a two-day festival with music, merchandise, art, and food, alongside a week's worth of educational and social events. The Atlanta Pride Parade is the crown jewel of the festival, drawing over 100,000 people along the streets of Midtown Atlanta.</w:t>
      </w:r>
      <w:r/>
    </w:p>
    <w:p>
      <w:pPr>
        <w:pStyle w:val="ListNumber"/>
        <w:spacing w:line="240" w:lineRule="auto"/>
        <w:ind w:left="720"/>
      </w:pPr>
      <w:r/>
      <w:hyperlink r:id="rId13">
        <w:r>
          <w:rPr>
            <w:color w:val="0000EE"/>
            <w:u w:val="single"/>
          </w:rPr>
          <w:t>https://pride365.org/event/atlanta-pride-2026/</w:t>
        </w:r>
      </w:hyperlink>
      <w:r>
        <w:t xml:space="preserve"> - The Atlanta Pride Festival is the largest LGBTQ+ event in the South, presenting a showcase for local, regional, and national performers to spotlight their diverse talents. Attendees will enjoy concerts and dance parties, and the weekend concludes with the Starlight Cabaret – the largest outdoor drag show in the country. The festival runs from October 9 to October 11, 2026, at Piedmont Park, 1320 Monroe Dr NE, Atlanta, GA 30306.</w:t>
      </w:r>
      <w:r/>
    </w:p>
    <w:p>
      <w:pPr>
        <w:pStyle w:val="ListNumber"/>
        <w:spacing w:line="240" w:lineRule="auto"/>
        <w:ind w:left="720"/>
      </w:pPr>
      <w:r/>
      <w:hyperlink r:id="rId11">
        <w:r>
          <w:rPr>
            <w:color w:val="0000EE"/>
            <w:u w:val="single"/>
          </w:rPr>
          <w:t>https://www.midtownatl.com/do/2026-atlanta-pride-festival-and-parade</w:t>
        </w:r>
      </w:hyperlink>
      <w:r>
        <w:t xml:space="preserve"> - The Atlanta Pride Festival is the largest LGBTQ+ event in the South, presenting a showcase for local, regional, and national performers to spotlight their diverse talents. Attendees will enjoy concerts and dance parties, and the weekend concludes with the Starlight Cabaret – the largest outdoor drag show in the country. Atlanta Pride hosts one of the largest and oldest Pride celebrations globally, with representation ranging from community organizations to sponsors and vendors. Hosting over 350,000 people throughout the weekend, attendees will find opportunities for connection, education, and advocacy. Atlanta Pride also hosts the largest parade in the city, offering the opportunity to take part in three marches throughout the weekend – the Dyke, Bi+ Pan, and Trans marches. The festival takes place on October 10-11, 2026, in beautiful Piedmont Park.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5atlanta.com/news/atlanta-pride-festival-fills-streets-midtown" TargetMode="External"/><Relationship Id="rId10" Type="http://schemas.openxmlformats.org/officeDocument/2006/relationships/hyperlink" Target="https://atlantapride.org/festival/entertainment/" TargetMode="External"/><Relationship Id="rId11" Type="http://schemas.openxmlformats.org/officeDocument/2006/relationships/hyperlink" Target="https://www.midtownatl.com/do/2026-atlanta-pride-festival-and-parade" TargetMode="External"/><Relationship Id="rId12" Type="http://schemas.openxmlformats.org/officeDocument/2006/relationships/hyperlink" Target="https://www.inclusivity.org/pride/atlanta-pride" TargetMode="External"/><Relationship Id="rId13" Type="http://schemas.openxmlformats.org/officeDocument/2006/relationships/hyperlink" Target="https://pride365.org/event/atlanta-pride-2026/" TargetMode="External"/><Relationship Id="rId14" Type="http://schemas.openxmlformats.org/officeDocument/2006/relationships/hyperlink" Target="https://www.sagaftra.org/join-us-2026-atlanta-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