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Harry Styles Helps Fan Come Out During Madison Square Garden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have praised Harry Styles after he helped a transgender supporter come out during his Madison Square Garden residency in New York. The warm, playful exchange used a pride flag, a roaring crowd and a carefully timed celebration to turn a deeply personal moment into an unforgettable concert memory.</w:t>
      </w:r>
      <w:r/>
    </w:p>
    <w:p>
      <w:pPr>
        <w:pStyle w:val="Heading2"/>
      </w:pPr>
      <w:r>
        <w:t>Essential Takeaways</w:t>
      </w:r>
      <w:r/>
      <w:r/>
    </w:p>
    <w:p>
      <w:pPr>
        <w:pStyle w:val="ListBullet"/>
        <w:spacing w:line="240" w:lineRule="auto"/>
        <w:ind w:left="720"/>
      </w:pPr>
      <w:r/>
      <w:r>
        <w:rPr>
          <w:b/>
        </w:rPr>
        <w:t>A personal reveal:</w:t>
      </w:r>
      <w:r>
        <w:t xml:space="preserve"> Styles supported a fan named Jane during his New York performance.</w:t>
      </w:r>
      <w:r/>
    </w:p>
    <w:p>
      <w:pPr>
        <w:pStyle w:val="ListBullet"/>
        <w:spacing w:line="240" w:lineRule="auto"/>
        <w:ind w:left="720"/>
      </w:pPr>
      <w:r/>
      <w:r>
        <w:rPr>
          <w:b/>
        </w:rPr>
        <w:t>A pride flag took centre stage:</w:t>
      </w:r>
      <w:r>
        <w:t xml:space="preserve"> The singer used it to build suspense before the crowd celebrated.</w:t>
      </w:r>
      <w:r/>
    </w:p>
    <w:p>
      <w:pPr>
        <w:pStyle w:val="ListBullet"/>
        <w:spacing w:line="240" w:lineRule="auto"/>
        <w:ind w:left="720"/>
      </w:pPr>
      <w:r/>
      <w:r>
        <w:rPr>
          <w:b/>
        </w:rPr>
        <w:t>The audience responded warmly:</w:t>
      </w:r>
      <w:r>
        <w:t xml:space="preserve"> Cheers and emotional reactions followed the announcement.</w:t>
      </w:r>
      <w:r/>
    </w:p>
    <w:p>
      <w:pPr>
        <w:pStyle w:val="ListBullet"/>
        <w:spacing w:line="240" w:lineRule="auto"/>
        <w:ind w:left="720"/>
      </w:pPr>
      <w:r/>
      <w:r>
        <w:rPr>
          <w:b/>
        </w:rPr>
        <w:t>It wasn't his first time:</w:t>
      </w:r>
      <w:r>
        <w:t xml:space="preserve"> Styles has supported fans coming out at earlier concerts.</w:t>
      </w:r>
      <w:r/>
    </w:p>
    <w:p>
      <w:pPr>
        <w:pStyle w:val="ListBullet"/>
        <w:spacing w:line="240" w:lineRule="auto"/>
        <w:ind w:left="720"/>
      </w:pPr>
      <w:r/>
      <w:r>
        <w:rPr>
          <w:b/>
        </w:rPr>
        <w:t>The wider message:</w:t>
      </w:r>
      <w:r>
        <w:t xml:space="preserve"> The moment showed how live music can create visible, affirming community.</w:t>
      </w:r>
      <w:r/>
      <w:r/>
    </w:p>
    <w:p>
      <w:pPr>
        <w:pStyle w:val="Heading2"/>
      </w:pPr>
      <w:r>
        <w:t>One flag, one very big New York welcome</w:t>
      </w:r>
      <w:r/>
    </w:p>
    <w:p>
      <w:r/>
      <w:r>
        <w:t>Concerts can be loud, crowded and slightly chaotic, but this moment had a softer centre. During his Madison Square Garden residency, Harry Styles took a transgender pride flag from the audience and used it to help a fan named Jane come out in front of the New York crowd, according to Attitude.</w:t>
      </w:r>
      <w:r/>
    </w:p>
    <w:p>
      <w:r/>
      <w:r>
        <w:t>Styles turned the gesture into a piece of playful stage theatre. He explained that the fan remained in a kind of suspense while the flag stayed below his shoulders, before raising it and inviting the arena to celebrate Jane's coming out. The response was immediate: cheers rolled across the venue, giving the personal milestone a remarkably public welcome.</w:t>
      </w:r>
      <w:r/>
    </w:p>
    <w:p>
      <w:r/>
      <w:r>
        <w:t>For anyone watching from the stands, it was probably one of those rare concert moments that makes the set list feel secondary. The music matters, of course, but so does the feeling that something real has just happened.</w:t>
      </w:r>
      <w:r/>
    </w:p>
    <w:p>
      <w:pPr>
        <w:pStyle w:val="Heading2"/>
      </w:pPr>
      <w:r>
        <w:t>Why Harry Styles' concert support resonates</w:t>
      </w:r>
      <w:r/>
    </w:p>
    <w:p>
      <w:r/>
      <w:r>
        <w:t>Styles has built a reputation for making his shows feel open and participatory, rather than presenting the audience as a distant sea of faces. That approach has made space for fans to bring flags, signs and personal messages into the performance, creating exchanges that can feel spontaneous even inside a huge arena.</w:t>
      </w:r>
      <w:r/>
    </w:p>
    <w:p>
      <w:r/>
      <w:r>
        <w:t>Earlier coverage from Capital FM and Seventeen documented a similar moment during his Love On Tour performances, when Styles helped another fan come out with the support of the crowd. The emotional charge came from the contrast: an enormous stadium setting, yet an intensely individual experience.</w:t>
      </w:r>
      <w:r/>
    </w:p>
    <w:p>
      <w:r/>
      <w:r>
        <w:t>That balance is important. Coming out is never just a punchline or a piece of concert entertainment. The best moments of this kind work because the fan appears to be leading the interaction, while the performer offers encouragement and a safe, celebratory platform.</w:t>
      </w:r>
      <w:r/>
    </w:p>
    <w:p>
      <w:pPr>
        <w:pStyle w:val="Heading2"/>
      </w:pPr>
      <w:r>
        <w:t>From Wembley to New York, a recurring concert tradition</w:t>
      </w:r>
      <w:r/>
    </w:p>
    <w:p>
      <w:r/>
      <w:r>
        <w:t>The Madison Square Garden exchange follows previous examples of Styles supporting LGBTQ+ fans during live shows. At Wembley Stadium in 2022, he used a pride flag to help a fan named Mattia come out, then congratulated them as the audience applauded, according to NME and LGBTQ Nation.</w:t>
      </w:r>
      <w:r/>
    </w:p>
    <w:p>
      <w:r/>
      <w:r>
        <w:t>Another widely shared clip from Milwaukee showed Styles helping a fan tell their mother that she was gay. He located the mother in another section of the venue and delivered the news himself, prompting an emotional reaction that was shown to the audience.</w:t>
      </w:r>
      <w:r/>
    </w:p>
    <w:p>
      <w:r/>
      <w:r>
        <w:t>These moments have become part of the broader culture around Styles' concerts. Fans don't simply turn up for the songs; many arrive carrying symbols, messages and questions they hope will be seen. A glittering sign or rainbow flag can suddenly become the centre of the night.</w:t>
      </w:r>
      <w:r/>
    </w:p>
    <w:p>
      <w:pPr>
        <w:pStyle w:val="Heading2"/>
      </w:pPr>
      <w:r>
        <w:t>The crowd matters as much as the star</w:t>
      </w:r>
      <w:r/>
    </w:p>
    <w:p>
      <w:r/>
      <w:r>
        <w:t>There is a temptation to focus entirely on the celebrity in moments like this, but the audience plays a crucial role. A supportive roar can make a vulnerable announcement feel less frightening and more like a collective embrace.</w:t>
      </w:r>
      <w:r/>
    </w:p>
    <w:p>
      <w:r/>
      <w:r>
        <w:t>Coverage from Philstar and Breitbart also highlighted how the Wembley moment spread online, where viewers responded to the combination of humour, nerves and affirmation. Clips shared after concerts often travel well because they offer something beyond performance: a small, recognisable human story.</w:t>
      </w:r>
      <w:r/>
    </w:p>
    <w:p>
      <w:r/>
      <w:r>
        <w:t>Still, public support should never be treated as a requirement. Coming out is personal, and nobody should feel pressured to make an announcement simply because a concert creates an opportunity. The most meaningful part of these exchanges is the apparent choice and participation of the fan.</w:t>
      </w:r>
      <w:r/>
    </w:p>
    <w:p>
      <w:pPr>
        <w:pStyle w:val="Heading2"/>
      </w:pPr>
      <w:r>
        <w:t>A small stage gesture with a lasting effect</w:t>
      </w:r>
      <w:r/>
    </w:p>
    <w:p>
      <w:r/>
      <w:r>
        <w:t>For Jane, the Madison Square Garden moment now lives both as a private milestone and a widely shared concert memory. Her response beneath the footage showed that she was happy to be identified as the fan involved, while other viewers described emotional reactions from family members watching the exchange.</w:t>
      </w:r>
      <w:r/>
    </w:p>
    <w:p>
      <w:r/>
      <w:r>
        <w:t>That combination of visibility and warmth explains why Styles' concert interactions continue to attract attention. He isn't delivering a formal speech or trying to turn the evening into a lesson. Instead, he uses the tools already in front of him, a flag, a microphone and a room full of people, to make one fan feel celebrated.</w:t>
      </w:r>
      <w:r/>
    </w:p>
    <w:p>
      <w:r/>
      <w:r>
        <w:t>In a pop landscape that can sometimes feel carefully packaged, these unscripted moments remain refreshingly human. They also show why a live show can stay with someone long after the final encore.</w:t>
      </w:r>
      <w:r/>
    </w:p>
    <w:p>
      <w:r/>
      <w:r>
        <w:t>A little stage time can become a lifetime memory when the welcome is genuine.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https://www.attitude.co.uk/culture/harry-styles-helps-fan-come-out-madison-square-garden-536997/</w:t>
        </w:r>
      </w:hyperlink>
      <w:r>
        <w:t xml:space="preserve"> - Please view link - unable to able to access data</w:t>
      </w:r>
      <w:r/>
    </w:p>
    <w:p>
      <w:pPr>
        <w:pStyle w:val="ListNumber"/>
        <w:spacing w:line="240" w:lineRule="auto"/>
        <w:ind w:left="720"/>
      </w:pPr>
      <w:r/>
      <w:hyperlink r:id="rId10">
        <w:r>
          <w:rPr>
            <w:color w:val="0000EE"/>
            <w:u w:val="single"/>
          </w:rPr>
          <w:t>https://www.capitalfm.com/news/harry-styles-helps-fan-come-out-wembley/</w:t>
        </w:r>
      </w:hyperlink>
      <w:r>
        <w:t xml:space="preserve"> - In June 2022, during his Love On Tour at London's Wembley Stadium, Harry Styles paused his performance to assist a fan named Mattia in coming out. Mattia held up a sign reading, 'From Ono to Wembley: Help me come out.' Styles acknowledged the sign, took a Pride flag from the stage, and declared, 'When this flag goes above my head, you are officially out, okay? I think that’s how it works. When this goes over the head, you’re officially gay, my boy.' The crowd cheered as Styles waved the flag, and he later added, 'Congratulations Mattia, you are a free man.' This heartfelt moment was widely covered by media outlets, highlighting Styles' support for the LGBTQ+ community. (</w:t>
      </w:r>
      <w:hyperlink r:id="rId16">
        <w:r>
          <w:rPr>
            <w:color w:val="0000EE"/>
            <w:u w:val="single"/>
          </w:rPr>
          <w:t>capitalfm.com</w:t>
        </w:r>
      </w:hyperlink>
      <w:r>
        <w:t>)</w:t>
      </w:r>
      <w:r/>
    </w:p>
    <w:p>
      <w:pPr>
        <w:pStyle w:val="ListNumber"/>
        <w:spacing w:line="240" w:lineRule="auto"/>
        <w:ind w:left="720"/>
      </w:pPr>
      <w:r/>
      <w:hyperlink r:id="rId11">
        <w:r>
          <w:rPr>
            <w:color w:val="0000EE"/>
            <w:u w:val="single"/>
          </w:rPr>
          <w:t>https://www.seventeen.com/celebrity/music/a40362040/harry-styles-helps-a-fan-come-out/</w:t>
        </w:r>
      </w:hyperlink>
      <w:r>
        <w:t xml:space="preserve"> - During his Love On Tour in June 2022, Harry Styles helped a fan named Mattia come out at his Wembley Stadium concert. Mattia held up a sign that read, 'From Ono to Wembley: Help me come out.' Styles paused the show, took the sign, and a Pride flag, and declared, 'When this flag goes above my head, you are officially out, okay? I think that’s how it works. When this goes over the head, you’re officially gay, my boy.' The crowd cheered as Styles waved the flag, and he later added, 'Congratulations Mattia, you are a free man.' This act of support was widely reported, showcasing Styles' commitment to the LGBTQ+ community. (</w:t>
      </w:r>
      <w:hyperlink r:id="rId17">
        <w:r>
          <w:rPr>
            <w:color w:val="0000EE"/>
            <w:u w:val="single"/>
          </w:rPr>
          <w:t>seventeen.com</w:t>
        </w:r>
      </w:hyperlink>
      <w:r>
        <w:t>)</w:t>
      </w:r>
      <w:r/>
    </w:p>
    <w:p>
      <w:pPr>
        <w:pStyle w:val="ListNumber"/>
        <w:spacing w:line="240" w:lineRule="auto"/>
        <w:ind w:left="720"/>
      </w:pPr>
      <w:r/>
      <w:hyperlink r:id="rId12">
        <w:r>
          <w:rPr>
            <w:color w:val="0000EE"/>
            <w:u w:val="single"/>
          </w:rPr>
          <w:t>https://www.nme.com/news/music/harry-styles-helps-italian-fan-come-out-during-wembley-stadium-gig-3251427</w:t>
        </w:r>
      </w:hyperlink>
      <w:r>
        <w:t xml:space="preserve"> - In June 2022, during his Love On Tour at London's Wembley Stadium, Harry Styles assisted an Italian fan named Mattia in coming out. Mattia held up a sign that read, 'From Ono to Wembley: Help me come out.' Styles paused the performance, took the sign and a Pride flag, and declared, 'When this flag goes above my head, you are officially out, okay? I think that’s how it works. When this goes over the head, you’re officially gay, my boy.' The crowd cheered as Styles waved the flag, and he later added, 'Congratulations Mattia, you are a free man.' This supportive gesture was widely covered by media outlets, highlighting Styles' advocacy for the LGBTQ+ community. (</w:t>
      </w:r>
      <w:hyperlink r:id="rId18">
        <w:r>
          <w:rPr>
            <w:color w:val="0000EE"/>
            <w:u w:val="single"/>
          </w:rPr>
          <w:t>nme.com</w:t>
        </w:r>
      </w:hyperlink>
      <w:r>
        <w:t>)</w:t>
      </w:r>
      <w:r/>
    </w:p>
    <w:p>
      <w:pPr>
        <w:pStyle w:val="ListNumber"/>
        <w:spacing w:line="240" w:lineRule="auto"/>
        <w:ind w:left="720"/>
      </w:pPr>
      <w:r/>
      <w:hyperlink r:id="rId13">
        <w:r>
          <w:rPr>
            <w:color w:val="0000EE"/>
            <w:u w:val="single"/>
          </w:rPr>
          <w:t>https://www.lgbtqnation.com/2022/06/harry-styles-helps-fan-come-london-show/</w:t>
        </w:r>
      </w:hyperlink>
      <w:r>
        <w:t xml:space="preserve"> - During his Love On Tour in June 2022, Harry Styles helped a fan named Mattia come out at his Wembley Stadium concert. Mattia held up a sign that read, 'From Ono to Wembley: Help me come out.' Styles paused the show, took the sign and a Pride flag, and declared, 'When this flag goes above my head, you are officially out, okay? I think that’s how it works. When this goes over the head, you’re officially gay, my boy.' The crowd cheered as Styles waved the flag, and he later added, 'Congratulations Mattia, you are a free man.' This act of support was widely reported, showcasing Styles' commitment to the LGBTQ+ community. (</w:t>
      </w:r>
      <w:hyperlink r:id="rId19">
        <w:r>
          <w:rPr>
            <w:color w:val="0000EE"/>
            <w:u w:val="single"/>
          </w:rPr>
          <w:t>lgbtqnation.com</w:t>
        </w:r>
      </w:hyperlink>
      <w:r>
        <w:t>)</w:t>
      </w:r>
      <w:r/>
    </w:p>
    <w:p>
      <w:pPr>
        <w:pStyle w:val="ListNumber"/>
        <w:spacing w:line="240" w:lineRule="auto"/>
        <w:ind w:left="720"/>
      </w:pPr>
      <w:r/>
      <w:hyperlink r:id="rId14">
        <w:r>
          <w:rPr>
            <w:color w:val="0000EE"/>
            <w:u w:val="single"/>
          </w:rPr>
          <w:t>https://www.breitbart.com/entertainment/2022/06/21/watch-pop-star-harry-styles-helps-fan-come-out-youre-officially-gay-my-boy/</w:t>
        </w:r>
      </w:hyperlink>
      <w:r>
        <w:t xml:space="preserve"> - In June 2022, during his Love On Tour at London's Wembley Stadium, Harry Styles assisted a fan named Mattia in coming out. Mattia held up a sign that read, 'From Ono to Wembley: Help me come out.' Styles paused the performance, took the sign and a Pride flag, and declared, 'When this flag goes above my head, you are officially out, okay? I think that’s how it works. When this goes over the head, you’re officially gay, my boy.' The crowd cheered as Styles waved the flag, and he later added, 'Congratulations Mattia, you are a free man.' This supportive gesture was widely covered by media outlets, highlighting Styles' advocacy for the LGBTQ+ community. (</w:t>
      </w:r>
      <w:hyperlink r:id="rId20">
        <w:r>
          <w:rPr>
            <w:color w:val="0000EE"/>
            <w:u w:val="single"/>
          </w:rPr>
          <w:t>breitbart.com</w:t>
        </w:r>
      </w:hyperlink>
      <w:r>
        <w:t>)</w:t>
      </w:r>
      <w:r/>
    </w:p>
    <w:p>
      <w:pPr>
        <w:pStyle w:val="ListNumber"/>
        <w:spacing w:line="240" w:lineRule="auto"/>
        <w:ind w:left="720"/>
      </w:pPr>
      <w:r/>
      <w:hyperlink r:id="rId15">
        <w:r>
          <w:rPr>
            <w:color w:val="0000EE"/>
            <w:u w:val="single"/>
          </w:rPr>
          <w:t>https://www.philstar.com/entertainment/2022/06/22/2190210/harry-styles-helps-fan-come-out-during-his-wembley-concert</w:t>
        </w:r>
      </w:hyperlink>
      <w:r>
        <w:t xml:space="preserve"> - During his Love On Tour in June 2022, Harry Styles helped a fan named Mattia come out at his Wembley Stadium concert. Mattia held up a sign that read, 'From Ono to Wembley: Help me come out.' Styles paused the show, took the sign and a Pride flag, and declared, 'When this flag goes above my head, you are officially out, okay? I think that’s how it works. When this goes over the head, you’re officially gay, my boy.' The crowd cheered as Styles waved the flag, and he later added, 'Congratulations Mattia, you are a free man.' This act of support was widely reported, showcasing Styles' commitment to the LGBTQ+ community. (</w:t>
      </w:r>
      <w:hyperlink r:id="rId21">
        <w:r>
          <w:rPr>
            <w:color w:val="0000EE"/>
            <w:u w:val="single"/>
          </w:rPr>
          <w:t>qa.philstar.com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harry-styles-helps-fan-come-out-madison-square-garden-536997/" TargetMode="External"/><Relationship Id="rId10" Type="http://schemas.openxmlformats.org/officeDocument/2006/relationships/hyperlink" Target="https://www.capitalfm.com/news/harry-styles-helps-fan-come-out-wembley/" TargetMode="External"/><Relationship Id="rId11" Type="http://schemas.openxmlformats.org/officeDocument/2006/relationships/hyperlink" Target="https://www.seventeen.com/celebrity/music/a40362040/harry-styles-helps-a-fan-come-out/" TargetMode="External"/><Relationship Id="rId12" Type="http://schemas.openxmlformats.org/officeDocument/2006/relationships/hyperlink" Target="https://www.nme.com/news/music/harry-styles-helps-italian-fan-come-out-during-wembley-stadium-gig-3251427" TargetMode="External"/><Relationship Id="rId13" Type="http://schemas.openxmlformats.org/officeDocument/2006/relationships/hyperlink" Target="https://www.lgbtqnation.com/2022/06/harry-styles-helps-fan-come-london-show/" TargetMode="External"/><Relationship Id="rId14" Type="http://schemas.openxmlformats.org/officeDocument/2006/relationships/hyperlink" Target="https://www.breitbart.com/entertainment/2022/06/21/watch-pop-star-harry-styles-helps-fan-come-out-youre-officially-gay-my-boy/" TargetMode="External"/><Relationship Id="rId15" Type="http://schemas.openxmlformats.org/officeDocument/2006/relationships/hyperlink" Target="https://www.philstar.com/entertainment/2022/06/22/2190210/harry-styles-helps-fan-come-out-during-his-wembley-concert" TargetMode="External"/><Relationship Id="rId16" Type="http://schemas.openxmlformats.org/officeDocument/2006/relationships/hyperlink" Target="https://www.capitalfm.com/news/harry-styles-helps-fan-come-out-wembley/?utm_source=openai" TargetMode="External"/><Relationship Id="rId17" Type="http://schemas.openxmlformats.org/officeDocument/2006/relationships/hyperlink" Target="https://www.seventeen.com/celebrity/music/a40362040/harry-styles-helps-a-fan-come-out/?utm_source=openai" TargetMode="External"/><Relationship Id="rId18" Type="http://schemas.openxmlformats.org/officeDocument/2006/relationships/hyperlink" Target="https://www.nme.com/news/music/harry-styles-helps-italian-fan-come-out-during-wembley-stadium-gig-3251427?utm_source=openai" TargetMode="External"/><Relationship Id="rId19" Type="http://schemas.openxmlformats.org/officeDocument/2006/relationships/hyperlink" Target="https://www.lgbtqnation.com/2022/06/harry-styles-helps-fan-come-london-show/?utm_source=openai" TargetMode="External"/><Relationship Id="rId20" Type="http://schemas.openxmlformats.org/officeDocument/2006/relationships/hyperlink" Target="https://www.breitbart.com/entertainment/2022/06/21/watch-pop-star-harry-styles-helps-fan-come-out-youre-officially-gay-my-boy/?utm_source=openai" TargetMode="External"/><Relationship Id="rId21" Type="http://schemas.openxmlformats.org/officeDocument/2006/relationships/hyperlink" Target="https://qa.philstar.com/entertainment/2022/06/22/2190210/harry-styles-helps-fan-come-out-during-his-wembley-conce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