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Families with Pride Houston 2026: A Welcoming Day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are heading to Discovery Green in Houston on Saturday, 24 October 2026, for Families with Pride, a free festival celebrating LGBTQIA+ History Month. With crafts, live entertainment, children’s activities and community resources, the event offers an upbeat, welcoming day for LGBTQIA+ families, allies and anyone keen to share a little joy.</w:t>
      </w:r>
      <w:r/>
    </w:p>
    <w:p>
      <w:pPr>
        <w:pStyle w:val="Heading2"/>
      </w:pPr>
      <w:r>
        <w:t>Essential Takeaways</w:t>
      </w:r>
      <w:r/>
      <w:r/>
    </w:p>
    <w:p>
      <w:pPr>
        <w:pStyle w:val="ListBullet"/>
        <w:spacing w:line="240" w:lineRule="auto"/>
        <w:ind w:left="720"/>
      </w:pPr>
      <w:r/>
      <w:r>
        <w:rPr>
          <w:b/>
        </w:rPr>
        <w:t>Free family festival:</w:t>
      </w:r>
      <w:r>
        <w:t xml:space="preserve"> Families with Pride is designed as an accessible community celebration at Discovery Green.</w:t>
      </w:r>
      <w:r/>
    </w:p>
    <w:p>
      <w:pPr>
        <w:pStyle w:val="ListBullet"/>
        <w:spacing w:line="240" w:lineRule="auto"/>
        <w:ind w:left="720"/>
      </w:pPr>
      <w:r/>
      <w:r>
        <w:rPr>
          <w:b/>
        </w:rPr>
        <w:t>Date to save:</w:t>
      </w:r>
      <w:r>
        <w:t xml:space="preserve"> The 2026 event takes place on Saturday, 24 October.</w:t>
      </w:r>
      <w:r/>
    </w:p>
    <w:p>
      <w:pPr>
        <w:pStyle w:val="ListBullet"/>
        <w:spacing w:line="240" w:lineRule="auto"/>
        <w:ind w:left="720"/>
      </w:pPr>
      <w:r/>
      <w:r>
        <w:rPr>
          <w:b/>
        </w:rPr>
        <w:t>Plenty for children:</w:t>
      </w:r>
      <w:r>
        <w:t xml:space="preserve"> Arts, crafts and activities are planned for kids across a range of ages.</w:t>
      </w:r>
      <w:r/>
    </w:p>
    <w:p>
      <w:pPr>
        <w:pStyle w:val="ListBullet"/>
        <w:spacing w:line="240" w:lineRule="auto"/>
        <w:ind w:left="720"/>
      </w:pPr>
      <w:r/>
      <w:r>
        <w:rPr>
          <w:b/>
        </w:rPr>
        <w:t>Live community atmosphere:</w:t>
      </w:r>
      <w:r>
        <w:t xml:space="preserve"> Performances and local resources add more than just entertainment.</w:t>
      </w:r>
      <w:r/>
    </w:p>
    <w:p>
      <w:pPr>
        <w:pStyle w:val="ListBullet"/>
        <w:spacing w:line="240" w:lineRule="auto"/>
        <w:ind w:left="720"/>
      </w:pPr>
      <w:r/>
      <w:r>
        <w:rPr>
          <w:b/>
        </w:rPr>
        <w:t>Everyone’s welcome:</w:t>
      </w:r>
      <w:r>
        <w:t xml:space="preserve"> LGBTQIA+ families, allies and supporters can all take part.</w:t>
      </w:r>
      <w:r/>
      <w:r/>
    </w:p>
    <w:p>
      <w:pPr>
        <w:pStyle w:val="Heading2"/>
      </w:pPr>
      <w:r>
        <w:t>A bright, family-friendly celebration in central Houston</w:t>
      </w:r>
      <w:r/>
    </w:p>
    <w:p>
      <w:r/>
      <w:r>
        <w:t>Discovery Green will become the backdrop for a cheerful day of colour, creativity and community when Families with Pride returns in October 2026. The free event is aimed at families from across the Houston region, with a relaxed atmosphere that should feel more like a shared neighbourhood gathering than a formal ceremony.</w:t>
      </w:r>
      <w:r/>
    </w:p>
    <w:p>
      <w:r/>
      <w:r>
        <w:t>The festival is presented by the Harris County Attorney’s Office in partnership with the Greater Houston LGBTQ+ Chamber of Commerce and Discovery Green. Event listings from Houston Press, the Chamber and other local platforms also identify Families with Pride as a Houston community event taking place on 24 October 2026.</w:t>
      </w:r>
      <w:r/>
    </w:p>
    <w:p>
      <w:pPr>
        <w:pStyle w:val="Heading2"/>
      </w:pPr>
      <w:r>
        <w:t>What can families expect?</w:t>
      </w:r>
      <w:r/>
    </w:p>
    <w:p>
      <w:r/>
      <w:r>
        <w:t>The programme is built around simple crowd-pleasers: arts and crafts, live performances, children’s activities and community information. That mix matters, because it gives younger visitors something hands-on to do while parents and carers can meet organisations, browse resources and enjoy the wider festival atmosphere.</w:t>
      </w:r>
      <w:r/>
    </w:p>
    <w:p>
      <w:r/>
      <w:r>
        <w:t>For children, craft tables and creative activities can turn a busy public event into something personal and memorable. Meanwhile, performances bring energy to the day, whether families stay for a full set or simply pause for a few minutes between activities.</w:t>
      </w:r>
      <w:r/>
    </w:p>
    <w:p>
      <w:pPr>
        <w:pStyle w:val="Heading2"/>
      </w:pPr>
      <w:r>
        <w:t>More than entertainment, it’s a chance to connect</w:t>
      </w:r>
      <w:r/>
    </w:p>
    <w:p>
      <w:r/>
      <w:r>
        <w:t>Families with Pride is part of LGBTQIA+ History Month, giving the event a wider purpose beyond a pleasant Saturday in the park. It creates space for families to celebrate identity, belonging and the many different ways that family life can look.</w:t>
      </w:r>
      <w:r/>
    </w:p>
    <w:p>
      <w:r/>
      <w:r>
        <w:t>Community listings from the Greater Houston LGBTQ+ Chamber of Commerce and Pride Houston 365 place the event within Houston’s broader LGBTQIA+ calendar. That local connection is useful for visitors who want to discover support networks, community groups and future celebrations, rather than treating the festival as a one-off outing.</w:t>
      </w:r>
      <w:r/>
    </w:p>
    <w:p>
      <w:pPr>
        <w:pStyle w:val="Heading2"/>
      </w:pPr>
      <w:r>
        <w:t>A welcoming event for allies, too</w:t>
      </w:r>
      <w:r/>
    </w:p>
    <w:p>
      <w:r/>
      <w:r>
        <w:t>You don't need to be part of an LGBTQIA+ family to attend. The organisers describe the celebration as open to allies and anyone looking for an inclusive community event, which makes it an easy option for extended families, friends and supportive neighbours.</w:t>
      </w:r>
      <w:r/>
    </w:p>
    <w:p>
      <w:r/>
      <w:r>
        <w:t>That broad welcome is one of the festival’s strengths. A child might be drawn in by a colourful craft, a parent by the live entertainment, and a grandparent by the chance to see a community gathering that feels warm and open. Everyone gets a reason to join in.</w:t>
      </w:r>
      <w:r/>
    </w:p>
    <w:p>
      <w:pPr>
        <w:pStyle w:val="Heading2"/>
      </w:pPr>
      <w:r>
        <w:t>How to make the most of the day</w:t>
      </w:r>
      <w:r/>
    </w:p>
    <w:p>
      <w:r/>
      <w:r>
        <w:t>Because the event is free and includes activities for children of different ages, families may want to arrive early enough to explore at an unhurried pace. Comfortable clothes, water and a little patience are sensible choices for any outdoor festival, especially when crafts, performances and busy walkways are all competing for attention.</w:t>
      </w:r>
      <w:r/>
    </w:p>
    <w:p>
      <w:r/>
      <w:r>
        <w:t>It’s also worth checking the latest event details before travelling, including the final timetable, accessibility information and any updates from Discovery Green or the partner organisations. For families seeking a welcoming Houston event in October 2026, this looks like an easy date to circle now.</w:t>
      </w:r>
      <w:r/>
    </w:p>
    <w:p>
      <w:r/>
      <w:r>
        <w:t>A welcoming festival can make a big city feel wonderfully close-knit.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https://mommypoppins.com/houston-kids/event/events/families-with-pride-2026-at-discovery-green</w:t>
        </w:r>
      </w:hyperlink>
      <w:r>
        <w:t xml:space="preserve"> - Please view link - unable to able to access data</w:t>
      </w:r>
      <w:r/>
    </w:p>
    <w:p>
      <w:pPr>
        <w:pStyle w:val="ListNumber"/>
        <w:spacing w:line="240" w:lineRule="auto"/>
        <w:ind w:left="720"/>
      </w:pPr>
      <w:r/>
      <w:hyperlink r:id="rId10">
        <w:r>
          <w:rPr>
            <w:color w:val="0000EE"/>
            <w:u w:val="single"/>
          </w:rPr>
          <w:t>https://community.houstonpress.com/event/families-with-pride-2026-22201432</w:t>
        </w:r>
      </w:hyperlink>
      <w:r>
        <w:t xml:space="preserve"> - The Houston Press announces the Families with Pride 2026 festival, scheduled for Saturday, October 24, 2026, at Discovery Green Park in Houston. Organised by the Harris County Attorney’s Office in partnership with the Greater Houston LGBTQ+ Chamber of Commerce and Discovery Green, the event celebrates LGBTQIA+ History Month. It offers a free, family-friendly day featuring arts and crafts, live performances, community resources, and activities suitable for all ages. The festival aims to unite families from across the Houston region in a welcoming and inclusive environment.</w:t>
      </w:r>
      <w:r/>
    </w:p>
    <w:p>
      <w:pPr>
        <w:pStyle w:val="ListNumber"/>
        <w:spacing w:line="240" w:lineRule="auto"/>
        <w:ind w:left="720"/>
      </w:pPr>
      <w:r/>
      <w:hyperlink r:id="rId11">
        <w:r>
          <w:rPr>
            <w:color w:val="0000EE"/>
            <w:u w:val="single"/>
          </w:rPr>
          <w:t>https://business.houstonlgbtchamber.com/event-calendar/Details/join-us-at-families-with-pride-1899926?sourceTypeId=Hub</w:t>
        </w:r>
      </w:hyperlink>
      <w:r>
        <w:t xml:space="preserve"> - The Greater Houston LGBTQ+ Chamber of Commerce invites the community to the fifth annual Families with Pride festival on Saturday, October 24, 2026, from 10:00 AM to 1:00 PM at Discovery Green, 1500 McKinney St., Houston, TX 77010. Presented by County Attorney Abbie Kamin, the Chamber, and Discovery Green, the event celebrates LGBTQIA+ children, families, and allies during Houston's LGBTQ+ History Month festivities. It provides a welcoming space to build community, celebrate together, and experience Pride, with thousands of attendees since its inaugural celebration in 2022.</w:t>
      </w:r>
      <w:r/>
    </w:p>
    <w:p>
      <w:pPr>
        <w:pStyle w:val="ListNumber"/>
        <w:spacing w:line="240" w:lineRule="auto"/>
        <w:ind w:left="720"/>
      </w:pPr>
      <w:r/>
      <w:hyperlink r:id="rId12">
        <w:r>
          <w:rPr>
            <w:color w:val="0000EE"/>
            <w:u w:val="single"/>
          </w:rPr>
          <w:t>https://www.funly.best/experience/families-with-pride-houston-2026</w:t>
        </w:r>
      </w:hyperlink>
      <w:r>
        <w:t xml:space="preserve"> - Funly highlights the Families with Pride 2026 festival, a cheerful Saturday morning event where LGBTQ+ children, parents, relatives, friends, and allies can relax and celebrate together at Discovery Green. Hosted with Houston civic and chamber partners, the gathering centres families in a welcoming public space where everyone deserves to feel visible and supported. The event focuses on approachable activities and community connection, making it a warm fit for younger children and multigenerational groups. The festival is scheduled for Saturday, October 24, 2026, from 9:00 AM to 12:00 PM at Discovery Green, 1500 McKinney St, Houston, TX 77010.</w:t>
      </w:r>
      <w:r/>
    </w:p>
    <w:p>
      <w:pPr>
        <w:pStyle w:val="ListNumber"/>
        <w:spacing w:line="240" w:lineRule="auto"/>
        <w:ind w:left="720"/>
      </w:pPr>
      <w:r/>
      <w:hyperlink r:id="rId13">
        <w:r>
          <w:rPr>
            <w:color w:val="0000EE"/>
            <w:u w:val="single"/>
          </w:rPr>
          <w:t>https://www.gayout.com/es/usa-canada/united-states/houston/events/families-with-pride-2026-10-24</w:t>
        </w:r>
      </w:hyperlink>
      <w:r>
        <w:t xml:space="preserve"> - GayOut provides details about the Families with Pride festival, an LGBTQ+ event in Houston on Saturday, October 24, 2026, at 10:00 AM. The event is designed to foster community and joy for all ages, offering a wonderful opportunity for everyone to come together in a welcoming and supportive atmosphere. The festival is organised by the Greater Houston LGBTQ+ Chamber of Commerce and is set to take place at Discovery Green, 1500 McKinney St., Houston, TX 77010.</w:t>
      </w:r>
      <w:r/>
    </w:p>
    <w:p>
      <w:pPr>
        <w:pStyle w:val="ListNumber"/>
        <w:spacing w:line="240" w:lineRule="auto"/>
        <w:ind w:left="720"/>
      </w:pPr>
      <w:r/>
      <w:hyperlink r:id="rId14">
        <w:r>
          <w:rPr>
            <w:color w:val="0000EE"/>
            <w:u w:val="single"/>
          </w:rPr>
          <w:t>https://qlist.app/events/Houston/Families-with-Pride/7781</w:t>
        </w:r>
      </w:hyperlink>
      <w:r>
        <w:t xml:space="preserve"> - QLIST details the Families with Pride festival in Houston, a family-friendly LGBTQIA+ celebration featuring entertainment, Pride Storytime, crafts, games, a reading room, and community resources. The event is presented by County Attorney Abbie Kamin, the Greater Houston LGBTQ+ Chamber of Commerce, and Discovery Green. Activities include entertainment, Pride Storytime, arts and crafts, family games, a reading room, and a resource fair. The festival is scheduled for Saturday, October 24, 2026, at Discovery Green, Houston.</w:t>
      </w:r>
      <w:r/>
    </w:p>
    <w:p>
      <w:pPr>
        <w:pStyle w:val="ListNumber"/>
        <w:spacing w:line="240" w:lineRule="auto"/>
        <w:ind w:left="720"/>
      </w:pPr>
      <w:r/>
      <w:hyperlink r:id="rId15">
        <w:r>
          <w:rPr>
            <w:color w:val="0000EE"/>
            <w:u w:val="single"/>
          </w:rPr>
          <w:t>https://pridehouston365.org/celebration/</w:t>
        </w:r>
      </w:hyperlink>
      <w:r>
        <w:t xml:space="preserve"> - Pride Houston 365 announces the 48th Annual Pride Houston® Festival and Parade, scheduled for Saturday, June 6, 2026, at 11:00 AM at 901 Bagby Street, Houston. The event is the largest Pride celebration in the South, uniting communities from across the region to celebrate identity, visibility, and equality. Hundreds of participating groups from grassroots organizations to major companies and performance collectives join the festivities each year in Downtown Houston to honour nearly five decades of Pride.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mypoppins.com/houston-kids/event/events/families-with-pride-2026-at-discovery-green" TargetMode="External"/><Relationship Id="rId10" Type="http://schemas.openxmlformats.org/officeDocument/2006/relationships/hyperlink" Target="https://community.houstonpress.com/event/families-with-pride-2026-22201432" TargetMode="External"/><Relationship Id="rId11" Type="http://schemas.openxmlformats.org/officeDocument/2006/relationships/hyperlink" Target="https://business.houstonlgbtchamber.com/event-calendar/Details/join-us-at-families-with-pride-1899926?sourceTypeId=Hub" TargetMode="External"/><Relationship Id="rId12" Type="http://schemas.openxmlformats.org/officeDocument/2006/relationships/hyperlink" Target="https://www.funly.best/experience/families-with-pride-houston-2026" TargetMode="External"/><Relationship Id="rId13" Type="http://schemas.openxmlformats.org/officeDocument/2006/relationships/hyperlink" Target="https://www.gayout.com/es/usa-canada/united-states/houston/events/families-with-pride-2026-10-24" TargetMode="External"/><Relationship Id="rId14" Type="http://schemas.openxmlformats.org/officeDocument/2006/relationships/hyperlink" Target="https://qlist.app/events/Houston/Families-with-Pride/7781" TargetMode="External"/><Relationship Id="rId15" Type="http://schemas.openxmlformats.org/officeDocument/2006/relationships/hyperlink" Target="https://pridehouston365.org/celeb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