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festival highlights in Dénia for a local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Dénia swapped big-city crowds for a lively Pride festival in the Costa Blanca town, where drag artists, diva classics and community groups filled La Glorieta with colour. The third Diva Dénia Music Pride offered four hours of entertainment and support, showing why local celebrations can feel especially welcoming.</w:t>
      </w:r>
      <w:r/>
    </w:p>
    <w:p>
      <w:pPr>
        <w:pStyle w:val="Heading2"/>
      </w:pPr>
      <w:r>
        <w:t>Essential Takeaways</w:t>
      </w:r>
      <w:r/>
      <w:r/>
    </w:p>
    <w:p>
      <w:pPr>
        <w:pStyle w:val="ListBullet"/>
        <w:spacing w:line="240" w:lineRule="auto"/>
        <w:ind w:left="720"/>
      </w:pPr>
      <w:r/>
      <w:r>
        <w:rPr>
          <w:b/>
        </w:rPr>
        <w:t>Four hours of celebration:</w:t>
      </w:r>
      <w:r>
        <w:t xml:space="preserve"> The event ran from 6pm to 10pm in central Dénia.</w:t>
      </w:r>
      <w:r/>
    </w:p>
    <w:p>
      <w:pPr>
        <w:pStyle w:val="ListBullet"/>
        <w:spacing w:line="240" w:lineRule="auto"/>
        <w:ind w:left="720"/>
      </w:pPr>
      <w:r/>
      <w:r>
        <w:rPr>
          <w:b/>
        </w:rPr>
        <w:t>A starry soundtrack:</w:t>
      </w:r>
      <w:r>
        <w:t xml:space="preserve"> Classic female pop hits from the 1970s, 1980s and 1990s drove the evening.</w:t>
      </w:r>
      <w:r/>
    </w:p>
    <w:p>
      <w:pPr>
        <w:pStyle w:val="ListBullet"/>
        <w:spacing w:line="240" w:lineRule="auto"/>
        <w:ind w:left="720"/>
      </w:pPr>
      <w:r/>
      <w:r>
        <w:rPr>
          <w:b/>
        </w:rPr>
        <w:t>A last-minute change:</w:t>
      </w:r>
      <w:r>
        <w:t xml:space="preserve"> Alma de Soul replaced Choriza May and was warmly received.</w:t>
      </w:r>
      <w:r/>
    </w:p>
    <w:p>
      <w:pPr>
        <w:pStyle w:val="ListBullet"/>
        <w:spacing w:line="240" w:lineRule="auto"/>
        <w:ind w:left="720"/>
      </w:pPr>
      <w:r/>
      <w:r>
        <w:rPr>
          <w:b/>
        </w:rPr>
        <w:t>More than music:</w:t>
      </w:r>
      <w:r>
        <w:t xml:space="preserve"> LGBTQ+ organisations, artists and sexual health professionals met visitors at the community fair.</w:t>
      </w:r>
      <w:r/>
    </w:p>
    <w:p>
      <w:pPr>
        <w:pStyle w:val="ListBullet"/>
        <w:spacing w:line="240" w:lineRule="auto"/>
        <w:ind w:left="720"/>
      </w:pPr>
      <w:r/>
      <w:r>
        <w:rPr>
          <w:b/>
        </w:rPr>
        <w:t>A strong local message:</w:t>
      </w:r>
      <w:r>
        <w:t xml:space="preserve"> Organisers promoted Pride close to home, rather than relying only on major city events.</w:t>
      </w:r>
      <w:r/>
      <w:r/>
    </w:p>
    <w:p>
      <w:pPr>
        <w:pStyle w:val="Heading2"/>
      </w:pPr>
      <w:r>
        <w:t>Dénia turns its town centre into a Pride stage</w:t>
      </w:r>
      <w:r/>
    </w:p>
    <w:p>
      <w:r/>
      <w:r>
        <w:t>La Glorieta became the beating heart of Dénia’s latest Pride celebration, with music, laughter and glittery stage energy spreading through the town centre. According to the Euro Weekly News, the third Diva Dénia Music Pride welcomed residents of different ages for an evening that balanced entertainment with a clear message of inclusion.</w:t>
      </w:r>
      <w:r/>
    </w:p>
    <w:p>
      <w:r/>
      <w:r>
        <w:t>That local setting mattered. Instead of travelling to Valencia, Madrid or Barcelona, residents could enjoy a full Pride programme close to home, in a familiar public space. It gave the evening an easy, neighbourly feel, while still delivering plenty of showbiz sparkle.</w:t>
      </w:r>
      <w:r/>
    </w:p>
    <w:p>
      <w:pPr>
        <w:pStyle w:val="Heading2"/>
      </w:pPr>
      <w:r>
        <w:t>Drag performers and diva anthems keep the crowd moving</w:t>
      </w:r>
      <w:r/>
    </w:p>
    <w:p>
      <w:r/>
      <w:r>
        <w:t>The programme leaned into timeless pop, with songs associated with major female stars of the 1970s, 1980s and 1990s providing the musical backbone. Presenter La Villaescusa guided the audience through the evening with comedy, introductions and the sort of quick-fire energy that keeps a four-hour event from losing its fizz.</w:t>
      </w:r>
      <w:r/>
    </w:p>
    <w:p>
      <w:r/>
      <w:r>
        <w:t>Menorcan singer Kevin Coll, Michel Vintage, Violeta Moore and DJ Luiggi were among the performers involved. Marina Alta reported that Alma de Soul, known from the sixth season of Drag Race España, joined the bill after Choriza May was unable to appear.</w:t>
      </w:r>
      <w:r/>
    </w:p>
    <w:p>
      <w:r/>
      <w:r>
        <w:t>A change of performer can easily unsettle an event, particularly when audiences have been looking forward to a named guest. Here, though, the replacement landed well, and the crowd stayed enthusiastic.</w:t>
      </w:r>
      <w:r/>
    </w:p>
    <w:p>
      <w:pPr>
        <w:pStyle w:val="Heading2"/>
      </w:pPr>
      <w:r>
        <w:t>Why local Pride events are gaining attention</w:t>
      </w:r>
      <w:r/>
    </w:p>
    <w:p>
      <w:r/>
      <w:r>
        <w:t>Large Pride festivals have obvious pull, but smaller gatherings offer something different: less travelling, a more relaxed atmosphere and a better chance of bumping into people from the surrounding community. Costa Kriebels described Dénia’s third edition as a celebration built around music, performance and local participation.</w:t>
      </w:r>
      <w:r/>
    </w:p>
    <w:p>
      <w:r/>
      <w:r>
        <w:t>That makes the format especially appealing to people who might find a huge city festival overwhelming. Families, older residents, visitors and LGBTQ+ locals can share the same space without the event feeling like it belongs to only one age group or audience.</w:t>
      </w:r>
      <w:r/>
    </w:p>
    <w:p>
      <w:r/>
      <w:r>
        <w:t>There’s also a useful reminder here. Pride isn’t just a parade or a party; it’s a way for communities to make visibility part of ordinary public life. A stage in a town square can sometimes say as much as a much larger event.</w:t>
      </w:r>
      <w:r/>
    </w:p>
    <w:p>
      <w:pPr>
        <w:pStyle w:val="Heading2"/>
      </w:pPr>
      <w:r>
        <w:t>Community groups add substance beyond the stage</w:t>
      </w:r>
      <w:r/>
    </w:p>
    <w:p>
      <w:r/>
      <w:r>
        <w:t>The festival’s fair brought together LGBTQ+ organisations, creatives and artists, giving visitors somewhere to ask questions, discover local work and find support. Dénia.com had previously highlighted the event’s aim of creating a Pride celebration with community value, not simply a concert with colourful costumes.</w:t>
      </w:r>
      <w:r/>
    </w:p>
    <w:p>
      <w:r/>
      <w:r>
        <w:t>Sexólogos sin Fronteras also attended, offering professional guidance around sexual health and diversity. That presence gave the event a practical dimension, helping connect celebration with information that people may not always know where to find.</w:t>
      </w:r>
      <w:r/>
    </w:p>
    <w:p>
      <w:r/>
      <w:r>
        <w:t>A photocall near the stage proved popular too, with visitors queuing for photographs alongside performers. It’s a small detail, but it shows how the event encouraged direct contact between the audience and artists rather than keeping the two worlds separate.</w:t>
      </w:r>
      <w:r/>
    </w:p>
    <w:p>
      <w:pPr>
        <w:pStyle w:val="Heading2"/>
      </w:pPr>
      <w:r>
        <w:t>What Dénia’s Pride celebration says about the future</w:t>
      </w:r>
      <w:r/>
    </w:p>
    <w:p>
      <w:r/>
      <w:r>
        <w:t>Dénia’s approach suggests that Pride can thrive at town level, with the right blend of culture, community groups and accessible entertainment. The local authority’s account of the event described a successful third edition built around the idea of proximity, reinforcing the value of celebrations that residents can reach easily.</w:t>
      </w:r>
      <w:r/>
    </w:p>
    <w:p>
      <w:r/>
      <w:r>
        <w:t>The strongest moments were probably the most human ones: people meeting performers, browsing stalls, singing along to familiar songs and finding support in a busy public square. Those encounters can make inclusion feel tangible rather than abstract.</w:t>
      </w:r>
      <w:r/>
    </w:p>
    <w:p>
      <w:r/>
      <w:r>
        <w:t>For Dénia, the festival is becoming more than a date in the calendar. It’s a recurring invitation for the whole community to show up, enjoy the music and make room for one another.</w:t>
      </w:r>
      <w:r/>
    </w:p>
    <w:p>
      <w:r/>
      <w:r>
        <w:t>A local Pride can still make a big impression, especially when everyone feels invited.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0">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3">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[4]</w:t>
        </w:r>
      </w:hyperlink>
      <w:r>
        <w:t xml:space="preserve">, </w:t>
      </w:r>
      <w:hyperlink r:id="rId12">
        <w:r>
          <w:rPr>
            <w:color w:val="0000EE"/>
            <w:u w:val="single"/>
          </w:rPr>
          <w:t>[6]</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https://euroweeklynews.com/2026/10/12/denia-pride-festival-brings-drag-stars-and-diva-anthems-to-the-heart-of-the-costa-blanca/</w:t>
        </w:r>
      </w:hyperlink>
      <w:r>
        <w:t xml:space="preserve"> - Please view link - unable to able to access data</w:t>
      </w:r>
      <w:r/>
    </w:p>
    <w:p>
      <w:pPr>
        <w:pStyle w:val="ListNumber"/>
        <w:spacing w:line="240" w:lineRule="auto"/>
        <w:ind w:left="720"/>
      </w:pPr>
      <w:r/>
      <w:hyperlink r:id="rId9">
        <w:r>
          <w:rPr>
            <w:color w:val="0000EE"/>
            <w:u w:val="single"/>
          </w:rPr>
          <w:t>https://euroweeklynews.com/2026/10/12/denia-pride-festival-brings-drag-stars-and-diva-anthems-to-the-heart-of-the-costa-blanca/</w:t>
        </w:r>
      </w:hyperlink>
      <w:r>
        <w:t xml:space="preserve"> - Dénia's third Diva Dénia Music Pride, held on October 10, 2026, transformed La Glorieta into a vibrant open-air celebration. The event featured drag performances, classic pop anthems, and LGBTQ+ community groups, attracting residents of all ages for four hours of music, entertainment, and inclusion. Organisers aimed to provide a local alternative to larger Pride events in cities like Valencia, Madrid, and Barcelona, fostering a sense of community and support for the LGBTQ+ community. The programme included performances by Menorcan singer Kevin Coll, drag artists Michel Vintage and Violeta Moore, and DJ Luiggi, with presenter La Villaescusa hosting the show. A highlight was the appearance of Alma de Soul, a contestant from Drag Race España, who stepped in last-minute after Choriza May's cancellation. The festival also showcased LGBTQ+ organisations, creatives, and artists, offering information and support to attendees. The success of the event underscores Dénia's commitment to local Pride celebrations, blending entertainment with messages of inclusion and diversity.</w:t>
      </w:r>
      <w:r/>
    </w:p>
    <w:p>
      <w:pPr>
        <w:pStyle w:val="ListNumber"/>
        <w:spacing w:line="240" w:lineRule="auto"/>
        <w:ind w:left="720"/>
      </w:pPr>
      <w:r/>
      <w:hyperlink r:id="rId13">
        <w:r>
          <w:rPr>
            <w:color w:val="0000EE"/>
            <w:u w:val="single"/>
          </w:rPr>
          <w:t>https://marinaalta.es/2026/10/alma-de-soul-sustituye-a-choriza-may-en-el-cartel-del-diva-denia-music-pride/</w:t>
        </w:r>
      </w:hyperlink>
      <w:r>
        <w:t xml:space="preserve"> - Alma de Soul, a participant in Drag Race España season 6, replaced Choriza May in the Diva Dénia Music Pride lineup. The event, scheduled for October 10, 2026, at La Glorieta in Dénia, featured performances by Michel Vintage, La Villasescusa, Kevin Coll, Violeta Moore, and DJ Luiggi. The festival aimed to provide a local alternative to larger Pride events, offering music, entertainment, and LGBTQ+ visibility.</w:t>
      </w:r>
      <w:r/>
    </w:p>
    <w:p>
      <w:pPr>
        <w:pStyle w:val="ListNumber"/>
        <w:spacing w:line="240" w:lineRule="auto"/>
        <w:ind w:left="720"/>
      </w:pPr>
      <w:r/>
      <w:hyperlink r:id="rId10">
        <w:r>
          <w:rPr>
            <w:color w:val="0000EE"/>
            <w:u w:val="single"/>
          </w:rPr>
          <w:t>https://www.costakriebels.com/nieuws/denia-organiseert-derde-editie-van-diva-denia-music-pride-51acbfa</w:t>
        </w:r>
      </w:hyperlink>
      <w:r>
        <w:t xml:space="preserve"> - Dénia hosted the third edition of Diva Dénia Music Pride on October 10, 2026, at La Glorieta. The event, running from 6 pm to 10 pm, featured drag performances and music from iconic divas of the 70s, 80s, and 90s. The programme included performances by Valencian drag artist Choriza May, Menorcan singer Kevin Coll, Michel Vintage, Violeta Moore, and DJ Luiggi, with La Villasescusa as the host. The festival aimed to unite families, residents, visitors, and music enthusiasts in a celebration of diversity.</w:t>
      </w:r>
      <w:r/>
    </w:p>
    <w:p>
      <w:pPr>
        <w:pStyle w:val="ListNumber"/>
        <w:spacing w:line="240" w:lineRule="auto"/>
        <w:ind w:left="720"/>
      </w:pPr>
      <w:r/>
      <w:hyperlink r:id="rId11">
        <w:r>
          <w:rPr>
            <w:color w:val="0000EE"/>
            <w:u w:val="single"/>
          </w:rPr>
          <w:t>https://www.denia.com/denia-se-prepara-para-la-tercera-edicion-del-diva-denia-music-pride-con-choriza-may-como-invitada/</w:t>
        </w:r>
      </w:hyperlink>
      <w:r>
        <w:t xml:space="preserve"> - Dénia is preparing for the third edition of Diva Dénia Music Pride, scheduled for October 10, 2026, at La Glorieta. The event, organised by the Department of Equality and Diversity of the Dénia City Council, will run from 6 pm to 10 pm and is free to attend. The musical lineup includes Valencian drag artist Choriza May, known for her participation in RuPaul’s Drag Race UK, and Menorcan singer Kevin Coll. The festival aims to offer a local alternative to larger Pride events, featuring music, drag performances, and LGBTQ+ culture in the heart of Dénia.</w:t>
      </w:r>
      <w:r/>
    </w:p>
    <w:p>
      <w:pPr>
        <w:pStyle w:val="ListNumber"/>
        <w:spacing w:line="240" w:lineRule="auto"/>
        <w:ind w:left="720"/>
      </w:pPr>
      <w:r/>
      <w:hyperlink r:id="rId12">
        <w:r>
          <w:rPr>
            <w:color w:val="0000EE"/>
            <w:u w:val="single"/>
          </w:rPr>
          <w:t>https://en.denia.com/denia-reivindica-el-pride-de-proximidad-con-una-exitosa-tercera-edicion-de-su-musical-de-divas/</w:t>
        </w:r>
      </w:hyperlink>
      <w:r>
        <w:t xml:space="preserve"> - Dénia's third Diva Dénia Music Pride, held on October 10, 2026, at La Glorieta, transformed the area into a vibrant dance floor and space for protest. The event, running from 6 pm to 10 pm, attracted residents of all ages and was conceived as a celebration of local pride. It offered a local alternative to large-scale events in Valencia, Madrid, or Barcelona, without the need to leave the city. The musical hits of the great divas of the 70s, 80s, and 90s provided the rhythm for a day marked by humour, drag performances, and a very inclusive atmosphere. The show's host, La Villaescusa, guided the evening with jokes and presentations that kept the energy high throughout the four-hour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uroweeklynews.com/2026/10/12/denia-pride-festival-brings-drag-stars-and-diva-anthems-to-the-heart-of-the-costa-blanca/" TargetMode="External"/><Relationship Id="rId10" Type="http://schemas.openxmlformats.org/officeDocument/2006/relationships/hyperlink" Target="https://www.costakriebels.com/nieuws/denia-organiseert-derde-editie-van-diva-denia-music-pride-51acbfa" TargetMode="External"/><Relationship Id="rId11" Type="http://schemas.openxmlformats.org/officeDocument/2006/relationships/hyperlink" Target="https://www.denia.com/denia-se-prepara-para-la-tercera-edicion-del-diva-denia-music-pride-con-choriza-may-como-invitada/" TargetMode="External"/><Relationship Id="rId12" Type="http://schemas.openxmlformats.org/officeDocument/2006/relationships/hyperlink" Target="https://en.denia.com/denia-reivindica-el-pride-de-proximidad-con-una-exitosa-tercera-edicion-de-su-musical-de-divas/" TargetMode="External"/><Relationship Id="rId13" Type="http://schemas.openxmlformats.org/officeDocument/2006/relationships/hyperlink" Target="https://marinaalta.es/2026/10/alma-de-soul-sustituye-a-choriza-may-en-el-cartel-del-diva-denia-music-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