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Montclair Pride 2026 Highlights Show Community Unbowed</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Rainy weather couldn't stop Montclair Pride 2026 from bringing LGBTQ+ residents, allies, performers and local organisations together at Lackawanna Plaza in New Jersey. Held on National Coming Out Day, the festival offered a welcoming space for visibility, celebration and connection, with more than 150 vendors, speakers and entertainers taking part.</w:t>
      </w:r>
      <w:r/>
    </w:p>
    <w:p>
      <w:pPr>
        <w:pStyle w:val="Heading2"/>
      </w:pPr>
      <w:r>
        <w:t>Essential Takeaways</w:t>
      </w:r>
      <w:r/>
      <w:r/>
    </w:p>
    <w:p>
      <w:pPr>
        <w:pStyle w:val="ListBullet"/>
        <w:spacing w:line="240" w:lineRule="auto"/>
        <w:ind w:left="720"/>
      </w:pPr>
      <w:r/>
      <w:r>
        <w:rPr>
          <w:b/>
        </w:rPr>
        <w:t>Rain didn't cancel the celebration:</w:t>
      </w:r>
      <w:r>
        <w:t xml:space="preserve"> Montclair Pride continued despite wet streets and storm clouds.</w:t>
      </w:r>
      <w:r/>
    </w:p>
    <w:p>
      <w:pPr>
        <w:pStyle w:val="ListBullet"/>
        <w:spacing w:line="240" w:lineRule="auto"/>
        <w:ind w:left="720"/>
      </w:pPr>
      <w:r/>
      <w:r>
        <w:rPr>
          <w:b/>
        </w:rPr>
        <w:t>A packed community programme:</w:t>
      </w:r>
      <w:r>
        <w:t xml:space="preserve"> More than 150 vendors, speakers and entertainers joined the event.</w:t>
      </w:r>
      <w:r/>
    </w:p>
    <w:p>
      <w:pPr>
        <w:pStyle w:val="ListBullet"/>
        <w:spacing w:line="240" w:lineRule="auto"/>
        <w:ind w:left="720"/>
      </w:pPr>
      <w:r/>
      <w:r>
        <w:rPr>
          <w:b/>
        </w:rPr>
        <w:t>National Coming Out Day connection:</w:t>
      </w:r>
      <w:r>
        <w:t xml:space="preserve"> The festival created a supportive setting for people exploring identity or seeking solidarity.</w:t>
      </w:r>
      <w:r/>
    </w:p>
    <w:p>
      <w:pPr>
        <w:pStyle w:val="ListBullet"/>
        <w:spacing w:line="240" w:lineRule="auto"/>
        <w:ind w:left="720"/>
      </w:pPr>
      <w:r/>
      <w:r>
        <w:rPr>
          <w:b/>
        </w:rPr>
        <w:t>Live performances added energy:</w:t>
      </w:r>
      <w:r>
        <w:t xml:space="preserve"> Drag artists, activists and performers helped keep the atmosphere bright.</w:t>
      </w:r>
      <w:r/>
    </w:p>
    <w:p>
      <w:pPr>
        <w:pStyle w:val="ListBullet"/>
        <w:spacing w:line="240" w:lineRule="auto"/>
        <w:ind w:left="720"/>
      </w:pPr>
      <w:r/>
      <w:r>
        <w:rPr>
          <w:b/>
        </w:rPr>
        <w:t>Community was the real headline:</w:t>
      </w:r>
      <w:r>
        <w:t xml:space="preserve"> Volunteers, sponsors, vendors and attendees all helped make the day possible.</w:t>
      </w:r>
      <w:r/>
      <w:r/>
    </w:p>
    <w:p>
      <w:pPr>
        <w:pStyle w:val="Heading2"/>
      </w:pPr>
      <w:r>
        <w:t>Montclair Pride kept the focus on belonging</w:t>
      </w:r>
      <w:r/>
    </w:p>
    <w:p>
      <w:r/>
      <w:r>
        <w:t>The strongest image from Montclair Pride 2026 wasn't the weather. It was the sight of people continuing to gather, chat and celebrate beneath a grey sky, proving that a little rain can only do so much to a well-loved community event.</w:t>
      </w:r>
      <w:r/>
    </w:p>
    <w:p>
      <w:r/>
      <w:r>
        <w:t>According to Out Montclair's event information, the festival was designed as a broad LGBTQ+ community celebration, bringing together local groups, businesses and visitors. That mix matters because Pride works best when it feels both joyful and useful, offering entertainment alongside a visible network of support.</w:t>
      </w:r>
      <w:r/>
    </w:p>
    <w:p>
      <w:r/>
      <w:r>
        <w:t>Held at Lackawanna Plaza on Sunday, 11 October, the event featured more than 150 vendors, speakers and entertainers. Listings from Lackawanna Plaza and local event guides also highlighted a family-friendly programme with stalls, performances and community activities.</w:t>
      </w:r>
      <w:r/>
    </w:p>
    <w:p>
      <w:pPr>
        <w:pStyle w:val="Heading2"/>
      </w:pPr>
      <w:r>
        <w:t>Why National Coming Out Day gave the festival extra meaning</w:t>
      </w:r>
      <w:r/>
    </w:p>
    <w:p>
      <w:r/>
      <w:r>
        <w:t>The timing added a deeper layer to the day's festivities. Montclair Pride took place on National Coming Out Day, making the festival more than a colourful afternoon out. For some visitors, it offered a chance to see themselves reflected in public life; for others, it was an opportunity to show up for friends, family and neighbours.</w:t>
      </w:r>
      <w:r/>
    </w:p>
    <w:p>
      <w:r/>
      <w:r>
        <w:t>Cathy Renna, communications director of the National LGBTQ+ Task Force and an adjunct professor at Montclair State University, described Pride as a safe place where people who may not yet be out can find community and reassurance. She also stressed the importance of political visibility at a moment when LGBTQ+ rights remain fiercely contested across the United States.</w:t>
      </w:r>
      <w:r/>
    </w:p>
    <w:p>
      <w:r/>
      <w:r>
        <w:t>That balance between celebration and advocacy has long been central to Pride events. Out Montclair's public materials similarly frame the organisation around community connection, visibility and support, rather than treating the festival as a one-day spectacle.</w:t>
      </w:r>
      <w:r/>
    </w:p>
    <w:p>
      <w:pPr>
        <w:pStyle w:val="Heading2"/>
      </w:pPr>
      <w:r>
        <w:t>Performers brought colour to a very wet afternoon</w:t>
      </w:r>
      <w:r/>
    </w:p>
    <w:p>
      <w:r/>
      <w:r>
        <w:t>The programme included appearances from actress, model and activist Dominique Jackson, alongside drag performer and advocate Harmonica Sunbeam. Their presence gave the festival a strong performance-led pulse, even as umbrellas and rain jackets became part of the unofficial dress code.</w:t>
      </w:r>
      <w:r/>
    </w:p>
    <w:p>
      <w:r/>
      <w:r>
        <w:t>Jackson spoke about Pride as a chance to live openly, shine visibly and encourage others to stand in their truth. It's an idea that feels particularly powerful at a public event: a stage, a crowd and a shared message can turn personal confidence into collective reassurance.</w:t>
      </w:r>
      <w:r/>
    </w:p>
    <w:p>
      <w:r/>
      <w:r>
        <w:t>Event listings from NJ Radar and Festivals in America promoted live entertainment, vendors and a family zone, suggesting that Montclair Pride was built to welcome a wide range of ages and interests. In practical terms, that makes the festival feel less like a niche gathering and more like a civic celebration with LGBTQ+ visibility at its centre.</w:t>
      </w:r>
      <w:r/>
    </w:p>
    <w:p>
      <w:pPr>
        <w:pStyle w:val="Heading2"/>
      </w:pPr>
      <w:r>
        <w:t>The weather tested attendance, but not community spirit</w:t>
      </w:r>
      <w:r/>
    </w:p>
    <w:p>
      <w:r/>
      <w:r>
        <w:t>Rain can easily thin out a street festival. It makes stalls harder to browse, turns pavements slippery and leaves performers working around unpredictable conditions. Yet the organisers, volunteers and attendees still managed to keep the event moving.</w:t>
      </w:r>
      <w:r/>
    </w:p>
    <w:p>
      <w:r/>
      <w:r>
        <w:t>Madeline Gale, co-founder of Montclair Pride, said the rain had affected the streets rather than the spirit of the gathering. She thanked the volunteers, staff, sponsors, vendors, performers, community partners and attendees who continued to support the event despite the conditions.</w:t>
      </w:r>
      <w:r/>
    </w:p>
    <w:p>
      <w:r/>
      <w:r>
        <w:t>That resilience is part of the story. Out Montclair's ongoing work and event announcements show how much planning sits behind a festival that can appear effortless from the crowd. Behind every cheerful stall and stage appearance are people managing logistics, safety, performers and last-minute weather decisions.</w:t>
      </w:r>
      <w:r/>
    </w:p>
    <w:p>
      <w:pPr>
        <w:pStyle w:val="Heading2"/>
      </w:pPr>
      <w:r>
        <w:t>What Montclair Pride 2026 says about local events</w:t>
      </w:r>
      <w:r/>
    </w:p>
    <w:p>
      <w:r/>
      <w:r>
        <w:t>The event also reflects a wider shift in how Pride festivals are organised. Modern celebrations tend to blend advocacy, family activities, entertainment, shopping and community services, giving visitors several reasons to attend and making the experience more accessible to people who may not feel comfortable in a purely nightlife-focused setting.</w:t>
      </w:r>
      <w:r/>
    </w:p>
    <w:p>
      <w:r/>
      <w:r>
        <w:t>The postponed-event notice reported by The Montclair Girl is a useful reminder that weather and logistics can change plans quickly, particularly for outdoor festivals. Anyone attending future events should check the organiser's website and social channels before travelling, especially when rain is forecast.</w:t>
      </w:r>
      <w:r/>
    </w:p>
    <w:p>
      <w:r/>
      <w:r>
        <w:t>Still, Montclair Pride 2026 offered a reassuring takeaway. Community events don't have to be perfect to be meaningful. Sometimes the most memorable celebrations are the ones where people arrive in waterproofs, share a laugh about the weather and stay because being together matters more than having a dry afternoon.</w:t>
      </w:r>
      <w:r/>
    </w:p>
    <w:p>
      <w:r/>
      <w:r>
        <w:t>A little rain couldn't wash away Montclair's sense of pride.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[7]</w:t>
        </w:r>
      </w:hyperlink>
      <w:r>
        <w:t xml:space="preserve">- Paragraph 4: </w:t>
      </w:r>
      <w:hyperlink r:id="rId11">
        <w:r>
          <w:rPr>
            <w:color w:val="0000EE"/>
            <w:u w:val="single"/>
          </w:rPr>
          <w:t>[4]</w:t>
        </w:r>
      </w:hyperlink>
      <w:r>
        <w:t xml:space="preserve">, </w:t>
      </w:r>
      <w:hyperlink r:id="rId13">
        <w:r>
          <w:rPr>
            <w:color w:val="0000EE"/>
            <w:u w:val="single"/>
          </w:rPr>
          <w:t>[5]</w:t>
        </w:r>
      </w:hyperlink>
      <w:r>
        <w:t xml:space="preserve">- Paragraph 5: </w:t>
      </w:r>
      <w:hyperlink r:id="rId15">
        <w:r>
          <w:rPr>
            <w:color w:val="0000EE"/>
            <w:u w:val="single"/>
          </w:rPr>
          <w:t>[6]</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[4]</w:t>
        </w:r>
      </w:hyperlink>
      <w:r>
        <w:t xml:space="preserve">- Paragraph 7: </w:t>
      </w:r>
      <w:hyperlink r:id="rId12">
        <w:r>
          <w:rPr>
            <w:color w:val="0000EE"/>
            <w:u w:val="single"/>
          </w:rPr>
          <w:t>[3]</w:t>
        </w:r>
      </w:hyperlink>
      <w:r>
        <w:t xml:space="preserve">, </w:t>
      </w:r>
      <w:hyperlink r:id="rId13">
        <w:r>
          <w:rPr>
            <w:color w:val="0000EE"/>
            <w:u w:val="single"/>
          </w:rPr>
          <w:t>[5]</w:t>
        </w:r>
      </w:hyperlink>
      <w:r>
        <w:t xml:space="preserve">- Paragraph 8: </w:t>
      </w:r>
      <w:hyperlink r:id="rId10">
        <w:r>
          <w:rPr>
            <w:color w:val="0000EE"/>
            <w:u w:val="single"/>
          </w:rPr>
          <w:t>[2]</w:t>
        </w:r>
      </w:hyperlink>
      <w:r>
        <w:t xml:space="preserve">, </w:t>
      </w:r>
      <w:hyperlink r:id="rId14">
        <w:r>
          <w:rPr>
            <w:color w:val="0000EE"/>
            <w:u w:val="single"/>
          </w:rPr>
          <w:t>[7]</w:t>
        </w:r>
      </w:hyperlink>
      <w:r>
        <w:t xml:space="preserve">- Paragraph 9: </w:t>
      </w:r>
      <w:hyperlink r:id="rId15">
        <w:r>
          <w:rPr>
            <w:color w:val="0000EE"/>
            <w:u w:val="single"/>
          </w:rPr>
          <w:t>[6]</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[4]</w:t>
        </w:r>
      </w:hyperlink>
      <w:r>
        <w:t xml:space="preserve">- Paragraph 11: </w:t>
      </w:r>
      <w:hyperlink r:id="rId12">
        <w:r>
          <w:rPr>
            <w:color w:val="0000EE"/>
            <w:u w:val="single"/>
          </w:rPr>
          <w:t>[3]</w:t>
        </w:r>
      </w:hyperlink>
      <w:r>
        <w:t xml:space="preserve">, </w:t>
      </w:r>
      <w:hyperlink r:id="rId13">
        <w:r>
          <w:rPr>
            <w:color w:val="0000EE"/>
            <w:u w:val="single"/>
          </w:rPr>
          <w:t>[5]</w:t>
        </w:r>
      </w:hyperlink>
      <w:r>
        <w:t xml:space="preserve">- Paragraph 12: </w:t>
      </w:r>
      <w:hyperlink r:id="rId15">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https://montclairlocal.news/2026/10/rain-cant-dampen-montclair-pride-celebration-on-national-coming-out-day/</w:t>
        </w:r>
      </w:hyperlink>
      <w:r>
        <w:t xml:space="preserve"> - Please view link - unable to able to access data</w:t>
      </w:r>
      <w:r/>
    </w:p>
    <w:p>
      <w:pPr>
        <w:pStyle w:val="ListNumber"/>
        <w:spacing w:line="240" w:lineRule="auto"/>
        <w:ind w:left="720"/>
      </w:pPr>
      <w:r/>
      <w:hyperlink r:id="rId10">
        <w:r>
          <w:rPr>
            <w:color w:val="0000EE"/>
            <w:u w:val="single"/>
          </w:rPr>
          <w:t>https://outmontclair.org/press-release-come-out-for-montclair-prid/</w:t>
        </w:r>
      </w:hyperlink>
      <w:r>
        <w:t xml:space="preserve"> - Out Montclair announced the postponement of Montclair Pride 2026 from August 1 to October 11, 2026, aligning with National Coming Out Day. The event aims to celebrate LGBTQ+ visibility, authenticity, and community, featuring live music, over 100 vendors, food trucks, and more. The organisation seeks support through donations to cover rising production costs and a decline in corporate sponsorships. Out Montclair is dedicated to building community and providing support for LGBTQ+ individuals in Montclair and beyond.</w:t>
      </w:r>
      <w:r/>
    </w:p>
    <w:p>
      <w:pPr>
        <w:pStyle w:val="ListNumber"/>
        <w:spacing w:line="240" w:lineRule="auto"/>
        <w:ind w:left="720"/>
      </w:pPr>
      <w:r/>
      <w:hyperlink r:id="rId12">
        <w:r>
          <w:rPr>
            <w:color w:val="0000EE"/>
            <w:u w:val="single"/>
          </w:rPr>
          <w:t>https://www.lackawanna.com/events/montclair-pride-2026</w:t>
        </w:r>
      </w:hyperlink>
      <w:r>
        <w:t xml:space="preserve"> - Montclair Pride 2026 is scheduled for Sunday, October 11, 2026, at Lackawanna Station. The festival includes live music, over 100 vendors, food trucks, and more. The event is free to attend and is ranked by Visit NJ as one of the top suburban Pride events in the country. The festival is hosted by Out Montclair at Lackawanna Station, aiming to celebrate the LGBTQ+ community and its allies.</w:t>
      </w:r>
      <w:r/>
    </w:p>
    <w:p>
      <w:pPr>
        <w:pStyle w:val="ListNumber"/>
        <w:spacing w:line="240" w:lineRule="auto"/>
        <w:ind w:left="720"/>
      </w:pPr>
      <w:r/>
      <w:hyperlink r:id="rId11">
        <w:r>
          <w:rPr>
            <w:color w:val="0000EE"/>
            <w:u w:val="single"/>
          </w:rPr>
          <w:t>https://www.njradar.com/events/montclair-pride-2026-lgbtq-community-festival-with-vendors-family-zone-and-live-performances-montclair-5027?from=%2Fevents%2Fmontclair-flea-indoor-market-with-vintage-finds-and-art-montclair-3377</w:t>
        </w:r>
      </w:hyperlink>
      <w:r>
        <w:t xml:space="preserve"> - Montclair Pride 2026 is a free LGBTQ+ festival on October 11 at Lackawanna Station, featuring live performances, over 150 vendors, a family zone, and food trucks. The event is family-friendly and ADA accessible, with free admission. The festival coincides with National Coming Out Day, embracing community and pride. The venue is located at 1 Lackawanna Plaza, Montclair, NJ 07042, USA.</w:t>
      </w:r>
      <w:r/>
    </w:p>
    <w:p>
      <w:pPr>
        <w:pStyle w:val="ListNumber"/>
        <w:spacing w:line="240" w:lineRule="auto"/>
        <w:ind w:left="720"/>
      </w:pPr>
      <w:r/>
      <w:hyperlink r:id="rId13">
        <w:r>
          <w:rPr>
            <w:color w:val="0000EE"/>
            <w:u w:val="single"/>
          </w:rPr>
          <w:t>https://www.festivalsinamerica.com/festival/montclair-pride-festival-montclair</w:t>
        </w:r>
      </w:hyperlink>
      <w:r>
        <w:t xml:space="preserve"> - The Montclair Pride Festival is a large LGBTQ+ celebration presented by Out Montclair in downtown Montclair. Centered on Lackawanna Plaza and Bloomfield Avenue, the free festival features live entertainment across multiple stages, more than 200 vendors including LGBTQ+-owned businesses, artisans, food trucks, and community organizations, drawing thousands to one of northern New Jersey's most inclusive towns. The 2026 edition is set for October 11, relocating to Lackawanna Station for a larger, more immersive experience.</w:t>
      </w:r>
      <w:r/>
    </w:p>
    <w:p>
      <w:pPr>
        <w:pStyle w:val="ListNumber"/>
        <w:spacing w:line="240" w:lineRule="auto"/>
        <w:ind w:left="720"/>
      </w:pPr>
      <w:r/>
      <w:hyperlink r:id="rId15">
        <w:r>
          <w:rPr>
            <w:color w:val="0000EE"/>
            <w:u w:val="single"/>
          </w:rPr>
          <w:t>https://www.themontclairgirl.com/montclair-pride-festival-2026-postponed/</w:t>
        </w:r>
      </w:hyperlink>
      <w:r>
        <w:t xml:space="preserve"> - The Montclair Pride Festival, originally scheduled for June 13, 2026, has been postponed to October 11, 2026. Organised by Out Montclair, the event will include vendors, entertainment, activities, and more in celebration of the LGBTQ+ community and its allies. The festival will feature live music, drag performances, food trucks, vendors, bar areas, a family zone, and an evening street-dance party. Out Montclair was founded in 2021 as a non-profit organisation to support and provide solidarity for LGBTQIA+ individuals in and around Montclair.</w:t>
      </w:r>
      <w:r/>
    </w:p>
    <w:p>
      <w:pPr>
        <w:pStyle w:val="ListNumber"/>
        <w:spacing w:line="240" w:lineRule="auto"/>
        <w:ind w:left="720"/>
      </w:pPr>
      <w:r/>
      <w:hyperlink r:id="rId14">
        <w:r>
          <w:rPr>
            <w:color w:val="0000EE"/>
            <w:u w:val="single"/>
          </w:rPr>
          <w:t>https://outmontclair.org/</w:t>
        </w:r>
      </w:hyperlink>
      <w:r>
        <w:t xml:space="preserve"> - Out Montclair is a non-profit organisation dedicated to building community, advancing equity, and providing meaningful support for LGBTQ+ individuals in Montclair, New Jersey, and beyond. Through year-round programming, educational initiatives, and community events, they create spaces where lesbian, gay, bisexual, transgender, queer, non-binary, and gender-expansive youth and adults can connect, be seen, and thrive. As the producer of Montclair Pride, one of New Jersey’s leading LGBTQ+ celebrations, they amplify visibility, joy, and advocacy on a large scale while supporting the community every day of the year.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ontclairlocal.news/2026/10/rain-cant-dampen-montclair-pride-celebration-on-national-coming-out-day/" TargetMode="External"/><Relationship Id="rId10" Type="http://schemas.openxmlformats.org/officeDocument/2006/relationships/hyperlink" Target="https://outmontclair.org/press-release-come-out-for-montclair-prid/" TargetMode="External"/><Relationship Id="rId11" Type="http://schemas.openxmlformats.org/officeDocument/2006/relationships/hyperlink" Target="https://www.njradar.com/events/montclair-pride-2026-lgbtq-community-festival-with-vendors-family-zone-and-live-performances-montclair-5027?from=%2Fevents%2Fmontclair-flea-indoor-market-with-vintage-finds-and-art-montclair-3377" TargetMode="External"/><Relationship Id="rId12" Type="http://schemas.openxmlformats.org/officeDocument/2006/relationships/hyperlink" Target="https://www.lackawanna.com/events/montclair-pride-2026" TargetMode="External"/><Relationship Id="rId13" Type="http://schemas.openxmlformats.org/officeDocument/2006/relationships/hyperlink" Target="https://www.festivalsinamerica.com/festival/montclair-pride-festival-montclair" TargetMode="External"/><Relationship Id="rId14" Type="http://schemas.openxmlformats.org/officeDocument/2006/relationships/hyperlink" Target="https://outmontclair.org/" TargetMode="External"/><Relationship Id="rId15" Type="http://schemas.openxmlformats.org/officeDocument/2006/relationships/hyperlink" Target="https://www.themontclairgirl.com/montclair-pride-festival-2026-postpone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