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Massimadi Festival Guide: Films, Artists and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Montreal's Massimadi Festival returns with a lively 18th edition celebrating Afro LGBTQ+ cinema, performance and community. With free opening-night entertainment, more than 40 films and events stretching from Theatre Plaza to online screens, the festival offers an inviting way to explore bold stories, joyful performances and living queer histories.</w:t>
      </w:r>
      <w:r/>
    </w:p>
    <w:p>
      <w:pPr>
        <w:pStyle w:val="Heading2"/>
      </w:pPr>
      <w:r>
        <w:t>Essential Takeaways</w:t>
      </w:r>
      <w:r/>
      <w:r/>
    </w:p>
    <w:p>
      <w:pPr>
        <w:pStyle w:val="ListBullet"/>
        <w:spacing w:line="240" w:lineRule="auto"/>
        <w:ind w:left="720"/>
      </w:pPr>
      <w:r/>
      <w:r>
        <w:rPr>
          <w:b/>
        </w:rPr>
        <w:t>Opening night:</w:t>
      </w:r>
      <w:r>
        <w:t xml:space="preserve"> The festival begins with a free evening at Theatre Plaza, featuring a film excerpt, six live acts and a reception.</w:t>
      </w:r>
      <w:r/>
    </w:p>
    <w:p>
      <w:pPr>
        <w:pStyle w:val="ListBullet"/>
        <w:spacing w:line="240" w:lineRule="auto"/>
        <w:ind w:left="720"/>
      </w:pPr>
      <w:r/>
      <w:r>
        <w:rPr>
          <w:b/>
        </w:rPr>
        <w:t>Big-screen variety:</w:t>
      </w:r>
      <w:r>
        <w:t xml:space="preserve"> More than 40 films are arranged across seven themes, from chosen family to Black and Queer histories.</w:t>
      </w:r>
      <w:r/>
    </w:p>
    <w:p>
      <w:pPr>
        <w:pStyle w:val="ListBullet"/>
        <w:spacing w:line="240" w:lineRule="auto"/>
        <w:ind w:left="720"/>
      </w:pPr>
      <w:r/>
      <w:r>
        <w:rPr>
          <w:b/>
        </w:rPr>
        <w:t>Beyond film:</w:t>
      </w:r>
      <w:r>
        <w:t xml:space="preserve"> A group exhibition, panels, drag, dance, comedy and poetry broaden the programme.</w:t>
      </w:r>
      <w:r/>
    </w:p>
    <w:p>
      <w:pPr>
        <w:pStyle w:val="ListBullet"/>
        <w:spacing w:line="240" w:lineRule="auto"/>
        <w:ind w:left="720"/>
      </w:pPr>
      <w:r/>
      <w:r>
        <w:rPr>
          <w:b/>
        </w:rPr>
        <w:t>Flexible viewing:</w:t>
      </w:r>
      <w:r>
        <w:t xml:space="preserve"> Online screenings extend the festival to audiences across Canada and internationally.</w:t>
      </w:r>
      <w:r/>
    </w:p>
    <w:p>
      <w:pPr>
        <w:pStyle w:val="ListBullet"/>
        <w:spacing w:line="240" w:lineRule="auto"/>
        <w:ind w:left="720"/>
      </w:pPr>
      <w:r/>
      <w:r>
        <w:rPr>
          <w:b/>
        </w:rPr>
        <w:t>Good value:</w:t>
      </w:r>
      <w:r>
        <w:t xml:space="preserve"> Admission includes low-cost single tickets, a day pass and an all-access in-person option.</w:t>
      </w:r>
      <w:r/>
      <w:r/>
    </w:p>
    <w:p>
      <w:pPr>
        <w:pStyle w:val="Heading2"/>
      </w:pPr>
      <w:r>
        <w:t>An opening night with plenty of energy</w:t>
      </w:r>
      <w:r/>
    </w:p>
    <w:p>
      <w:r/>
      <w:r>
        <w:t>The 18th edition begins at Theatre Plaza on St-Hubert with the sort of programme designed to get people talking before the first feature even rolls. From 6 to 10pm, visitors can expect a Canadian premiere excerpt, six live performances and a reception, creating a warm, social start rather than a purely sit-down cinema experience.</w:t>
      </w:r>
      <w:r/>
    </w:p>
    <w:p>
      <w:r/>
      <w:r>
        <w:t xml:space="preserve">The performers include Dee Joyce, DJ Tokyo Mamii, Ohemaa, Big Sissy, RèN Darah and Athena Lucie. Meanwhile, an excerpt from Terry Blade's </w:t>
      </w:r>
      <w:r>
        <w:rPr>
          <w:i/>
        </w:rPr>
        <w:t>My Gender Is Black</w:t>
      </w:r>
      <w:r>
        <w:t xml:space="preserve"> brings questions of gender identity, race and emancipation into the evening. According to the festival's opening-night information, entry is free with online booking, making this an easy introduction for first-time visitors.</w:t>
      </w:r>
      <w:r/>
    </w:p>
    <w:p>
      <w:pPr>
        <w:pStyle w:val="Heading2"/>
      </w:pPr>
      <w:r>
        <w:t>More than 40 films, seven ways into the story</w:t>
      </w:r>
      <w:r/>
    </w:p>
    <w:p>
      <w:r/>
      <w:r>
        <w:t>Massimadi's programme is broad without losing its sense of purpose. Its seven thematic blocks explore chosen family, Indigenous and Two-Spirit resilience, Black and Queer histories, and Afro-Queer communities across the Antilles and the Guianas.</w:t>
      </w:r>
      <w:r/>
    </w:p>
    <w:p>
      <w:r/>
      <w:r>
        <w:t xml:space="preserve">That range matters because it gives audiences several ways to enter the festival. You might come for a particular director or subject, then find yourself drawn into a completely different conversation. The festival's 2025 programme lists both first-ever screenings and Canadian premieres, including </w:t>
      </w:r>
      <w:r>
        <w:rPr>
          <w:i/>
        </w:rPr>
        <w:t>About Face</w:t>
      </w:r>
      <w:r>
        <w:t xml:space="preserve">, </w:t>
      </w:r>
      <w:r>
        <w:rPr>
          <w:i/>
        </w:rPr>
        <w:t>Fish &amp; Chips</w:t>
      </w:r>
      <w:r>
        <w:t xml:space="preserve">, </w:t>
      </w:r>
      <w:r>
        <w:rPr>
          <w:i/>
        </w:rPr>
        <w:t>Irmã</w:t>
      </w:r>
      <w:r>
        <w:t xml:space="preserve">, </w:t>
      </w:r>
      <w:r>
        <w:rPr>
          <w:i/>
        </w:rPr>
        <w:t>Morning Echo</w:t>
      </w:r>
      <w:r>
        <w:t xml:space="preserve">, </w:t>
      </w:r>
      <w:r>
        <w:rPr>
          <w:i/>
        </w:rPr>
        <w:t>River Mamma</w:t>
      </w:r>
      <w:r>
        <w:t xml:space="preserve"> and </w:t>
      </w:r>
      <w:r>
        <w:rPr>
          <w:i/>
        </w:rPr>
        <w:t>Un été bleu</w:t>
      </w:r>
      <w:r>
        <w:t>.</w:t>
      </w:r>
      <w:r/>
    </w:p>
    <w:p>
      <w:pPr>
        <w:pStyle w:val="Heading2"/>
      </w:pPr>
      <w:r>
        <w:t>Why the theme of living memories feels timely</w:t>
      </w:r>
      <w:r/>
    </w:p>
    <w:p>
      <w:r/>
      <w:r>
        <w:t xml:space="preserve">This year's theme, </w:t>
      </w:r>
      <w:r>
        <w:rPr>
          <w:i/>
        </w:rPr>
        <w:t>Mémoires vives</w:t>
      </w:r>
      <w:r>
        <w:t>, translates as "Living Memories", and it gives the festival a clear emotional thread. These aren't stories treated as distant archive material. They connect memory with survival, creativity, identity and the communities people build around one another.</w:t>
      </w:r>
      <w:r/>
    </w:p>
    <w:p>
      <w:r/>
      <w:r>
        <w:t>The result should appeal to viewers who want more than a conventional film-festival checklist. Massimadi has been organised by the Massimadi Foundation since 2009, and its continued mix of cinema, performance and visual art reflects a festival interested in culture as something lived, shared and still evolving.</w:t>
      </w:r>
      <w:r/>
    </w:p>
    <w:p>
      <w:pPr>
        <w:pStyle w:val="Heading2"/>
      </w:pPr>
      <w:r>
        <w:t>Plan beyond the cinema</w:t>
      </w:r>
      <w:r/>
    </w:p>
    <w:p>
      <w:r/>
      <w:r>
        <w:t xml:space="preserve">The festival's cultural programme continues with </w:t>
      </w:r>
      <w:r>
        <w:rPr>
          <w:i/>
        </w:rPr>
        <w:t>Le/The Sanctum</w:t>
      </w:r>
      <w:r>
        <w:t>, a group exhibition opening at the Maison de la culture de Cote-des-Neiges on 22 October. It's a useful reminder that the event isn't confined to darkened rooms and end credits.</w:t>
      </w:r>
      <w:r/>
    </w:p>
    <w:p>
      <w:r/>
      <w:r>
        <w:t xml:space="preserve">The closing programme, </w:t>
      </w:r>
      <w:r>
        <w:rPr>
          <w:i/>
        </w:rPr>
        <w:t>Celebrating Our Voices</w:t>
      </w:r>
      <w:r>
        <w:t>, adds drag, dance, comedy and poetry before a drag party at DD's Club. An online programme then runs from 26 October to 8 November, reaching viewers in remote parts of Quebec and Canada, as well as audiences in Haiti, Cote d'Ivoire, France, Belgium and the United States.</w:t>
      </w:r>
      <w:r/>
    </w:p>
    <w:p>
      <w:pPr>
        <w:pStyle w:val="Heading2"/>
      </w:pPr>
      <w:r>
        <w:t>How to choose the best Massimadi Festival events</w:t>
      </w:r>
      <w:r/>
    </w:p>
    <w:p>
      <w:r/>
      <w:r>
        <w:t>If you're new to Massimadi, opening night is the simplest starting point: it's free, compact and packed with different art forms. Film fans may prefer to browse the thematic blocks first, while anyone keen on discussion should consider the day pass with panels.</w:t>
      </w:r>
      <w:r/>
    </w:p>
    <w:p>
      <w:r/>
      <w:r>
        <w:t>The pricing is refreshingly straightforward. General admission is $8, the day pass with panels costs $12, and an all-access in-person passport is $45, before tax. For viewers outside Montreal, the online programme offers the most practical route, while advance booking is sensible for popular live events.</w:t>
      </w:r>
      <w:r/>
    </w:p>
    <w:p>
      <w:r/>
      <w:r>
        <w:t>Massimadi's appeal lies in that mixture of discovery and togetherness. One moment you're watching a challenging film; the next, the room has shifted into music, laughter or conversation. That's a pretty good reason to make space for it in the calendar.</w:t>
      </w:r>
      <w:r/>
    </w:p>
    <w:p>
      <w:r/>
      <w:r>
        <w:t>Explore the programme and choose the events that speak to you most.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[4]</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2">
        <w:r>
          <w:rPr>
            <w:color w:val="0000EE"/>
            <w:u w:val="single"/>
          </w:rPr>
          <w:t>[4]</w:t>
        </w:r>
      </w:hyperlink>
      <w:r>
        <w:t xml:space="preserve">, </w:t>
      </w:r>
      <w:hyperlink r:id="rId13">
        <w:r>
          <w:rPr>
            <w:color w:val="0000EE"/>
            <w:u w:val="single"/>
          </w:rPr>
          <w:t>[5]</w:t>
        </w:r>
      </w:hyperlink>
      <w:r>
        <w:t xml:space="preserve">- Paragraph 7: </w:t>
      </w:r>
      <w:hyperlink r:id="rId13">
        <w:r>
          <w:rPr>
            <w:color w:val="0000EE"/>
            <w:u w:val="single"/>
          </w:rPr>
          <w:t>[5]</w:t>
        </w:r>
      </w:hyperlink>
      <w:r>
        <w:t xml:space="preserve">, </w:t>
      </w:r>
      <w:hyperlink r:id="rId13">
        <w:r>
          <w:rPr>
            <w:color w:val="0000EE"/>
            <w:u w:val="single"/>
          </w:rPr>
          <w:t>[6]</w:t>
        </w:r>
      </w:hyperlink>
      <w:r>
        <w:t xml:space="preserve">- Paragraph 8: </w:t>
      </w:r>
      <w:hyperlink r:id="rId13">
        <w:r>
          <w:rPr>
            <w:color w:val="0000EE"/>
            <w:u w:val="single"/>
          </w:rPr>
          <w:t>[5]</w:t>
        </w:r>
      </w:hyperlink>
      <w:r>
        <w:t xml:space="preserve">, </w:t>
      </w:r>
      <w:hyperlink r:id="rId13">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[2]</w:t>
        </w:r>
      </w:hyperlink>
      <w:r>
        <w:t xml:space="preserve">, </w:t>
      </w:r>
      <w:hyperlink r:id="rId13">
        <w:r>
          <w:rPr>
            <w:color w:val="0000EE"/>
            <w:u w:val="single"/>
          </w:rPr>
          <w:t>[5]</w:t>
        </w:r>
      </w:hyperlink>
      <w:r>
        <w:t xml:space="preserve">- Paragraph 12: </w:t>
      </w:r>
      <w:hyperlink r:id="rId11">
        <w:r>
          <w:rPr>
            <w:color w:val="0000EE"/>
            <w:u w:val="single"/>
          </w:rPr>
          <w:t>[3]</w:t>
        </w:r>
      </w:hyperlink>
      <w:r>
        <w:t xml:space="preserve">, </w:t>
      </w:r>
      <w:hyperlink r:id="rId13">
        <w:r>
          <w:rPr>
            <w:color w:val="0000EE"/>
            <w:u w:val="single"/>
          </w:rPr>
          <w:t>[7]</w:t>
        </w:r>
      </w:hyperlink>
      <w:r>
        <w:t xml:space="preserve">- Paragraph 13: </w:t>
      </w:r>
      <w:hyperlink r:id="rId12">
        <w:r>
          <w:rPr>
            <w:color w:val="0000EE"/>
            <w:u w:val="single"/>
          </w:rPr>
          <w:t>[4]</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https://montrealrocks.ca/massimadi-festival-opens-18th-edition-at-theatre-plaza/</w:t>
        </w:r>
      </w:hyperlink>
      <w:r>
        <w:t xml:space="preserve"> - Please view link - unable to able to access data</w:t>
      </w:r>
      <w:r/>
    </w:p>
    <w:p>
      <w:pPr>
        <w:pStyle w:val="ListNumber"/>
        <w:spacing w:line="240" w:lineRule="auto"/>
        <w:ind w:left="720"/>
      </w:pPr>
      <w:r/>
      <w:hyperlink r:id="rId10">
        <w:r>
          <w:rPr>
            <w:color w:val="0000EE"/>
            <w:u w:val="single"/>
          </w:rPr>
          <w:t>https://www.massimadi.ca/en/soir%C3%A9e-d-ouverture</w:t>
        </w:r>
      </w:hyperlink>
      <w:r>
        <w:t xml:space="preserve"> - The Massimadi Festival's 18th edition opens on Thursday, October 15, 2026, from 6 p.m. to 10 p.m. at Théâtre Plaza in Montreal. The event features a screening of an excerpt from 'My Gender Is Black' by Terry Blade, presented as a Canadian premiere. The evening also includes performances by Dee Joyce, DJ Tokyo Mamii, Ohemaa, Big Sissy, RèN Darah, and Athena Lucie Assamba. The event is free and open to all, with reservations required.</w:t>
      </w:r>
      <w:r/>
    </w:p>
    <w:p>
      <w:pPr>
        <w:pStyle w:val="ListNumber"/>
        <w:spacing w:line="240" w:lineRule="auto"/>
        <w:ind w:left="720"/>
      </w:pPr>
      <w:r/>
      <w:hyperlink r:id="rId11">
        <w:r>
          <w:rPr>
            <w:color w:val="0000EE"/>
            <w:u w:val="single"/>
          </w:rPr>
          <w:t>https://www.massimadi.ca/en/festival</w:t>
        </w:r>
      </w:hyperlink>
      <w:r>
        <w:t xml:space="preserve"> - The Massimadi Festival, organised by the Massimadi Foundation, is an annual arts and film festival celebrating Afro LGBTQ+ communities. The 18th edition runs from October 15 to November 8, 2026, featuring nearly 40 films across seven thematic blocks, including sections on chosen family, Indigenous and Two-Spirit resilience, Black and Queer histories, and Afro-Queer communities in the Antilles and the Guianas. The festival also includes artistic performances, exhibitions, panels, and workshops.</w:t>
      </w:r>
      <w:r/>
    </w:p>
    <w:p>
      <w:pPr>
        <w:pStyle w:val="ListNumber"/>
        <w:spacing w:line="240" w:lineRule="auto"/>
        <w:ind w:left="720"/>
      </w:pPr>
      <w:r/>
      <w:hyperlink r:id="rId12">
        <w:r>
          <w:rPr>
            <w:color w:val="0000EE"/>
            <w:u w:val="single"/>
          </w:rPr>
          <w:t>https://www.massimadi.ca/en/festival/edition2025</w:t>
        </w:r>
      </w:hyperlink>
      <w:r>
        <w:t xml:space="preserve"> - The 17th edition of the Massimadi Festival, held from October 22 to 29, 2025, was themed 'Deconstruct to Reconstruct.' The festival showcased nearly 30 short and feature films from Quebec and around the world, presented both online and in theatres. It also featured an exhibition that opened new spaces for dialogue and creation, highlighting how art can dismantle imposed images of identities and communities to rebuild them on their own terms.</w:t>
      </w:r>
      <w:r/>
    </w:p>
    <w:p>
      <w:pPr>
        <w:pStyle w:val="ListNumber"/>
        <w:spacing w:line="240" w:lineRule="auto"/>
        <w:ind w:left="720"/>
      </w:pPr>
      <w:r/>
      <w:hyperlink r:id="rId13">
        <w:r>
          <w:rPr>
            <w:color w:val="0000EE"/>
            <w:u w:val="single"/>
          </w:rPr>
          <w:t>https://www.massimadi.ca/en/festival/edition2025/programmationcomplete</w:t>
        </w:r>
      </w:hyperlink>
      <w:r>
        <w:t xml:space="preserve"> - The complete programming for the 17th edition of the Massimadi Festival, held from October 22 to 29, 2025, included an opening night on October 22 themed 'Deconstruct to Reconstruct.' The festival also featured screenings on October 23 themed 'Love, Work &amp; Liberation,' an exhibition titled 'Softboï by Sickkid' on October 24, a dance party 'Discono x Massimadi' on October 25, and screenings on October 26 themed 'Queer Lineages,' among other events.</w:t>
      </w:r>
      <w:r/>
    </w:p>
    <w:p>
      <w:pPr>
        <w:pStyle w:val="ListNumber"/>
        <w:spacing w:line="240" w:lineRule="auto"/>
        <w:ind w:left="720"/>
      </w:pPr>
      <w:r/>
      <w:hyperlink r:id="rId13">
        <w:r>
          <w:rPr>
            <w:color w:val="0000EE"/>
            <w:u w:val="single"/>
          </w:rPr>
          <w:t>https://www.massimadi.ca/en/festival/edition2025/programmationcomplete</w:t>
        </w:r>
      </w:hyperlink>
      <w:r>
        <w:t xml:space="preserve"> - The 17th edition of the Massimadi Festival, held from October 22 to 29, 2025, featured a comprehensive programme that included an opening night on October 22 themed 'Deconstruct to Reconstruct.' The festival also showcased screenings on October 23 themed 'Love, Work &amp; Liberation,' an exhibition titled 'Softboï by Sickkid' on October 24, a dance party 'Discono x Massimadi' on October 25, and screenings on October 26 themed 'Queer Lineages,' among other events.</w:t>
      </w:r>
      <w:r/>
    </w:p>
    <w:p>
      <w:pPr>
        <w:pStyle w:val="ListNumber"/>
        <w:spacing w:line="240" w:lineRule="auto"/>
        <w:ind w:left="720"/>
      </w:pPr>
      <w:r/>
      <w:hyperlink r:id="rId13">
        <w:r>
          <w:rPr>
            <w:color w:val="0000EE"/>
            <w:u w:val="single"/>
          </w:rPr>
          <w:t>https://www.massimadi.ca/en/festival/edition2025/programmationcomplete</w:t>
        </w:r>
      </w:hyperlink>
      <w:r>
        <w:t xml:space="preserve"> - The 17th edition of the Massimadi Festival, held from October 22 to 29, 2025, featured a comprehensive programme that included an opening night on October 22 themed 'Deconstruct to Reconstruct.' The festival also showcased screenings on October 23 themed 'Love, Work &amp; Liberation,' an exhibition titled 'Softboï by Sickkid' on October 24, a dance party 'Discono x Massimadi' on October 25, and screenings on October 26 themed 'Queer Lineages,' among other events.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ntrealrocks.ca/massimadi-festival-opens-18th-edition-at-theatre-plaza/" TargetMode="External"/><Relationship Id="rId10" Type="http://schemas.openxmlformats.org/officeDocument/2006/relationships/hyperlink" Target="https://www.massimadi.ca/en/soir%C3%A9e-d-ouverture" TargetMode="External"/><Relationship Id="rId11" Type="http://schemas.openxmlformats.org/officeDocument/2006/relationships/hyperlink" Target="https://www.massimadi.ca/en/festival" TargetMode="External"/><Relationship Id="rId12" Type="http://schemas.openxmlformats.org/officeDocument/2006/relationships/hyperlink" Target="https://www.massimadi.ca/en/festival/edition2025" TargetMode="External"/><Relationship Id="rId13" Type="http://schemas.openxmlformats.org/officeDocument/2006/relationships/hyperlink" Target="https://www.massimadi.ca/en/festival/edition2025/programmationcomple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