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The Black Ball, Seoul Pride Film Festival’s historical drama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and LGBTQ+ audiences will gather at CGV Piccadilly1958 from 5 to 11 November for the 16th Seoul International Pride Film Festival, with The Black Ball leading the programme. Spanning three eras of gay life in Spain, the Cannes-winning drama brings Federico Garcia Lorca’s unfinished writing to the screen with a sweeping, emotionally charged story.</w:t>
      </w:r>
      <w:r/>
    </w:p>
    <w:p>
      <w:pPr>
        <w:pStyle w:val="Heading2"/>
      </w:pPr>
      <w:r>
        <w:t>Essential Takeaways</w:t>
      </w:r>
      <w:r/>
      <w:r/>
    </w:p>
    <w:p>
      <w:pPr>
        <w:pStyle w:val="ListBullet"/>
        <w:spacing w:line="240" w:lineRule="auto"/>
        <w:ind w:left="720"/>
      </w:pPr>
      <w:r/>
      <w:r>
        <w:rPr>
          <w:b/>
        </w:rPr>
        <w:t>Festival dates:</w:t>
      </w:r>
      <w:r>
        <w:t xml:space="preserve"> The 16th Seoul International Pride Film Festival runs from 5 to 11 November at CGV Piccadilly1958.</w:t>
      </w:r>
      <w:r/>
    </w:p>
    <w:p>
      <w:pPr>
        <w:pStyle w:val="ListBullet"/>
        <w:spacing w:line="240" w:lineRule="auto"/>
        <w:ind w:left="720"/>
      </w:pPr>
      <w:r/>
      <w:r>
        <w:rPr>
          <w:b/>
        </w:rPr>
        <w:t>Opening film:</w:t>
      </w:r>
      <w:r>
        <w:t xml:space="preserve"> The Black Ball, directed by Javier Calvo and Javier Ambrossi, will launch the festival.</w:t>
      </w:r>
      <w:r/>
    </w:p>
    <w:p>
      <w:pPr>
        <w:pStyle w:val="ListBullet"/>
        <w:spacing w:line="240" w:lineRule="auto"/>
        <w:ind w:left="720"/>
      </w:pPr>
      <w:r/>
      <w:r>
        <w:rPr>
          <w:b/>
        </w:rPr>
        <w:t>Three connected eras:</w:t>
      </w:r>
      <w:r>
        <w:t xml:space="preserve"> The story moves between 1932, 1937 and 2017, linking different generations of gay men.</w:t>
      </w:r>
      <w:r/>
    </w:p>
    <w:p>
      <w:pPr>
        <w:pStyle w:val="ListBullet"/>
        <w:spacing w:line="240" w:lineRule="auto"/>
        <w:ind w:left="720"/>
      </w:pPr>
      <w:r/>
      <w:r>
        <w:rPr>
          <w:b/>
        </w:rPr>
        <w:t>Literary roots:</w:t>
      </w:r>
      <w:r>
        <w:t xml:space="preserve"> The film grows from a four-page unfinished manuscript by Federico Garcia Lorca, combined with Alberto Conejero's play The Dark Stone.</w:t>
      </w:r>
      <w:r/>
    </w:p>
    <w:p>
      <w:pPr>
        <w:pStyle w:val="ListBullet"/>
        <w:spacing w:line="240" w:lineRule="auto"/>
        <w:ind w:left="720"/>
      </w:pPr>
      <w:r/>
      <w:r>
        <w:rPr>
          <w:b/>
        </w:rPr>
        <w:t>A striking visual identity:</w:t>
      </w:r>
      <w:r>
        <w:t xml:space="preserve"> Its poster shows a man's face and uneasy gaze against the violence of the Spanish Civil War.</w:t>
      </w:r>
      <w:r/>
      <w:r/>
    </w:p>
    <w:p>
      <w:pPr>
        <w:pStyle w:val="Heading2"/>
      </w:pPr>
      <w:r>
        <w:t>The Black Ball gives Seoul Pride a powerful opening</w:t>
      </w:r>
      <w:r/>
    </w:p>
    <w:p>
      <w:r/>
      <w:r>
        <w:t>The Seoul International Pride Film Festival has chosen a film with plenty of weight behind it. The Black Ball arrives as a major festival opener after winning the Best Director award at Cannes, making it a particularly bold way to begin a week devoted to LGBTQ+ cinema.</w:t>
      </w:r>
      <w:r/>
    </w:p>
    <w:p>
      <w:r/>
      <w:r>
        <w:t>The 159-minute drama is directed by Javier Calvo and Javier Ambrossi, and was first presented in competition at Cannes. According to the film's festival listings, it also carries Spain's international feature film submission, underlining its significance beyond the pride-film circuit.</w:t>
      </w:r>
      <w:r/>
    </w:p>
    <w:p>
      <w:r/>
      <w:r>
        <w:t>There’s a deliberate sense of scale here. Rather than focusing on one isolated relationship, the film looks across decades, suggesting that queer lives have always formed part of modern history, even when official records tried to hide them.</w:t>
      </w:r>
      <w:r/>
    </w:p>
    <w:p>
      <w:pPr>
        <w:pStyle w:val="Heading2"/>
      </w:pPr>
      <w:r>
        <w:t>A lost Lorca story finds a new life</w:t>
      </w:r>
      <w:r/>
    </w:p>
    <w:p>
      <w:r/>
      <w:r>
        <w:t>The film's most intriguing starting point is a fragment. Lorca left behind a four-page unfinished manuscript, and the filmmakers have expanded that idea by bringing it together with Alberto Conejero's play The Dark Stone.</w:t>
      </w:r>
      <w:r/>
    </w:p>
    <w:p>
      <w:r/>
      <w:r>
        <w:t>That creative combination turns an incomplete literary trace into a cinematic conversation across time. It’s also an especially poignant choice given Lorca's own fate. The poet and playwright, known for works including Blood Wedding and The House of Bernarda Alba, was killed near Granada shortly after the Spanish Civil War began in 1936.</w:t>
      </w:r>
      <w:r/>
    </w:p>
    <w:p>
      <w:r/>
      <w:r>
        <w:t>His body has never been found. The title refers to the black ball used in some club voting systems to reject a prospective member, a small object that becomes a quietly sharp symbol of exclusion, secrecy and social judgement.</w:t>
      </w:r>
      <w:r/>
    </w:p>
    <w:p>
      <w:pPr>
        <w:pStyle w:val="Heading2"/>
      </w:pPr>
      <w:r>
        <w:t>Three periods, one long emotional thread</w:t>
      </w:r>
      <w:r/>
    </w:p>
    <w:p>
      <w:r/>
      <w:r>
        <w:t>The narrative moves between 1932, 1937 and 2017. It begins with a 20-year-old man pressured by his father to apply for membership of a local social club, before moving into the danger and heartbreak of wartime Spain.</w:t>
      </w:r>
      <w:r/>
    </w:p>
    <w:p>
      <w:r/>
      <w:r>
        <w:t>A later storyline follows someone investigating an earlier love and the secrets left behind by it. The three strands aren't simply presented as separate historical episodes. They gradually begin to echo one another, showing how fear, desire and family expectations can travel from one generation to the next.</w:t>
      </w:r>
      <w:r/>
    </w:p>
    <w:p>
      <w:r/>
      <w:r>
        <w:t>The International Film Festival Rotterdam describes The Black Ball as a work that links these different moments through a broad, intergenerational story. That structure may ask for patience, but it promises a richer payoff than a straightforward period drama.</w:t>
      </w:r>
      <w:r/>
    </w:p>
    <w:p>
      <w:pPr>
        <w:pStyle w:val="Heading2"/>
      </w:pPr>
      <w:r>
        <w:t>Why the visual style matters</w:t>
      </w:r>
      <w:r/>
    </w:p>
    <w:p>
      <w:r/>
      <w:r>
        <w:t>The Black Ball was shot on 35mm film, giving its historical sections a tactile quality that digital images often struggle to replicate. The directors also distinguish the three periods through different visual textures before allowing the stories to converge.</w:t>
      </w:r>
      <w:r/>
    </w:p>
    <w:p>
      <w:r/>
      <w:r>
        <w:t>That approach fits the film's subject. Memory here isn't clean or neatly archived; it feels worn, unstable and vulnerable to being lost. Even the official poster leans into that mood, showing a man's face framed by the turmoil of the Civil War and an uncertain, unsettled gaze.</w:t>
      </w:r>
      <w:r/>
    </w:p>
    <w:p>
      <w:r/>
      <w:r>
        <w:t>The Daily Star reported that the film received a 16-minute standing ovation at Cannes, with Penelope Cruz among its cast. Such a response doesn't guarantee that every viewer will find the long running time easy, but it does suggest a film designed to leave an impression rather than pass quietly by.</w:t>
      </w:r>
      <w:r/>
    </w:p>
    <w:p>
      <w:pPr>
        <w:pStyle w:val="Heading2"/>
      </w:pPr>
      <w:r>
        <w:t>What festival audiences can expect</w:t>
      </w:r>
      <w:r/>
    </w:p>
    <w:p>
      <w:r/>
      <w:r>
        <w:t>For viewers choosing the film as part of their Seoul Pride Film Festival visit, The Black Ball offers both literary curiosity and emotional ambition. It is rooted in Spanish history, but its questions about belonging, silence and queer visibility are much wider.</w:t>
      </w:r>
      <w:r/>
    </w:p>
    <w:p>
      <w:r/>
      <w:r>
        <w:t>Festival programmer Kim Seung-hwan said the film demonstrates, in epic form, that LGBTQ+ people have always existed within modern history. That makes the selection feel purposeful rather than merely prestigious.</w:t>
      </w:r>
      <w:r/>
    </w:p>
    <w:p>
      <w:r/>
      <w:r>
        <w:t>It may be a demanding opening-night choice, especially at nearly two and a half hours. But sometimes a festival needs a film that opens the door loudly, and The Black Ball seems ready to do exactly that.</w:t>
      </w:r>
      <w:r/>
    </w:p>
    <w:p>
      <w:r/>
      <w:r>
        <w:t>A striking opening film can set the tone for an entire festival, and this one looks built for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3">
        <w:r>
          <w:rPr>
            <w:color w:val="0000EE"/>
            <w:u w:val="single"/>
          </w:rPr>
          <w:t>[3]</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[6]</w:t>
        </w:r>
      </w:hyperlink>
      <w:r>
        <w:t xml:space="preserve">, </w:t>
      </w:r>
      <w:hyperlink r:id="rId14">
        <w:r>
          <w:rPr>
            <w:color w:val="0000EE"/>
            <w:u w:val="single"/>
          </w:rPr>
          <w:t>[7]</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[6]</w:t>
        </w:r>
      </w:hyperlink>
      <w:r>
        <w:t xml:space="preserve">- Paragraph 16: </w:t>
      </w:r>
      <w:hyperlink r:id="rId13">
        <w:r>
          <w:rPr>
            <w:color w:val="0000EE"/>
            <w:u w:val="single"/>
          </w:rPr>
          <w:t>[3]</w:t>
        </w:r>
      </w:hyperlink>
      <w:r>
        <w:t xml:space="preserve">, </w:t>
      </w:r>
      <w:hyperlink r:id="rId14">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[6]</w:t>
        </w:r>
      </w:hyperlink>
      <w:r>
        <w:t xml:space="preserve">- Paragraph 18: </w:t>
      </w:r>
      <w:hyperlink r:id="rId11">
        <w:r>
          <w:rPr>
            <w:color w:val="0000EE"/>
            <w:u w:val="single"/>
          </w:rPr>
          <w:t>[4]</w:t>
        </w:r>
      </w:hyperlink>
      <w:r>
        <w:t xml:space="preserve">, </w:t>
      </w:r>
      <w:hyperlink r:id="rId12">
        <w:r>
          <w:rPr>
            <w:color w:val="0000EE"/>
            <w:u w:val="single"/>
          </w:rPr>
          <w:t>[5]</w:t>
        </w:r>
      </w:hyperlink>
      <w:r>
        <w:t xml:space="preserve">- Paragraph 19: </w:t>
      </w:r>
      <w:hyperlink r:id="rId9">
        <w:r>
          <w:rPr>
            <w:color w:val="0000EE"/>
            <w:u w:val="single"/>
          </w:rPr>
          <w:t>[2]</w:t>
        </w:r>
      </w:hyperlink>
      <w:r>
        <w:t xml:space="preserve">, </w:t>
      </w:r>
      <w:hyperlink r:id="rId14">
        <w:r>
          <w:rPr>
            <w:color w:val="0000EE"/>
            <w:u w:val="single"/>
          </w:rPr>
          <w:t>[7]</w:t>
        </w:r>
      </w:hyperlink>
      <w:r>
        <w:t xml:space="preserve">- Paragraph 20: </w:t>
      </w:r>
      <w:hyperlink r:id="rId10">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https://www.etoday.co.kr/news/view/2634624</w:t>
        </w:r>
      </w:hyperlink>
      <w:r>
        <w:t xml:space="preserve"> - Please view link - unable to able to access data</w:t>
      </w:r>
      <w:r/>
    </w:p>
    <w:p>
      <w:pPr>
        <w:pStyle w:val="ListNumber"/>
        <w:spacing w:line="240" w:lineRule="auto"/>
        <w:ind w:left="720"/>
      </w:pPr>
      <w:r/>
      <w:hyperlink r:id="rId9">
        <w:r>
          <w:rPr>
            <w:color w:val="0000EE"/>
            <w:u w:val="single"/>
          </w:rPr>
          <w:t>https://www.etoday.co.kr/news/view/2634624</w:t>
        </w:r>
      </w:hyperlink>
      <w:r>
        <w:t xml:space="preserve"> - The 16th Seoul International Pride Film Festival (SIPFF) is scheduled to take place from November 5 to 11 at CGV Piccadilly 1958. The opening film is 'The Black Ball', which won the Best Director award at the 2026 Cannes Film Festival. The official poster features scenes depicting the lives of gay men across three different eras. The film is based on an unfinished manuscript by Spanish poet and playwright Federico García Lorca, combined with Alberto Conejero's play 'La piedra oscura'.</w:t>
      </w:r>
      <w:r/>
    </w:p>
    <w:p>
      <w:pPr>
        <w:pStyle w:val="ListNumber"/>
        <w:spacing w:line="240" w:lineRule="auto"/>
        <w:ind w:left="720"/>
      </w:pPr>
      <w:r/>
      <w:hyperlink r:id="rId13">
        <w:r>
          <w:rPr>
            <w:color w:val="0000EE"/>
            <w:u w:val="single"/>
          </w:rPr>
          <w:t>https://en.wikipedia.org/wiki/The_Black_Ball_%28film%29</w:t>
        </w:r>
      </w:hyperlink>
      <w:r>
        <w:t xml:space="preserve"> - Directed by Javier Calvo and Javier Ambrossi, 'The Black Ball' (original title: 'La bola negra') is an upcoming drama film inspired by Federico García Lorca's unfinished work and Conejero's play 'La piedra oscura'. The film features a cast including Guitarricadelafuente, Miguel Bernardeau, Carlos González, Milo Quifes, Lola Dueñas, Penélope Cruz, and Glenn Close. It premiered at the 79th Cannes Film Festival in May 2026 and is scheduled for theatrical release in Spain on October 2, 2026.</w:t>
      </w:r>
      <w:r/>
    </w:p>
    <w:p>
      <w:pPr>
        <w:pStyle w:val="ListNumber"/>
        <w:spacing w:line="240" w:lineRule="auto"/>
        <w:ind w:left="720"/>
      </w:pPr>
      <w:r/>
      <w:hyperlink r:id="rId11">
        <w:r>
          <w:rPr>
            <w:color w:val="0000EE"/>
            <w:u w:val="single"/>
          </w:rPr>
          <w:t>https://www.thedailystar.net/culture/tv-film/news/penelope-cruz-starrer-the-black-ball-earns-16-minute-cannes-ovation-4181866</w:t>
        </w:r>
      </w:hyperlink>
      <w:r>
        <w:t xml:space="preserve"> - At the 79th Cannes Film Festival, 'The Black Ball' (La Bola Negra) received a 16-minute standing ovation during its premiere. Directed by Javier Ambrossi and Javier Calvo, the film is a queer epic spanning 85 years of Spanish history and is inspired by an unfinished fragment by Federico García Lorca. The duo, known as Los Javis, delivered an emotional speech addressing the film's themes and the ongoing fight for LGBTQ+ rights.</w:t>
      </w:r>
      <w:r/>
    </w:p>
    <w:p>
      <w:pPr>
        <w:pStyle w:val="ListNumber"/>
        <w:spacing w:line="240" w:lineRule="auto"/>
        <w:ind w:left="720"/>
      </w:pPr>
      <w:r/>
      <w:hyperlink r:id="rId12">
        <w:r>
          <w:rPr>
            <w:color w:val="0000EE"/>
            <w:u w:val="single"/>
          </w:rPr>
          <w:t>https://www.imdb.com/news/ni65851680/</w:t>
        </w:r>
      </w:hyperlink>
      <w:r>
        <w:t xml:space="preserve"> - Penélope Cruz stars in 'The Black Ball' (La Bola Negra), a queer epic directed by Javier Ambrossi and Javier Calvo. The film, inspired by an unfinished fragment by Federico García Lorca, premiered in competition at the Cannes Film Festival, earning a 16-minute standing ovation. The filmmakers, known as Los Javis, addressed the audience, reflecting on the film's themes and the ongoing fight for LGBTQ+ rights.</w:t>
      </w:r>
      <w:r/>
    </w:p>
    <w:p>
      <w:pPr>
        <w:pStyle w:val="ListNumber"/>
        <w:spacing w:line="240" w:lineRule="auto"/>
        <w:ind w:left="720"/>
      </w:pPr>
      <w:r/>
      <w:hyperlink r:id="rId10">
        <w:r>
          <w:rPr>
            <w:color w:val="0000EE"/>
            <w:u w:val="single"/>
          </w:rPr>
          <w:t>https://en.sipff.kr/1111</w:t>
        </w:r>
      </w:hyperlink>
      <w:r>
        <w:t xml:space="preserve"> - The Seoul International Pride Film Festival (SIPFF) is Korea's largest LGBTQIA+ film festival, showcasing films from 39 countries. The 2023 festival was held from November 2 to November 8 at CGV Myeong-dong Station Cine-Library. The event was hosted by the Seoul International PRIDE Film Festival and supported by various organizations, including the Korean Film Council and the Seoul Metropolitan Government.</w:t>
      </w:r>
      <w:r/>
    </w:p>
    <w:p>
      <w:pPr>
        <w:pStyle w:val="ListNumber"/>
        <w:spacing w:line="240" w:lineRule="auto"/>
        <w:ind w:left="720"/>
      </w:pPr>
      <w:r/>
      <w:hyperlink r:id="rId14">
        <w:r>
          <w:rPr>
            <w:color w:val="0000EE"/>
            <w:u w:val="single"/>
          </w:rPr>
          <w:t>https://www.liff.nl/en/Film/the-black-ball-en/</w:t>
        </w:r>
      </w:hyperlink>
      <w:r>
        <w:t xml:space="preserve"> - 'The Black Ball' (La Bola Negra) is a queer war drama directed by Javier Ambrossi and Javier Calvo, featuring an international cast including Penélope Cruz, Miguel Bernardeau, and Lola Dueñas. The film is a tribute to Federico García Lorca, whose life and work were deeply intertwined with repressed sexuality and identity. It premiered at the Cannes Film Festival and is the Spanish Oscar submission for the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today.co.kr/news/view/2634624" TargetMode="External"/><Relationship Id="rId10" Type="http://schemas.openxmlformats.org/officeDocument/2006/relationships/hyperlink" Target="https://en.sipff.kr/1111" TargetMode="External"/><Relationship Id="rId11" Type="http://schemas.openxmlformats.org/officeDocument/2006/relationships/hyperlink" Target="https://www.thedailystar.net/culture/tv-film/news/penelope-cruz-starrer-the-black-ball-earns-16-minute-cannes-ovation-4181866" TargetMode="External"/><Relationship Id="rId12" Type="http://schemas.openxmlformats.org/officeDocument/2006/relationships/hyperlink" Target="https://www.imdb.com/news/ni65851680/" TargetMode="External"/><Relationship Id="rId13" Type="http://schemas.openxmlformats.org/officeDocument/2006/relationships/hyperlink" Target="https://en.wikipedia.org/wiki/The_Black_Ball_%28film%29" TargetMode="External"/><Relationship Id="rId14" Type="http://schemas.openxmlformats.org/officeDocument/2006/relationships/hyperlink" Target="https://www.liff.nl/en/Film/the-black-ball-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