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Celebrity Style Moments From National PrEP Day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Stars including Demi Lovato, Kesha, Charli XCX, Tinashe and Christina Aguilera brought bold, sheer and darkly glamorous looks to The Abbey in Los Angeles, turning a National PrEP Day celebration into a lively showcase of modern celebrity fashion and HIV-prevention advocacy.</w:t>
      </w:r>
      <w:r/>
    </w:p>
    <w:p>
      <w:pPr>
        <w:pStyle w:val="Heading2"/>
      </w:pPr>
      <w:r>
        <w:t>Essential Takeaways</w:t>
      </w:r>
      <w:r/>
      <w:r/>
    </w:p>
    <w:p>
      <w:pPr>
        <w:pStyle w:val="ListBullet"/>
        <w:spacing w:line="240" w:lineRule="auto"/>
        <w:ind w:left="720"/>
      </w:pPr>
      <w:r/>
      <w:r>
        <w:rPr>
          <w:b/>
        </w:rPr>
        <w:t>Demi Lovato went boudoir:</w:t>
      </w:r>
      <w:r>
        <w:t xml:space="preserve"> A two-tone corseted minidress delivered a sculpted, lingerie-inspired silhouette.</w:t>
      </w:r>
      <w:r/>
    </w:p>
    <w:p>
      <w:pPr>
        <w:pStyle w:val="ListBullet"/>
        <w:spacing w:line="240" w:lineRule="auto"/>
        <w:ind w:left="720"/>
      </w:pPr>
      <w:r/>
      <w:r>
        <w:rPr>
          <w:b/>
        </w:rPr>
        <w:t>Kesha chose wild glamour:</w:t>
      </w:r>
      <w:r>
        <w:t xml:space="preserve"> Her semi-sheer leopard-print maxi dress added movement and drama.</w:t>
      </w:r>
      <w:r/>
    </w:p>
    <w:p>
      <w:pPr>
        <w:pStyle w:val="ListBullet"/>
        <w:spacing w:line="240" w:lineRule="auto"/>
        <w:ind w:left="720"/>
      </w:pPr>
      <w:r/>
      <w:r>
        <w:rPr>
          <w:b/>
        </w:rPr>
        <w:t>Christina Aguilera revisited her edge:</w:t>
      </w:r>
      <w:r>
        <w:t xml:space="preserve"> Leather, mesh and thigh-high boots nodded to her provocative pop legacy.</w:t>
      </w:r>
      <w:r/>
    </w:p>
    <w:p>
      <w:pPr>
        <w:pStyle w:val="ListBullet"/>
        <w:spacing w:line="240" w:lineRule="auto"/>
        <w:ind w:left="720"/>
      </w:pPr>
      <w:r/>
      <w:r>
        <w:rPr>
          <w:b/>
        </w:rPr>
        <w:t>Tinashe looked ahead:</w:t>
      </w:r>
      <w:r>
        <w:t xml:space="preserve"> Her blue lace ensemble came from a spring 2027 collection.</w:t>
      </w:r>
      <w:r/>
    </w:p>
    <w:p>
      <w:pPr>
        <w:pStyle w:val="ListBullet"/>
        <w:spacing w:line="240" w:lineRule="auto"/>
        <w:ind w:left="720"/>
      </w:pPr>
      <w:r/>
      <w:r>
        <w:rPr>
          <w:b/>
        </w:rPr>
        <w:t>Charli XCX embraced goth glamour:</w:t>
      </w:r>
      <w:r>
        <w:t xml:space="preserve"> Custom black separates and platform pumps made the look feel sharp and theatrical.</w:t>
      </w:r>
      <w:r/>
      <w:r/>
    </w:p>
    <w:p>
      <w:pPr>
        <w:pStyle w:val="Heading2"/>
      </w:pPr>
      <w:r>
        <w:t>A serious cause, with a very stylish arrival carpet</w:t>
      </w:r>
      <w:r/>
    </w:p>
    <w:p>
      <w:r/>
      <w:r>
        <w:t>The event at The Abbey in Los Angeles brought together major pop names to support National PrEP Day and MISTR's work around HIV prevention. PrEP is a medicine that helps HIV-negative people reduce their risk of contracting HIV, while wider access and clear information remain central to reducing stigma.</w:t>
      </w:r>
      <w:r/>
    </w:p>
    <w:p>
      <w:r/>
      <w:r>
        <w:t>That important message sat alongside an unusually expressive fashion line-up. According to WWD, the evening's arrivals mixed lingerie-inspired dressing, sheer textures, leather and animal print, creating a carpet that felt more like a concentrated snapshot of current pop style than a traditional formalwear parade.</w:t>
      </w:r>
      <w:r/>
    </w:p>
    <w:p>
      <w:pPr>
        <w:pStyle w:val="Heading2"/>
      </w:pPr>
      <w:r>
        <w:t>Demi Lovato and Kesha turn up the drama</w:t>
      </w:r>
      <w:r/>
    </w:p>
    <w:p>
      <w:r/>
      <w:r>
        <w:t>Demi Lovato led with a corseted minidress by Fanci Club, shaped in contrasting red and aubergine tones. The result was deliberately intimate and sculptural, with the fitted bodice doing most of the visual work. It's a familiar celebrity-fashion formula, but the darker colour pairing gave it a more polished, evening-ready finish.</w:t>
      </w:r>
      <w:r/>
    </w:p>
    <w:p>
      <w:r/>
      <w:r>
        <w:t>Kesha took a looser route in a leopard-print semi-sheer maxi dress. Its high neckline and extra-long sleeves brought a slightly eccentric touch, while the skirt opened into a softer, more fluid shape. The look had movement rather than rigid structure, which suits Kesha's knack for making glamour feel a little untamed.</w:t>
      </w:r>
      <w:r/>
    </w:p>
    <w:p>
      <w:r/>
      <w:r>
        <w:t>The wider guest list also included Chappell Roan, according to TMZ and Hollywood Most Wanted, adding another vivid pop presence to an already high-energy gathering.</w:t>
      </w:r>
      <w:r/>
    </w:p>
    <w:p>
      <w:pPr>
        <w:pStyle w:val="Heading2"/>
      </w:pPr>
      <w:r>
        <w:t>Christina Aguilera revisits her provocative pop era</w:t>
      </w:r>
      <w:r/>
    </w:p>
    <w:p>
      <w:r/>
      <w:r>
        <w:t>Christina Aguilera's outfit leaned into the visual language that helped define her early-2000s image. A sheer black mesh top sat over a leather bra top, paired with lace-up leather shorts and thigh-high Christian Louboutin boots.</w:t>
      </w:r>
      <w:r/>
    </w:p>
    <w:p>
      <w:r/>
      <w:r>
        <w:t>It was a confident combination of hard and soft textures, with the boots supplying the strongest punctuation. Just Jared and Gossip Herald both listed Aguilera among the evening's notable attendees, and her styling felt especially purposeful: less nostalgic costume, more an updated version of a look she knows how to command.</w:t>
      </w:r>
      <w:r/>
    </w:p>
    <w:p>
      <w:r/>
      <w:r>
        <w:t>For anyone taking notes, the key is balance. Sheer pieces work best when one element provides coverage and structure, while leather accessories add shape without requiring an entirely heavy outfit.</w:t>
      </w:r>
      <w:r/>
    </w:p>
    <w:p>
      <w:pPr>
        <w:pStyle w:val="Heading2"/>
      </w:pPr>
      <w:r>
        <w:t>Tinashe looks towards the next runway season</w:t>
      </w:r>
      <w:r/>
    </w:p>
    <w:p>
      <w:r/>
      <w:r>
        <w:t>Tinashe brought a playful, ’90s pop-star energy to the carpet in a coordinated blue lace blouse and skirt from Erik Charlotte. The sheer fabric kept the outfit light and airy, while the matching separates made it feel considered rather than thrown together.</w:t>
      </w:r>
      <w:r/>
    </w:p>
    <w:p>
      <w:r/>
      <w:r>
        <w:t>The particularly interesting detail was the season. WWD identified the look as part of a spring 2027 collection, suggesting that celebrities are increasingly willing to move beyond the conventional fashion calendar. That can make an appearance feel fresher, especially when the outfit's colour and transparency already push against predictable autumn dressing.</w:t>
      </w:r>
      <w:r/>
    </w:p>
    <w:p>
      <w:r/>
      <w:r>
        <w:t>The blue palette also gave the evening's carpet a distinctive visual identity. It softened the darker looks around it while still keeping the sheer trend firmly in view.</w:t>
      </w:r>
      <w:r/>
    </w:p>
    <w:p>
      <w:pPr>
        <w:pStyle w:val="Heading2"/>
      </w:pPr>
      <w:r>
        <w:t>Charli XCX brings goth glamour to the guest list</w:t>
      </w:r>
      <w:r/>
    </w:p>
    <w:p>
      <w:r/>
      <w:r>
        <w:t>Charli XCX chose a custom Julia O'Callaghan look built around short-shorts and a semi-sheer, tiered cape with ruffle detailing. Platform pumps completed the outfit, keeping the silhouette tall, graphic and unmistakably theatrical.</w:t>
      </w:r>
      <w:r/>
    </w:p>
    <w:p>
      <w:r/>
      <w:r>
        <w:t>The black-on-black styling could easily have become flat, but the varying textures gave it depth. The open cape moved around the body, while the shorter base layer kept the proportions playful. TMZ and Just Jared both placed Charli among the event's high-profile guests, alongside other major names from pop and fashion.</w:t>
      </w:r>
      <w:r/>
    </w:p>
    <w:p>
      <w:r/>
      <w:r>
        <w:t>Taken together, the outfits show how celebrity dressing is shifting towards personality-first styling. There was no single uniform trend, just a shared appetite for clothes that photograph dramatically and say something about the wearer.</w:t>
      </w:r>
      <w:r/>
    </w:p>
    <w:p>
      <w:r/>
      <w:r>
        <w:t>National PrEP Day offered a meaningful backdrop for that creativity. The clothes may draw the first glance, but the prevention message is what deserves to stay in focus.</w:t>
      </w:r>
      <w:r/>
    </w:p>
    <w:p>
      <w:r/>
      <w:r>
        <w:t>It's a small reminder that a bold carpet can carry a serious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https://wwd.com/pop-culture/celebrity-news/national-prep-day-event-kesha-demi-lovato-celeb-style-1239343328/</w:t>
        </w:r>
      </w:hyperlink>
      <w:r>
        <w:t xml:space="preserve"> - Please view link - unable to able to access data</w:t>
      </w:r>
      <w:r/>
    </w:p>
    <w:p>
      <w:pPr>
        <w:pStyle w:val="ListNumber"/>
        <w:spacing w:line="240" w:lineRule="auto"/>
        <w:ind w:left="720"/>
      </w:pPr>
      <w:r/>
      <w:hyperlink r:id="rId10">
        <w:r>
          <w:rPr>
            <w:color w:val="0000EE"/>
            <w:u w:val="single"/>
          </w:rPr>
          <w:t>https://www.tmz.com/2026/10/11/chappell-roan-and-charli-xcx-at-the-abbey/</w:t>
        </w:r>
      </w:hyperlink>
      <w:r>
        <w:t xml:space="preserve"> - Chappell Roan performed at The Abbey in West Hollywood for National PrEP Day, joined by celebrities like Christina Aguilera, Charli XCX, Kesha, and Demi Lovato. The event, hosted by MISTR, aimed to raise awareness about HIV prevention and access to PrEP medication. Roan's performance of 'Pink Pony Club' at the venue that inspired the song was a highlight. (</w:t>
      </w:r>
      <w:hyperlink r:id="rId16">
        <w:r>
          <w:rPr>
            <w:color w:val="0000EE"/>
            <w:u w:val="single"/>
          </w:rPr>
          <w:t>tmz.com</w:t>
        </w:r>
      </w:hyperlink>
      <w:r>
        <w:t>)</w:t>
      </w:r>
      <w:r/>
    </w:p>
    <w:p>
      <w:pPr>
        <w:pStyle w:val="ListNumber"/>
        <w:spacing w:line="240" w:lineRule="auto"/>
        <w:ind w:left="720"/>
      </w:pPr>
      <w:r/>
      <w:hyperlink r:id="rId11">
        <w:r>
          <w:rPr>
            <w:color w:val="0000EE"/>
            <w:u w:val="single"/>
          </w:rPr>
          <w:t>https://www.justjared.com/2026/10/11/mistr-national-prep-day-party-2026-celebrity-guest-list/</w:t>
        </w:r>
      </w:hyperlink>
      <w:r>
        <w:t xml:space="preserve"> - MISTR's second annual National PrEP Day party at The Abbey in West Hollywood featured stars like Charli XCX, Christina Aguilera, Kesha, Demi Lovato, Chappell Roan, and Kim Petras. The event focused on HIV prevention and access to PrEP, with performances and appearances from various celebrities. (</w:t>
      </w:r>
      <w:hyperlink r:id="rId17">
        <w:r>
          <w:rPr>
            <w:color w:val="0000EE"/>
            <w:u w:val="single"/>
          </w:rPr>
          <w:t>justjared.com</w:t>
        </w:r>
      </w:hyperlink>
      <w:r>
        <w:t>)</w:t>
      </w:r>
      <w:r/>
    </w:p>
    <w:p>
      <w:pPr>
        <w:pStyle w:val="ListNumber"/>
        <w:spacing w:line="240" w:lineRule="auto"/>
        <w:ind w:left="720"/>
      </w:pPr>
      <w:r/>
      <w:hyperlink r:id="rId12">
        <w:r>
          <w:rPr>
            <w:color w:val="0000EE"/>
            <w:u w:val="single"/>
          </w:rPr>
          <w:t>https://www.gossipherald.com/news/67948-demi-lovato-parties-with-charli-xcx-and-kesha-at-national-prep-day-event</w:t>
        </w:r>
      </w:hyperlink>
      <w:r>
        <w:t xml:space="preserve"> - Demi Lovato shared photos from MISTR's National PrEP Day celebration, featuring Charli XCX, Khloé Kardashian, Kesha, and Kim Petras. The event, held at The Abbey in West Hollywood, aimed to promote HIV prevention and access to PrEP medication. (</w:t>
      </w:r>
      <w:hyperlink r:id="rId18">
        <w:r>
          <w:rPr>
            <w:color w:val="0000EE"/>
            <w:u w:val="single"/>
          </w:rPr>
          <w:t>gossipherald.com</w:t>
        </w:r>
      </w:hyperlink>
      <w:r>
        <w:t>)</w:t>
      </w:r>
      <w:r/>
    </w:p>
    <w:p>
      <w:pPr>
        <w:pStyle w:val="ListNumber"/>
        <w:spacing w:line="240" w:lineRule="auto"/>
        <w:ind w:left="720"/>
      </w:pPr>
      <w:r/>
      <w:hyperlink r:id="rId13">
        <w:r>
          <w:rPr>
            <w:color w:val="0000EE"/>
            <w:u w:val="single"/>
          </w:rPr>
          <w:t>https://www.khanlist.com/story/hollywood-turns-out-for-mistrs-star-studded-national-prep-8a8eb025</w:t>
        </w:r>
      </w:hyperlink>
      <w:r>
        <w:t xml:space="preserve"> - MISTR's second annual National PrEP Day celebration at The Abbey in West Hollywood attracted celebrities like Demi Lovato, Christina Aguilera, Charli XCX, Kesha, Kim Petras, Jai Rodriguez, Monet X Change, Omar Apollo, Meredith Marks, Phaedra Parks, and Sutton Stracke. The event aimed to spotlight HIV prevention and access to PrEP. (</w:t>
      </w:r>
      <w:hyperlink r:id="rId19">
        <w:r>
          <w:rPr>
            <w:color w:val="0000EE"/>
            <w:u w:val="single"/>
          </w:rPr>
          <w:t>khanlist.com</w:t>
        </w:r>
      </w:hyperlink>
      <w:r>
        <w:t>)</w:t>
      </w:r>
      <w:r/>
    </w:p>
    <w:p>
      <w:pPr>
        <w:pStyle w:val="ListNumber"/>
        <w:spacing w:line="240" w:lineRule="auto"/>
        <w:ind w:left="720"/>
      </w:pPr>
      <w:r/>
      <w:hyperlink r:id="rId14">
        <w:r>
          <w:rPr>
            <w:color w:val="0000EE"/>
            <w:u w:val="single"/>
          </w:rPr>
          <w:t>https://hollywoodmostwanted.com/chappell-roan-abbey-national-prep-day-west-hollywood/</w:t>
        </w:r>
      </w:hyperlink>
      <w:r>
        <w:t xml:space="preserve"> - Chappell Roan returned to The Abbey in West Hollywood for MISTR's second annual National PrEP Day celebration, joined by celebrities like Christina Aguilera, Charli XCX, Demi Lovato, Kesha, Kim Petras, and Tinashe. The event combined pop culture and public health advocacy to raise awareness about HIV prevention and access to PrEP. (</w:t>
      </w:r>
      <w:hyperlink r:id="rId20">
        <w:r>
          <w:rPr>
            <w:color w:val="0000EE"/>
            <w:u w:val="single"/>
          </w:rPr>
          <w:t>hollywoodmostwanted.com</w:t>
        </w:r>
      </w:hyperlink>
      <w:r>
        <w:t>)</w:t>
      </w:r>
      <w:r/>
    </w:p>
    <w:p>
      <w:pPr>
        <w:pStyle w:val="ListNumber"/>
        <w:spacing w:line="240" w:lineRule="auto"/>
        <w:ind w:left="720"/>
      </w:pPr>
      <w:r/>
      <w:hyperlink r:id="rId15">
        <w:r>
          <w:rPr>
            <w:color w:val="0000EE"/>
            <w:u w:val="single"/>
          </w:rPr>
          <w:t>https://nationaltoday.com/national-prep-day/</w:t>
        </w:r>
      </w:hyperlink>
      <w:r>
        <w:t xml:space="preserve"> - National PrEP Day, observed every October 10, was launched by MISTR and SISTR in 2025 to increase visibility and accessibility of HIV prevention through PrEP. The initiative aims to reduce HIV transmission by up to 99% and encourages education and access to PrEP. (</w:t>
      </w:r>
      <w:hyperlink r:id="rId21">
        <w:r>
          <w:rPr>
            <w:color w:val="0000EE"/>
            <w:u w:val="single"/>
          </w:rPr>
          <w:t>nationaltoday.com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d.com/pop-culture/celebrity-news/national-prep-day-event-kesha-demi-lovato-celeb-style-1239343328/" TargetMode="External"/><Relationship Id="rId10" Type="http://schemas.openxmlformats.org/officeDocument/2006/relationships/hyperlink" Target="https://www.tmz.com/2026/10/11/chappell-roan-and-charli-xcx-at-the-abbey/" TargetMode="External"/><Relationship Id="rId11" Type="http://schemas.openxmlformats.org/officeDocument/2006/relationships/hyperlink" Target="https://www.justjared.com/2026/10/11/mistr-national-prep-day-party-2026-celebrity-guest-list/" TargetMode="External"/><Relationship Id="rId12" Type="http://schemas.openxmlformats.org/officeDocument/2006/relationships/hyperlink" Target="https://www.gossipherald.com/news/67948-demi-lovato-parties-with-charli-xcx-and-kesha-at-national-prep-day-event" TargetMode="External"/><Relationship Id="rId13" Type="http://schemas.openxmlformats.org/officeDocument/2006/relationships/hyperlink" Target="https://www.khanlist.com/story/hollywood-turns-out-for-mistrs-star-studded-national-prep-8a8eb025" TargetMode="External"/><Relationship Id="rId14" Type="http://schemas.openxmlformats.org/officeDocument/2006/relationships/hyperlink" Target="https://hollywoodmostwanted.com/chappell-roan-abbey-national-prep-day-west-hollywood/" TargetMode="External"/><Relationship Id="rId15" Type="http://schemas.openxmlformats.org/officeDocument/2006/relationships/hyperlink" Target="https://nationaltoday.com/national-prep-day/" TargetMode="External"/><Relationship Id="rId16" Type="http://schemas.openxmlformats.org/officeDocument/2006/relationships/hyperlink" Target="https://www.tmz.com/2026/10/11/chappell-roan-and-charli-xcx-at-the-abbey/?utm_source=openai" TargetMode="External"/><Relationship Id="rId17" Type="http://schemas.openxmlformats.org/officeDocument/2006/relationships/hyperlink" Target="https://www.justjared.com/2026/10/11/mistr-national-prep-day-party-2026-celebrity-guest-list/?utm_source=openai" TargetMode="External"/><Relationship Id="rId18" Type="http://schemas.openxmlformats.org/officeDocument/2006/relationships/hyperlink" Target="https://www.gossipherald.com/news/67948-demi-lovato-parties-with-charli-xcx-and-kesha-at-national-prep-day-event?utm_source=openai" TargetMode="External"/><Relationship Id="rId19" Type="http://schemas.openxmlformats.org/officeDocument/2006/relationships/hyperlink" Target="https://www.khanlist.com/story/hollywood-turns-out-for-mistrs-star-studded-national-prep-8a8eb025?utm_source=openai" TargetMode="External"/><Relationship Id="rId20" Type="http://schemas.openxmlformats.org/officeDocument/2006/relationships/hyperlink" Target="https://hollywoodmostwanted.com/chappell-roan-abbey-national-prep-day-west-hollywood/?utm_source=openai" TargetMode="External"/><Relationship Id="rId21" Type="http://schemas.openxmlformats.org/officeDocument/2006/relationships/hyperlink" Target="https://nationaltoday.com/national-prep-da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