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Atlanta Pride 2026 Highlights From a Louder, Prouder Weekend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music fans and LGBTQ+ communities turned Piedmont Park into Atlanta's brightest gathering place on 10 and 11 October, with a free festival themed “Louder &amp; Prouder”. Despite weather disruption on Saturday, the weekend rebounded with a huge parade, Shea Couleé's cabaret and JT's headline performance.</w:t>
      </w:r>
      <w:r/>
    </w:p>
    <w:p>
      <w:pPr>
        <w:pStyle w:val="Heading2"/>
      </w:pPr>
      <w:r>
        <w:t>Essential Takeaways</w:t>
      </w:r>
      <w:r/>
      <w:r/>
    </w:p>
    <w:p>
      <w:pPr>
        <w:pStyle w:val="ListBullet"/>
        <w:spacing w:line="240" w:lineRule="auto"/>
        <w:ind w:left="720"/>
      </w:pPr>
      <w:r/>
      <w:r>
        <w:rPr>
          <w:b/>
        </w:rPr>
        <w:t>Big crowds:</w:t>
      </w:r>
      <w:r>
        <w:t xml:space="preserve"> Organisers expected more than 350,000 visitors across the weekend.</w:t>
      </w:r>
      <w:r/>
    </w:p>
    <w:p>
      <w:pPr>
        <w:pStyle w:val="ListBullet"/>
        <w:spacing w:line="240" w:lineRule="auto"/>
        <w:ind w:left="720"/>
      </w:pPr>
      <w:r/>
      <w:r>
        <w:rPr>
          <w:b/>
        </w:rPr>
        <w:t>Sunday comeback:</w:t>
      </w:r>
      <w:r>
        <w:t xml:space="preserve"> Around 100,000 spectators watched roughly 5,000 marchers in the parade.</w:t>
      </w:r>
      <w:r/>
    </w:p>
    <w:p>
      <w:pPr>
        <w:pStyle w:val="ListBullet"/>
        <w:spacing w:line="240" w:lineRule="auto"/>
        <w:ind w:left="720"/>
      </w:pPr>
      <w:r/>
      <w:r>
        <w:rPr>
          <w:b/>
        </w:rPr>
        <w:t>Headline moment:</w:t>
      </w:r>
      <w:r>
        <w:t xml:space="preserve"> JT closed the Coca-Cola Main Stage, following Shea Couleé's Starlight Cabaret.</w:t>
      </w:r>
      <w:r/>
    </w:p>
    <w:p>
      <w:pPr>
        <w:pStyle w:val="ListBullet"/>
        <w:spacing w:line="240" w:lineRule="auto"/>
        <w:ind w:left="720"/>
      </w:pPr>
      <w:r/>
      <w:r>
        <w:rPr>
          <w:b/>
        </w:rPr>
        <w:t>Weather disruption:</w:t>
      </w:r>
      <w:r>
        <w:t xml:space="preserve"> Saturday Premium Passes were honoured on Sunday after storm-related changes.</w:t>
      </w:r>
      <w:r/>
    </w:p>
    <w:p>
      <w:pPr>
        <w:pStyle w:val="ListBullet"/>
        <w:spacing w:line="240" w:lineRule="auto"/>
        <w:ind w:left="720"/>
      </w:pPr>
      <w:r/>
      <w:r>
        <w:rPr>
          <w:b/>
        </w:rPr>
        <w:t>Free celebration:</w:t>
      </w:r>
      <w:r>
        <w:t xml:space="preserve"> The festival brought music, visibility and community spirit to central Atlanta.</w:t>
      </w:r>
      <w:r/>
      <w:r/>
    </w:p>
    <w:p>
      <w:pPr>
        <w:pStyle w:val="Heading2"/>
      </w:pPr>
      <w:r>
        <w:t>Piedmont Park became the heart of Atlanta Pride</w:t>
      </w:r>
      <w:r/>
    </w:p>
    <w:p>
      <w:r/>
      <w:r>
        <w:t>The strongest image from Atlanta Pride 2026 was a packed Piedmont Park, alive with colour, music and the soft roar of a crowd that had clearly come ready to celebrate. Industry coverage put expected attendance above 350,000, underlining the festival's importance not just as an LGBTQ+ event but as one of Atlanta's biggest annual gatherings.</w:t>
      </w:r>
      <w:r/>
    </w:p>
    <w:p>
      <w:r/>
      <w:r>
        <w:t>The “Louder &amp; Prouder” theme felt especially fitting. From the park stages to the streets beyond, the weekend offered a mix of entertainment, activism and togetherness. According to Atlanta Wire, JT was among the major attractions drawing attention to this year's programme.</w:t>
      </w:r>
      <w:r/>
    </w:p>
    <w:p>
      <w:pPr>
        <w:pStyle w:val="Heading2"/>
      </w:pPr>
      <w:r>
        <w:t>Stormy Saturday gave way to a huge Sunday</w:t>
      </w:r>
      <w:r/>
    </w:p>
    <w:p>
      <w:r/>
      <w:r>
        <w:t>The weather had other ideas on Saturday, with conditions linked to Hurricane Isaias disrupting parts of the schedule. That's a frustrating turn for any outdoor festival, particularly one attracting visitors who may have planned travel, accommodation and full-day itineraries around it.</w:t>
      </w:r>
      <w:r/>
    </w:p>
    <w:p>
      <w:r/>
      <w:r>
        <w:t>Organisers responded by allowing Saturday Premium Pass holders to use their passes on Sunday. It wasn't a perfect substitute for a missed day, but it gave ticket holders a practical way to return to the celebration. The Atlanta Journal-Constitution reported on the difficult conditions surrounding the weekend and the organisers' effort to keep Pride moving.</w:t>
      </w:r>
      <w:r/>
    </w:p>
    <w:p>
      <w:pPr>
        <w:pStyle w:val="Heading2"/>
      </w:pPr>
      <w:r>
        <w:t>The parade delivered Atlanta's biggest visual statement</w:t>
      </w:r>
      <w:r/>
    </w:p>
    <w:p>
      <w:r/>
      <w:r>
        <w:t>Sunday's parade began at noon near the Civic Center MARTA Station, creating a colourful route through the city for about 300 groups and 5,000 marchers. Around 100,000 spectators were expected to line the streets, turning the event into a rolling display of flags, costumes, signs and plenty of cheering.</w:t>
      </w:r>
      <w:r/>
    </w:p>
    <w:p>
      <w:r/>
      <w:r>
        <w:t>The parade mattered for more than spectacle. It placed LGBTQ+ visibility in the centre of Atlanta's public life, while giving community organisations, businesses and supporters a shared platform. Rough Draft Atlanta confirmed that the parade remained scheduled after Saturday's disruption, a decision that helped the weekend regain its rhythm.</w:t>
      </w:r>
      <w:r/>
    </w:p>
    <w:p>
      <w:pPr>
        <w:pStyle w:val="Heading2"/>
      </w:pPr>
      <w:r>
        <w:t>Shea Couleé and JT kept the entertainment loud</w:t>
      </w:r>
      <w:r/>
    </w:p>
    <w:p>
      <w:r/>
      <w:r>
        <w:t>The evening programme brought its own star power. Shea Couleé appeared in the Starlight Cabaret, giving the crowd a polished drag performance before the festival moved towards its main musical finale. Atlanta Pride had announced Couleé as a 2026 headliner, while the Atlanta Journal-Constitution also highlighted the performer's place in the weekend's entertainment.</w:t>
      </w:r>
      <w:r/>
    </w:p>
    <w:p>
      <w:r/>
      <w:r>
        <w:t>JT then took over the Coca-Cola Main Stage at 9.40pm. The rapper's headline slot gave the festival a suitably high-energy finish, with the packed park staying engaged late into the evening. Coverage from Rough Draft Atlanta had already pointed to the strength of the 2026 line-up, and the closing performance showed why a recognisable headliner can turn a large public event into a shared pop-culture moment.</w:t>
      </w:r>
      <w:r/>
    </w:p>
    <w:p>
      <w:pPr>
        <w:pStyle w:val="Heading2"/>
      </w:pPr>
      <w:r>
        <w:t>What Atlanta Pride's weekend says about the festival</w:t>
      </w:r>
      <w:r/>
    </w:p>
    <w:p>
      <w:r/>
      <w:r>
        <w:t>Atlanta Pride 2026 showed how quickly a major celebration can recover when plans are tested. Weather interrupted the opening day, but the parade and Sunday performances restored the sense of occasion, while the scale of the turnout demonstrated continued appetite for a free, city-wide Pride event.</w:t>
      </w:r>
      <w:r/>
    </w:p>
    <w:p>
      <w:r/>
      <w:r>
        <w:t>For visitors, the practical lesson is familiar: outdoor festivals reward flexible planning. Check transport updates, allow extra time around parade routes and keep an eye on weather notices, especially when a weekend combines a large crowd with multiple outdoor stages. Even so, the emotional takeaway was simpler. As the Atlanta Journal-Constitution described the event's spirit, this was a Pride weekend built to be seen, heard and remembered.</w:t>
      </w:r>
      <w:r/>
    </w:p>
    <w:p>
      <w:r/>
      <w:r>
        <w:t>Atlanta Pride turned a disrupted start into a memorable Sunday finale.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[6]</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1">
        <w:r>
          <w:rPr>
            <w:color w:val="0000EE"/>
            <w:u w:val="single"/>
          </w:rPr>
          <w:t>[6]</w:t>
        </w:r>
      </w:hyperlink>
      <w:r>
        <w:t xml:space="preserve">- Paragraph 4: </w:t>
      </w:r>
      <w:hyperlink r:id="rId14">
        <w:r>
          <w:rPr>
            <w:color w:val="0000EE"/>
            <w:u w:val="single"/>
          </w:rPr>
          <w:t>[7]</w:t>
        </w:r>
      </w:hyperlink>
      <w:r>
        <w:t xml:space="preserve">- Paragraph 5: </w:t>
      </w:r>
      <w:hyperlink r:id="rId15">
        <w:r>
          <w:rPr>
            <w:color w:val="0000EE"/>
            <w:u w:val="single"/>
          </w:rPr>
          <w:t>[2]</w:t>
        </w:r>
      </w:hyperlink>
      <w:r>
        <w:t xml:space="preserve">, </w:t>
      </w:r>
      <w:hyperlink r:id="rId13">
        <w:r>
          <w:rPr>
            <w:color w:val="0000EE"/>
            <w:u w:val="single"/>
          </w:rPr>
          <w:t>[5]</w:t>
        </w:r>
      </w:hyperlink>
      <w:r>
        <w:t xml:space="preserve">- Paragraph 6: </w:t>
      </w:r>
      <w:hyperlink r:id="rId12">
        <w:r>
          <w:rPr>
            <w:color w:val="0000EE"/>
            <w:u w:val="single"/>
          </w:rPr>
          <w:t>[4]</w:t>
        </w:r>
      </w:hyperlink>
      <w:r>
        <w:t xml:space="preserve">- Paragraph 7: </w:t>
      </w:r>
      <w:hyperlink r:id="rId10">
        <w:r>
          <w:rPr>
            <w:color w:val="0000EE"/>
            <w:u w:val="single"/>
          </w:rPr>
          <w:t>[3]</w:t>
        </w:r>
      </w:hyperlink>
      <w:r>
        <w:t xml:space="preserve">, </w:t>
      </w:r>
      <w:hyperlink r:id="rId11">
        <w:r>
          <w:rPr>
            <w:color w:val="0000EE"/>
            <w:u w:val="single"/>
          </w:rPr>
          <w:t>[6]</w:t>
        </w:r>
      </w:hyperlink>
      <w:r>
        <w:t xml:space="preserve">- Paragraph 8: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https://freddyo.com/2026/10/12/jt-shut-down-atlanta-pride-2026-as-piedmont-park-packed-out-for-louder-prouder-weekend/</w:t>
        </w:r>
      </w:hyperlink>
      <w:r>
        <w:t xml:space="preserve"> - Please view link - unable to able to access data</w:t>
      </w:r>
      <w:r/>
    </w:p>
    <w:p>
      <w:pPr>
        <w:pStyle w:val="ListNumber"/>
        <w:spacing w:line="240" w:lineRule="auto"/>
        <w:ind w:left="720"/>
      </w:pPr>
      <w:r/>
      <w:hyperlink r:id="rId15">
        <w:r>
          <w:rPr>
            <w:color w:val="0000EE"/>
            <w:u w:val="single"/>
          </w:rPr>
          <w:t>https://atlantapride.org/2026/08/07/atlanta-pride-announces-shea-coulee-as-a-2026-festival-headliner/</w:t>
        </w:r>
      </w:hyperlink>
      <w:r>
        <w:t xml:space="preserve"> - Atlanta Pride has announced Shea Couleé, the internationally renowned drag icon, actor, recording artist, and fashion trailblazer, as a headliner for the 2026 festival. Shea will join JT, Cain Culto, and Zee Machine in the entertainment lineup, bringing their magnetic stage presence and unapologetic queer excellence to Piedmont Park for a truly Louder &amp; Prouder celebration. The festival is scheduled for October 10–11, 2026, and is free and open to everyone. (</w:t>
      </w:r>
      <w:hyperlink r:id="rId16">
        <w:r>
          <w:rPr>
            <w:color w:val="0000EE"/>
            <w:u w:val="single"/>
          </w:rPr>
          <w:t>atlantapride.org</w:t>
        </w:r>
      </w:hyperlink>
      <w:r>
        <w:t>)</w:t>
      </w:r>
      <w:r/>
    </w:p>
    <w:p>
      <w:pPr>
        <w:pStyle w:val="ListNumber"/>
        <w:spacing w:line="240" w:lineRule="auto"/>
        <w:ind w:left="720"/>
      </w:pPr>
      <w:r/>
      <w:hyperlink r:id="rId10">
        <w:r>
          <w:rPr>
            <w:color w:val="0000EE"/>
            <w:u w:val="single"/>
          </w:rPr>
          <w:t>https://atlwire.com/atlanta-pride-2026-brings-an-expected-350000-people-to-piedmont-park-october-10-and-11-with-jt-headlining/</w:t>
        </w:r>
      </w:hyperlink>
      <w:r>
        <w:t xml:space="preserve"> - The 2026 Atlanta Pride Festival is set to take over Piedmont Park on October 10 and 11, with rapper and entrepreneur JT headlining the Main Stage. Admission is free, and organizers expect more than 350,000 attendees over the weekend. The parade will step off at noon on Sunday from the Civic Center MARTA Station, featuring nearly 300 groups and more than 5,000 participants, with about 100,000 spectators expected along the route. (</w:t>
      </w:r>
      <w:hyperlink r:id="rId17">
        <w:r>
          <w:rPr>
            <w:color w:val="0000EE"/>
            <w:u w:val="single"/>
          </w:rPr>
          <w:t>atlwire.com</w:t>
        </w:r>
      </w:hyperlink>
      <w:r>
        <w:t>)</w:t>
      </w:r>
      <w:r/>
    </w:p>
    <w:p>
      <w:pPr>
        <w:pStyle w:val="ListNumber"/>
        <w:spacing w:line="240" w:lineRule="auto"/>
        <w:ind w:left="720"/>
      </w:pPr>
      <w:r/>
      <w:hyperlink r:id="rId12">
        <w:r>
          <w:rPr>
            <w:color w:val="0000EE"/>
            <w:u w:val="single"/>
          </w:rPr>
          <w:t>https://roughdraftatlanta.com/2026/07/08/atlanta-pride-entertainment-lineup-2026/</w:t>
        </w:r>
      </w:hyperlink>
      <w:r>
        <w:t xml:space="preserve"> - Atlanta Pride has announced highlights of the entertainment lineup for the 2026 festival on October 10 and 11 in Piedmont Park. Rapper and entrepreneur JT will headline the festival on the Main Stage. Joining JT are Cain Culto, a former pastor blending pop and hip-hop, and Zee Machine, a Los Angeles-based pop/rock/electronic singer-songwriter and multi-instrumentalist. The festival aims to reflect the diversity, talent, and energy of the community. (</w:t>
      </w:r>
      <w:hyperlink r:id="rId18">
        <w:r>
          <w:rPr>
            <w:color w:val="0000EE"/>
            <w:u w:val="single"/>
          </w:rPr>
          <w:t>roughdraftatlanta.com</w:t>
        </w:r>
      </w:hyperlink>
      <w:r>
        <w:t>)</w:t>
      </w:r>
      <w:r/>
    </w:p>
    <w:p>
      <w:pPr>
        <w:pStyle w:val="ListNumber"/>
        <w:spacing w:line="240" w:lineRule="auto"/>
        <w:ind w:left="720"/>
      </w:pPr>
      <w:r/>
      <w:hyperlink r:id="rId13">
        <w:r>
          <w:rPr>
            <w:color w:val="0000EE"/>
            <w:u w:val="single"/>
          </w:rPr>
          <w:t>https://www.ajc.com/arts-entertainment/2026/10/shea-coulee-atlanta-pride-2026/</w:t>
        </w:r>
      </w:hyperlink>
      <w:r>
        <w:t xml:space="preserve"> - Shea Couleé, a 'RuPaul’s Drag Race All Stars' Season 5 winner, will headline the Atlanta Pride main stage at Piedmont Park on Saturday. Shea fell in love with Atlanta after shooting a Marvel film and immersed themselves in the city's LGBTQ+ community. Their hour-long stage show will feature high-energy lip-synced numbers and original songs like 'Your Name' and 'Cocky.' (</w:t>
      </w:r>
      <w:hyperlink r:id="rId19">
        <w:r>
          <w:rPr>
            <w:color w:val="0000EE"/>
            <w:u w:val="single"/>
          </w:rPr>
          <w:t>ajc.com</w:t>
        </w:r>
      </w:hyperlink>
      <w:r>
        <w:t>)</w:t>
      </w:r>
      <w:r/>
    </w:p>
    <w:p>
      <w:pPr>
        <w:pStyle w:val="ListNumber"/>
        <w:spacing w:line="240" w:lineRule="auto"/>
        <w:ind w:left="720"/>
      </w:pPr>
      <w:r/>
      <w:hyperlink r:id="rId11">
        <w:r>
          <w:rPr>
            <w:color w:val="0000EE"/>
            <w:u w:val="single"/>
          </w:rPr>
          <w:t>https://www.ajc.com/arts-entertainment/2026/10/atlanta-pride-2026-will-be-louder-and-prouder/</w:t>
        </w:r>
      </w:hyperlink>
      <w:r>
        <w:t xml:space="preserve"> - Atlanta Pride has announced that all programming for Saturday is canceled due to severe weather expected across Georgia this weekend. Sunday’s festival activities and parade are still set to proceed as scheduled. Adjustments to the entertainment lineup and programming are in progress, with details to be announced on Atlanta Pride’s official accounts and app as they become available. (</w:t>
      </w:r>
      <w:hyperlink r:id="rId20">
        <w:r>
          <w:rPr>
            <w:color w:val="0000EE"/>
            <w:u w:val="single"/>
          </w:rPr>
          <w:t>ajc.com</w:t>
        </w:r>
      </w:hyperlink>
      <w:r>
        <w:t>)</w:t>
      </w:r>
      <w:r/>
    </w:p>
    <w:p>
      <w:pPr>
        <w:pStyle w:val="ListNumber"/>
        <w:spacing w:line="240" w:lineRule="auto"/>
        <w:ind w:left="720"/>
      </w:pPr>
      <w:r/>
      <w:hyperlink r:id="rId14">
        <w:r>
          <w:rPr>
            <w:color w:val="0000EE"/>
            <w:u w:val="single"/>
          </w:rPr>
          <w:t>https://roughdraftatlanta.com/2026/10/10/sunday-pride-parade-still-scheduled/</w:t>
        </w:r>
      </w:hyperlink>
      <w:r>
        <w:t xml:space="preserve"> - Atlanta Pride was forced to cancel Saturday’s entertainment and events in Piedmont Park due to Hurricane Isaias, but Sunday’s parade and activities are set to go ahead as scheduled. The Pride Parade will step off at noon from the Civic Center MARTA Station and make its way north on Peachtree Street to 10th Street, heading to the park. The marketplace will be open from 10 a.m. to 7 p.m., and a modified entertainment schedule includes performances by Aryee the Gem, Zee Machine, Cain Culto, A Chaka Moment…In The Park, Starlight Cabaret with special guest Shea Couleé, and JT to close out the night. (</w:t>
      </w:r>
      <w:hyperlink r:id="rId21">
        <w:r>
          <w:rPr>
            <w:color w:val="0000EE"/>
            <w:u w:val="single"/>
          </w:rPr>
          <w:t>roughdraftatlanta.com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reddyo.com/2026/10/12/jt-shut-down-atlanta-pride-2026-as-piedmont-park-packed-out-for-louder-prouder-weekend/" TargetMode="External"/><Relationship Id="rId10" Type="http://schemas.openxmlformats.org/officeDocument/2006/relationships/hyperlink" Target="https://atlwire.com/atlanta-pride-2026-brings-an-expected-350000-people-to-piedmont-park-october-10-and-11-with-jt-headlining/" TargetMode="External"/><Relationship Id="rId11" Type="http://schemas.openxmlformats.org/officeDocument/2006/relationships/hyperlink" Target="https://www.ajc.com/arts-entertainment/2026/10/atlanta-pride-2026-will-be-louder-and-prouder/" TargetMode="External"/><Relationship Id="rId12" Type="http://schemas.openxmlformats.org/officeDocument/2006/relationships/hyperlink" Target="https://roughdraftatlanta.com/2026/07/08/atlanta-pride-entertainment-lineup-2026/" TargetMode="External"/><Relationship Id="rId13" Type="http://schemas.openxmlformats.org/officeDocument/2006/relationships/hyperlink" Target="https://www.ajc.com/arts-entertainment/2026/10/shea-coulee-atlanta-pride-2026/" TargetMode="External"/><Relationship Id="rId14" Type="http://schemas.openxmlformats.org/officeDocument/2006/relationships/hyperlink" Target="https://roughdraftatlanta.com/2026/10/10/sunday-pride-parade-still-scheduled/" TargetMode="External"/><Relationship Id="rId15" Type="http://schemas.openxmlformats.org/officeDocument/2006/relationships/hyperlink" Target="https://atlantapride.org/2026/08/07/atlanta-pride-announces-shea-coulee-as-a-2026-festival-headliner/" TargetMode="External"/><Relationship Id="rId16" Type="http://schemas.openxmlformats.org/officeDocument/2006/relationships/hyperlink" Target="https://atlantapride.org/2026/08/07/atlanta-pride-announces-shea-coulee-as-a-2026-festival-headliner/?utm_source=openai" TargetMode="External"/><Relationship Id="rId17" Type="http://schemas.openxmlformats.org/officeDocument/2006/relationships/hyperlink" Target="https://atlwire.com/atlanta-pride-2026-brings-an-expected-350000-people-to-piedmont-park-october-10-and-11-with-jt-headlining/?utm_source=openai" TargetMode="External"/><Relationship Id="rId18" Type="http://schemas.openxmlformats.org/officeDocument/2006/relationships/hyperlink" Target="https://roughdraftatlanta.com/2026/07/08/atlanta-pride-entertainment-lineup-2026/?utm_source=openai" TargetMode="External"/><Relationship Id="rId19" Type="http://schemas.openxmlformats.org/officeDocument/2006/relationships/hyperlink" Target="https://www.ajc.com/arts-entertainment/2026/10/shea-coulee-atlanta-pride-2026/?utm_source=openai" TargetMode="External"/><Relationship Id="rId20" Type="http://schemas.openxmlformats.org/officeDocument/2006/relationships/hyperlink" Target="https://www.ajc.com/arts-entertainment/2026/10/atlanta-pride-2026-will-be-louder-and-prouder/?utm_source=openai" TargetMode="External"/><Relationship Id="rId21" Type="http://schemas.openxmlformats.org/officeDocument/2006/relationships/hyperlink" Target="https://roughdraftatlanta.com/2026/10/10/sunday-pride-parade-still-scheduled/?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