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 Beginner's Guide to Scissoring: Tips for Comfortable, Consensual Sex</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Curious about scissoring but unsure where to begin? This beginner-friendly guide explains what it is, how partners can explore it comfortably, and why communication matters more than getting the “right” position. For sapphic and queer couples, a relaxed approach, plenty of lube and a willingness to adjust can make all the difference.</w:t>
      </w:r>
      <w:r/>
    </w:p>
    <w:p>
      <w:pPr>
        <w:pStyle w:val="Heading2"/>
      </w:pPr>
      <w:r>
        <w:t>Essential Takeaways</w:t>
      </w:r>
      <w:r/>
      <w:r/>
    </w:p>
    <w:p>
      <w:pPr>
        <w:pStyle w:val="ListBullet"/>
        <w:spacing w:line="240" w:lineRule="auto"/>
        <w:ind w:left="720"/>
      </w:pPr>
      <w:r/>
      <w:r>
        <w:rPr>
          <w:b/>
        </w:rPr>
        <w:t>Talk first:</w:t>
      </w:r>
      <w:r>
        <w:t xml:space="preserve"> Discuss interest, boundaries and comfort before getting intimate.</w:t>
      </w:r>
      <w:r/>
    </w:p>
    <w:p>
      <w:pPr>
        <w:pStyle w:val="ListBullet"/>
        <w:spacing w:line="240" w:lineRule="auto"/>
        <w:ind w:left="720"/>
      </w:pPr>
      <w:r/>
      <w:r>
        <w:rPr>
          <w:b/>
        </w:rPr>
        <w:t>There’s no single technique:</w:t>
      </w:r>
      <w:r>
        <w:t xml:space="preserve"> Positions, angles and clothing can all change the sensation.</w:t>
      </w:r>
      <w:r/>
    </w:p>
    <w:p>
      <w:pPr>
        <w:pStyle w:val="ListBullet"/>
        <w:spacing w:line="240" w:lineRule="auto"/>
        <w:ind w:left="720"/>
      </w:pPr>
      <w:r/>
      <w:r>
        <w:rPr>
          <w:b/>
        </w:rPr>
        <w:t>Start gently:</w:t>
      </w:r>
      <w:r>
        <w:t xml:space="preserve"> Slow movement helps partners find comfortable pressure and rhythm.</w:t>
      </w:r>
      <w:r/>
    </w:p>
    <w:p>
      <w:pPr>
        <w:pStyle w:val="ListBullet"/>
        <w:spacing w:line="240" w:lineRule="auto"/>
        <w:ind w:left="720"/>
      </w:pPr>
      <w:r/>
      <w:r>
        <w:rPr>
          <w:b/>
        </w:rPr>
        <w:t>Use lubricant:</w:t>
      </w:r>
      <w:r>
        <w:t xml:space="preserve"> Lube can reduce uncomfortable friction while keeping things pleasurable.</w:t>
      </w:r>
      <w:r/>
    </w:p>
    <w:p>
      <w:pPr>
        <w:pStyle w:val="ListBullet"/>
        <w:spacing w:line="240" w:lineRule="auto"/>
        <w:ind w:left="720"/>
      </w:pPr>
      <w:r/>
      <w:r>
        <w:rPr>
          <w:b/>
        </w:rPr>
        <w:t>It’s optional:</w:t>
      </w:r>
      <w:r>
        <w:t xml:space="preserve"> Not everyone enjoys scissoring, and no one should feel obliged to try it.</w:t>
      </w:r>
      <w:r/>
      <w:r/>
    </w:p>
    <w:p>
      <w:pPr>
        <w:pStyle w:val="Heading2"/>
      </w:pPr>
      <w:r>
        <w:t>What scissoring actually means</w:t>
      </w:r>
      <w:r/>
    </w:p>
    <w:p>
      <w:r/>
      <w:r>
        <w:t>Scissoring generally refers to two people rubbing their vulvas together, often with the aim of stimulating the clitoris. The name comes from the shape some couples make with their legs, although the reality is much less choreographed than the popular image suggests.</w:t>
      </w:r>
      <w:r/>
    </w:p>
    <w:p>
      <w:r/>
      <w:r>
        <w:t>Healthline and WebMD both note that the experience can vary widely between partners. Some people enjoy direct genital contact, while others prefer less pressure, more clothing between bodies or a completely different kind of intimacy. In other words, there isn't a test to pass here.</w:t>
      </w:r>
      <w:r/>
    </w:p>
    <w:p>
      <w:pPr>
        <w:pStyle w:val="Heading2"/>
      </w:pPr>
      <w:r>
        <w:t>Communication comes before movement</w:t>
      </w:r>
      <w:r/>
    </w:p>
    <w:p>
      <w:r/>
      <w:r>
        <w:t>The best starting point is an honest conversation. Talk about what sounds appealing, what doesn't, whether either partner has pain concerns and how you'll signal a pause. That chat doesn't need to feel like a formal briefing; a simple “Would you like to try this?” is enough to open the door.</w:t>
      </w:r>
      <w:r/>
    </w:p>
    <w:p>
      <w:r/>
      <w:r>
        <w:t>Consent should remain ongoing once you're in bed. Cosmopolitan's sex advice stresses the value of checking in, particularly when partners are experimenting with unfamiliar angles or pressure. A quiet “How's that?” can be surprisingly useful, and it keeps the focus on mutual enjoyment rather than performance.</w:t>
      </w:r>
      <w:r/>
    </w:p>
    <w:p>
      <w:pPr>
        <w:pStyle w:val="Heading2"/>
      </w:pPr>
      <w:r>
        <w:t>Find a position that feels natural</w:t>
      </w:r>
      <w:r/>
    </w:p>
    <w:p>
      <w:r/>
      <w:r>
        <w:t>There are several ways to explore scissoring, including lying face-to-face, side-by-side or with one partner on top. Some couples use pillows beneath the hips or knees, while others find that a spooning position offers a gentler starting point.</w:t>
      </w:r>
      <w:r/>
    </w:p>
    <w:p>
      <w:r/>
      <w:r>
        <w:t>Small adjustments often matter more than dramatic changes. Shift the angle of a leg, move closer or further away, or change who controls the pace. MasterClass and Women's Health both highlight experimentation as part of finding what suits your bodies, so treat the first attempt as exploration rather than a final verdict.</w:t>
      </w:r>
      <w:r/>
    </w:p>
    <w:p>
      <w:pPr>
        <w:pStyle w:val="Heading2"/>
      </w:pPr>
      <w:r>
        <w:t>Go slowly, and make comfort the priority</w:t>
      </w:r>
      <w:r/>
    </w:p>
    <w:p>
      <w:r/>
      <w:r>
        <w:t>Direct rubbing can feel intense, especially when bodies are not yet warmed up. Begin with slower, lighter movement and pay attention to breathing, tension and verbal feedback. If something feels too sharp, numb or uncomfortable, stop and reset rather than trying to push through it.</w:t>
      </w:r>
      <w:r/>
    </w:p>
    <w:p>
      <w:r/>
      <w:r>
        <w:t>Lubricant can help reduce unwanted friction, although too much slipperiness may make it harder to maintain contact. A small amount of body-safe lube is a sensible place to start, with more added when needed. Clothing can also change the sensation, so underwear or a soft layer may feel more manageable for beginners.</w:t>
      </w:r>
      <w:r/>
    </w:p>
    <w:p>
      <w:pPr>
        <w:pStyle w:val="Heading2"/>
      </w:pPr>
      <w:r>
        <w:t>Not every sapphic person wants to scissor</w:t>
      </w:r>
      <w:r/>
    </w:p>
    <w:p>
      <w:r/>
      <w:r>
        <w:t>Scissoring has become a shorthand for sapphic sex in popular culture, but that can create a strangely narrow expectation. Many women and non-binary people with vulvas don't enjoy it, can't find a comfortable position or simply prefer other forms of touch.</w:t>
      </w:r>
      <w:r/>
    </w:p>
    <w:p>
      <w:r/>
      <w:r>
        <w:t>That doesn't make anyone less queer, adventurous or connected. As the expert guidance collected by WebMD, Healthline and Women's Health suggests, good sex is less about copying a famous position and more about discovering what works for the people involved. Sometimes the most successful experiment is deciding you'd rather do something else.</w:t>
      </w:r>
      <w:r/>
    </w:p>
    <w:p>
      <w:r/>
      <w:r>
        <w:t>Take it slowly, stay curious and let comfort lead the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w:t>
      </w:r>
      <w:hyperlink r:id="rId13">
        <w:r>
          <w:rPr>
            <w:color w:val="0000EE"/>
            <w:u w:val="single"/>
          </w:rPr>
          <w:t>[6]</w:t>
        </w:r>
      </w:hyperlink>
      <w:r>
        <w:t xml:space="preserve">- Paragraph 7: </w:t>
      </w:r>
      <w:hyperlink r:id="rId14">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w:t>
      </w:r>
      <w:hyperlink r:id="rId13">
        <w:r>
          <w:rPr>
            <w:color w:val="0000EE"/>
            <w:u w:val="single"/>
          </w:rPr>
          <w:t>[6]</w:t>
        </w:r>
      </w:hyperlink>
      <w:r>
        <w:t xml:space="preserve">- Paragraph 10: </w:t>
      </w:r>
      <w:hyperlink r:id="rId12">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https://diva-magazine.com/2026/10/12/sapphic-101-everything-you-need-to-know-about-scissoring/?utm_source=rss&amp;utm_medium=rss&amp;utm_campaign=sapphic-101-everything-you-need-to-know-about-scissoring</w:t>
        </w:r>
      </w:hyperlink>
      <w:r>
        <w:t xml:space="preserve"> - Please view link - unable to able to access data</w:t>
      </w:r>
      <w:r/>
    </w:p>
    <w:p>
      <w:pPr>
        <w:pStyle w:val="ListNumber"/>
        <w:spacing w:line="240" w:lineRule="auto"/>
        <w:ind w:left="720"/>
      </w:pPr>
      <w:r/>
      <w:hyperlink r:id="rId10">
        <w:r>
          <w:rPr>
            <w:color w:val="0000EE"/>
            <w:u w:val="single"/>
          </w:rPr>
          <w:t>https://www.webmd.com/sex/what-is-scissoring</w:t>
        </w:r>
      </w:hyperlink>
      <w:r>
        <w:t xml:space="preserve"> - This article from WebMD provides a comprehensive overview of scissoring, also known as tribbing. It explains the mechanics of the position, its variations, and addresses common myths. The piece also discusses the sensations associated with scissoring and offers safety tips, including the use of protection to prevent sexually transmitted diseases. The article emphasizes the importance of communication and consent between partners when engaging in this sexual activity.</w:t>
      </w:r>
      <w:r/>
    </w:p>
    <w:p>
      <w:pPr>
        <w:pStyle w:val="ListNumber"/>
        <w:spacing w:line="240" w:lineRule="auto"/>
        <w:ind w:left="720"/>
      </w:pPr>
      <w:r/>
      <w:hyperlink r:id="rId11">
        <w:r>
          <w:rPr>
            <w:color w:val="0000EE"/>
            <w:u w:val="single"/>
          </w:rPr>
          <w:t>https://www.healthline.com/health/healthy-sex/scissoring</w:t>
        </w:r>
      </w:hyperlink>
      <w:r>
        <w:t xml:space="preserve"> - Healthline's guide to scissoring delves into the practice, defining it and distinguishing it from tribbing. It outlines various positions and techniques, providing tips for those interested in exploring scissoring. The article also addresses potential challenges, such as achieving orgasm, and offers advice on how to enhance the experience. Additionally, it discusses the risks associated with scissoring and provides guidance on safer sex practices.</w:t>
      </w:r>
      <w:r/>
    </w:p>
    <w:p>
      <w:pPr>
        <w:pStyle w:val="ListNumber"/>
        <w:spacing w:line="240" w:lineRule="auto"/>
        <w:ind w:left="720"/>
      </w:pPr>
      <w:r/>
      <w:hyperlink r:id="rId12">
        <w:r>
          <w:rPr>
            <w:color w:val="0000EE"/>
            <w:u w:val="single"/>
          </w:rPr>
          <w:t>https://sex.cosmopolitan.com/pleasure/news/a54081/how-do-you-scissor-someone/</w:t>
        </w:r>
      </w:hyperlink>
      <w:r>
        <w:t xml:space="preserve"> - Cosmopolitan's expert-backed guide to scissoring offers insights into the position, its variations, and how to perform it effectively. The article emphasizes that scissoring is not limited to individuals with vulvas and can be adapted for various anatomies. It provides practical tips for enhancing the experience, including communication and experimentation with different positions. The piece also addresses common misconceptions and encourages readers to explore scissoring in a way that feels comfortable and pleasurable.</w:t>
      </w:r>
      <w:r/>
    </w:p>
    <w:p>
      <w:pPr>
        <w:pStyle w:val="ListNumber"/>
        <w:spacing w:line="240" w:lineRule="auto"/>
        <w:ind w:left="720"/>
      </w:pPr>
      <w:r/>
      <w:hyperlink r:id="rId14">
        <w:r>
          <w:rPr>
            <w:color w:val="0000EE"/>
            <w:u w:val="single"/>
          </w:rPr>
          <w:t>https://www.masterclass.com/articles/scissoring-guide</w:t>
        </w:r>
      </w:hyperlink>
      <w:r>
        <w:t xml:space="preserve"> - MasterClass presents an essential guide to scissoring, detailing the technique and its variations. The article explains that scissoring, also known as tribbing or frottage, involves rubbing the vulva against a partner's body for sexual pleasure. It highlights that this practice is not exclusive to lesbian relationships and can be enjoyed by individuals of any gender identity or sexual orientation. The guide provides tips and positions to try, emphasizing the importance of communication and consent.</w:t>
      </w:r>
      <w:r/>
    </w:p>
    <w:p>
      <w:pPr>
        <w:pStyle w:val="ListNumber"/>
        <w:spacing w:line="240" w:lineRule="auto"/>
        <w:ind w:left="720"/>
      </w:pPr>
      <w:r/>
      <w:hyperlink r:id="rId13">
        <w:r>
          <w:rPr>
            <w:color w:val="0000EE"/>
            <w:u w:val="single"/>
          </w:rPr>
          <w:t>https://www.womenshealthmag.com/sex-and-love/a28761641/what-is-scissoring/</w:t>
        </w:r>
      </w:hyperlink>
      <w:r>
        <w:t xml:space="preserve"> - Women's Health magazine explores scissoring, a sex position often associated with lesbian intimacy. The article clarifies that scissoring involves partners rubbing or grinding their genitals together to create sensation. It emphasizes that orgasm is not always the objective and that focusing on sensation, communication, and comfort tends to create a more satisfying experience. The piece also addresses common misconceptions and encourages readers to explore scissoring in a way that feels mutually pleasurable.</w:t>
      </w:r>
      <w:r/>
    </w:p>
    <w:p>
      <w:pPr>
        <w:pStyle w:val="ListNumber"/>
        <w:spacing w:line="240" w:lineRule="auto"/>
        <w:ind w:left="720"/>
      </w:pPr>
      <w:r/>
      <w:hyperlink r:id="rId15">
        <w:r>
          <w:rPr>
            <w:color w:val="0000EE"/>
            <w:u w:val="single"/>
          </w:rPr>
          <w:t>https://www.deabyday.tv/amore-e-coppia/sessualita/article/3495/Cos---lo-scissoring-.html</w:t>
        </w:r>
      </w:hyperlink>
      <w:r>
        <w:t xml:space="preserve"> - Deabyday provides a practical guide to scissoring, a sexual practice commonly associated with lesbian encounters. The article explains that scissoring involves two partners interlocking their legs and rubbing their genitals together for mutual stimulation. It discusses various positions and movements, emphasizing the goal of achieving sexual pleasure through genital-to-genital contact. The piece also addresses common myths and misconceptions about scissoring, providing a realistic perspective on the practice.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0/12/sapphic-101-everything-you-need-to-know-about-scissoring/?utm_source=rss&amp;utm_medium=rss&amp;utm_campaign=sapphic-101-everything-you-need-to-know-about-scissoring" TargetMode="External"/><Relationship Id="rId10" Type="http://schemas.openxmlformats.org/officeDocument/2006/relationships/hyperlink" Target="https://www.webmd.com/sex/what-is-scissoring" TargetMode="External"/><Relationship Id="rId11" Type="http://schemas.openxmlformats.org/officeDocument/2006/relationships/hyperlink" Target="https://www.healthline.com/health/healthy-sex/scissoring" TargetMode="External"/><Relationship Id="rId12" Type="http://schemas.openxmlformats.org/officeDocument/2006/relationships/hyperlink" Target="https://sex.cosmopolitan.com/pleasure/news/a54081/how-do-you-scissor-someone/" TargetMode="External"/><Relationship Id="rId13" Type="http://schemas.openxmlformats.org/officeDocument/2006/relationships/hyperlink" Target="https://www.womenshealthmag.com/sex-and-love/a28761641/what-is-scissoring/" TargetMode="External"/><Relationship Id="rId14" Type="http://schemas.openxmlformats.org/officeDocument/2006/relationships/hyperlink" Target="https://www.masterclass.com/articles/scissoring-guide" TargetMode="External"/><Relationship Id="rId15" Type="http://schemas.openxmlformats.org/officeDocument/2006/relationships/hyperlink" Target="https://www.deabyday.tv/amore-e-coppia/sessualita/article/3495/Cos---lo-scissoring-.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