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Sandi Toksvig's Friends of Dorothy offers a hopeful LGBTQ+ 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Sandi Toksvig's new book, Friends of Dorothy, arrives after the presenter has spoken candidly about homophobia, threats and the pressure of visibility. Set around two young women who fall in love, it offers LGBTQ+ readers something refreshingly simple: a story with warmth, chosen family and, importantly, a happy ending.</w:t>
      </w:r>
      <w:r/>
    </w:p>
    <w:p>
      <w:pPr>
        <w:pStyle w:val="Heading2"/>
      </w:pPr>
      <w:r>
        <w:t>Essential Takeaways</w:t>
      </w:r>
      <w:r/>
      <w:r/>
    </w:p>
    <w:p>
      <w:pPr>
        <w:pStyle w:val="ListBullet"/>
        <w:spacing w:line="240" w:lineRule="auto"/>
        <w:ind w:left="720"/>
      </w:pPr>
      <w:r/>
      <w:r>
        <w:rPr>
          <w:b/>
        </w:rPr>
        <w:t>A personal project:</w:t>
      </w:r>
      <w:r>
        <w:t xml:space="preserve"> Toksvig's novel draws on her long-standing commitment to LGBTQ+ visibility.</w:t>
      </w:r>
      <w:r/>
    </w:p>
    <w:p>
      <w:pPr>
        <w:pStyle w:val="ListBullet"/>
        <w:spacing w:line="240" w:lineRule="auto"/>
        <w:ind w:left="720"/>
      </w:pPr>
      <w:r/>
      <w:r>
        <w:rPr>
          <w:b/>
        </w:rPr>
        <w:t>A young love story:</w:t>
      </w:r>
      <w:r>
        <w:t xml:space="preserve"> The book follows Amber and Stevie, two women whose relationship sits at its emotional centre.</w:t>
      </w:r>
      <w:r/>
    </w:p>
    <w:p>
      <w:pPr>
        <w:pStyle w:val="ListBullet"/>
        <w:spacing w:line="240" w:lineRule="auto"/>
        <w:ind w:left="720"/>
      </w:pPr>
      <w:r/>
      <w:r>
        <w:rPr>
          <w:b/>
        </w:rPr>
        <w:t>A wider message:</w:t>
      </w:r>
      <w:r>
        <w:t xml:space="preserve"> Its themes include chosen family, belonging and the families people build for themselves.</w:t>
      </w:r>
      <w:r/>
    </w:p>
    <w:p>
      <w:pPr>
        <w:pStyle w:val="ListBullet"/>
        <w:spacing w:line="240" w:lineRule="auto"/>
        <w:ind w:left="720"/>
      </w:pPr>
      <w:r/>
      <w:r>
        <w:rPr>
          <w:b/>
        </w:rPr>
        <w:t>A welcome ending:</w:t>
      </w:r>
      <w:r>
        <w:t xml:space="preserve"> Unlike many familiar queer storylines, the couple aren't punished by tragedy.</w:t>
      </w:r>
      <w:r/>
    </w:p>
    <w:p>
      <w:pPr>
        <w:pStyle w:val="ListBullet"/>
        <w:spacing w:line="240" w:lineRule="auto"/>
        <w:ind w:left="720"/>
      </w:pPr>
      <w:r/>
      <w:r>
        <w:rPr>
          <w:b/>
        </w:rPr>
        <w:t>Easy to place:</w:t>
      </w:r>
      <w:r>
        <w:t xml:space="preserve"> Published by Virago, the paperback carries ISBN 9780349019017.</w:t>
      </w:r>
      <w:r/>
      <w:r/>
    </w:p>
    <w:p>
      <w:pPr>
        <w:pStyle w:val="Heading2"/>
      </w:pPr>
      <w:r>
        <w:t>Sandi Toksvig turns painful history into a hopeful novel</w:t>
      </w:r>
      <w:r/>
    </w:p>
    <w:p>
      <w:r/>
      <w:r>
        <w:t>Sandi Toksvig's Friends of Dorothy is more than a book launch. It follows the presenter and writer's frank discussion of coming out in 1994, when she says her family faced death threats and had to hide. That history gives the novel's warmth a sharper edge: joy here feels deliberate, not naive.</w:t>
      </w:r>
      <w:r/>
    </w:p>
    <w:p>
      <w:r/>
      <w:r>
        <w:t>Toksvig has also spoken about the limited and often grim representation of lesbians on television. Too many characters are killed, forgotten or pushed into devastating plot twists, she has argued, leaving audiences with the impression that queer happiness is always temporary.</w:t>
      </w:r>
      <w:r/>
    </w:p>
    <w:p>
      <w:pPr>
        <w:pStyle w:val="Heading2"/>
      </w:pPr>
      <w:r>
        <w:t>Meet Amber and Stevie, the heart of Friends of Dorothy</w:t>
      </w:r>
      <w:r/>
    </w:p>
    <w:p>
      <w:r/>
      <w:r>
        <w:t>At the centre of the story are Amber and Stevie, a young couple whose relationship gives the novel its emotional pulse. The premise is straightforward, but that's part of its appeal. Readers don't need another complicated explanation of identity before they can care about two people falling in love.</w:t>
      </w:r>
      <w:r/>
    </w:p>
    <w:p>
      <w:r/>
      <w:r>
        <w:t>The book's listings describe it as a story about friendship, family and belonging, making it suitable for readers beyond the LGBTQ+ community. Goodreads, Shakespeare and Company and other booksellers all position it as a broad, accessible novel rather than a niche title.</w:t>
      </w:r>
      <w:r/>
    </w:p>
    <w:p>
      <w:pPr>
        <w:pStyle w:val="Heading2"/>
      </w:pPr>
      <w:r>
        <w:t>Why chosen family matters in Toksvig's story</w:t>
      </w:r>
      <w:r/>
    </w:p>
    <w:p>
      <w:r/>
      <w:r>
        <w:t>The title refers to an old expression for a gay person, linked to Dorothy in The Wizard of Oz. Toksvig uses that idea to explore how people create supportive circles when traditional family structures don't quite fit.</w:t>
      </w:r>
      <w:r/>
    </w:p>
    <w:p>
      <w:r/>
      <w:r>
        <w:t>That theme also gives the book a generous reach. Families can be blended, fostered, estranged or simply built through friendship, and the story appears to treat all those versions of home with equal care. It's a reassuring message, especially for younger readers looking for stories that don't reduce identity to conflict.</w:t>
      </w:r>
      <w:r/>
    </w:p>
    <w:p>
      <w:pPr>
        <w:pStyle w:val="Heading2"/>
      </w:pPr>
      <w:r>
        <w:t>A rare queer romance without the tragedy</w:t>
      </w:r>
      <w:r/>
    </w:p>
    <w:p>
      <w:r/>
      <w:r>
        <w:t>Toksvig has made the novel's most striking promise clear: Amber and Stevie don't die or become villains. That may sound like a low bar, but queer fiction has spent decades saddling LGBTQ+ characters with illness, violence and unhappy endings.</w:t>
      </w:r>
      <w:r/>
    </w:p>
    <w:p>
      <w:r/>
      <w:r>
        <w:t>The contrast matters because representation isn't only about putting a character on the page. It's also about allowing that character a future. Friends of Dorothy appears to offer romance, humour and ordinary happiness, which can feel quietly radical after so many stories end in heartbreak.</w:t>
      </w:r>
      <w:r/>
    </w:p>
    <w:p>
      <w:pPr>
        <w:pStyle w:val="Heading2"/>
      </w:pPr>
      <w:r>
        <w:t>Where to find Friends of Dorothy</w:t>
      </w:r>
      <w:r/>
    </w:p>
    <w:p>
      <w:r/>
      <w:r>
        <w:t>The novel is listed by Goodreads, Shakespeare and Company, Ernster, Awesome Books and Open Library, giving readers several ways to track down a copy. Checking the ISBN, 9780349019017, is the simplest way to make sure you're ordering the right edition.</w:t>
      </w:r>
      <w:r/>
    </w:p>
    <w:p>
      <w:r/>
      <w:r>
        <w:t>For anyone buying it as a gift, the book's accessible themes make it a thoughtful choice for teenagers, adults or readers who enjoy character-led stories about friendship and belonging. It isn't presented as a lecture, and that's probably its strongest quality: the message arrives through people you want to spend time with.</w:t>
      </w:r>
      <w:r/>
    </w:p>
    <w:p>
      <w:r/>
      <w:r>
        <w:t>Toksvig's wider career has made her a familiar voice on British television, but this project feels especially personal. After years of discussing visibility in public, she has created a story that lets queer characters live, love and carry on.</w:t>
      </w:r>
      <w:r/>
    </w:p>
    <w:p>
      <w:r/>
      <w:r>
        <w:t>It's a small but meaningful act of literary optimism.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0">
        <w:r>
          <w:rPr>
            <w:color w:val="0000EE"/>
            <w:u w:val="single"/>
          </w:rPr>
          <w:t>[2]</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4">
        <w:r>
          <w:rPr>
            <w:color w:val="0000EE"/>
            <w:u w:val="single"/>
          </w:rPr>
          <w:t>[6]</w:t>
        </w:r>
      </w:hyperlink>
      <w:r>
        <w:t xml:space="preserve">, </w:t>
      </w:r>
      <w:hyperlink r:id="rId10">
        <w:r>
          <w:rPr>
            <w:color w:val="0000EE"/>
            <w:u w:val="single"/>
          </w:rPr>
          <w:t>[2]</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1">
        <w:r>
          <w:rPr>
            <w:color w:val="0000EE"/>
            <w:u w:val="single"/>
          </w:rPr>
          <w:t>[3]</w:t>
        </w:r>
      </w:hyperlink>
      <w:r>
        <w:t xml:space="preserve">, </w:t>
      </w:r>
      <w:hyperlink r:id="rId13">
        <w:r>
          <w:rPr>
            <w:color w:val="0000EE"/>
            <w:u w:val="single"/>
          </w:rPr>
          <w:t>[5]</w:t>
        </w:r>
      </w:hyperlink>
      <w:r>
        <w:t xml:space="preserve">- Paragraph 13: </w:t>
      </w:r>
      <w:hyperlink r:id="rId14">
        <w:r>
          <w:rPr>
            <w:color w:val="0000EE"/>
            <w:u w:val="single"/>
          </w:rPr>
          <w:t>[6]</w:t>
        </w:r>
      </w:hyperlink>
      <w:r>
        <w:t xml:space="preserve">, </w:t>
      </w:r>
      <w:hyperlink r:id="rId10">
        <w:r>
          <w:rPr>
            <w:color w:val="0000EE"/>
            <w:u w:val="single"/>
          </w:rPr>
          <w:t>[2]</w:t>
        </w:r>
      </w:hyperlink>
      <w:r>
        <w:t xml:space="preserve">- Paragraph 14: </w:t>
      </w:r>
      <w:hyperlink r:id="rId11">
        <w:r>
          <w:rPr>
            <w:color w:val="0000EE"/>
            <w:u w:val="single"/>
          </w:rPr>
          <w:t>[3]</w:t>
        </w:r>
      </w:hyperlink>
      <w:r>
        <w:t xml:space="preserve">, </w:t>
      </w:r>
      <w:hyperlink r:id="rId12">
        <w:r>
          <w:rPr>
            <w:color w:val="0000EE"/>
            <w:u w:val="single"/>
          </w:rPr>
          <w:t>[4]</w:t>
        </w:r>
      </w:hyperlink>
      <w:r>
        <w:t xml:space="preserve">- Paragraph 15: </w:t>
      </w:r>
      <w:hyperlink r:id="rId13">
        <w:r>
          <w:rPr>
            <w:color w:val="0000EE"/>
            <w:u w:val="single"/>
          </w:rPr>
          <w:t>[5]</w:t>
        </w:r>
      </w:hyperlink>
      <w:r>
        <w:t xml:space="preserve">, </w:t>
      </w:r>
      <w:hyperlink r:id="rId14">
        <w:r>
          <w:rPr>
            <w:color w:val="0000EE"/>
            <w:u w:val="single"/>
          </w:rPr>
          <w:t>[6]</w:t>
        </w:r>
      </w:hyperlink>
      <w:r>
        <w:t xml:space="preserve">- Paragraph 16: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https://www.mirror.co.uk/3am/celebrity-news/sandi-toksvig-shares-heartbreaking-coming-37760061</w:t>
        </w:r>
      </w:hyperlink>
      <w:r>
        <w:t xml:space="preserve"> - Please view link - unable to able to access data</w:t>
      </w:r>
      <w:r/>
    </w:p>
    <w:p>
      <w:pPr>
        <w:pStyle w:val="ListNumber"/>
        <w:spacing w:line="240" w:lineRule="auto"/>
        <w:ind w:left="720"/>
      </w:pPr>
      <w:r/>
      <w:hyperlink r:id="rId10">
        <w:r>
          <w:rPr>
            <w:color w:val="0000EE"/>
            <w:u w:val="single"/>
          </w:rPr>
          <w:t>https://www.goodreads.com/book/show/203627418-friends-of-dorothy</w:t>
        </w:r>
      </w:hyperlink>
      <w:r>
        <w:t xml:space="preserve"> - 'Friends of Dorothy' is a novel by Sandi Toksvig, published in 2024. The story follows Amber and Stevie, a married couple who purchase a house in Grimaldi Square. Their dream home becomes complicated when the previous owner, eighty-year-old Dorothy, refuses to leave. The novel explores themes of unconventional family dynamics and the meaning of home. Toksvig, known for her work on 'QI' and 'The News Quiz,' brings her signature wit and insight to this touching and humorous narrative. (</w:t>
      </w:r>
      <w:hyperlink r:id="rId15">
        <w:r>
          <w:rPr>
            <w:color w:val="0000EE"/>
            <w:u w:val="single"/>
          </w:rPr>
          <w:t>goodreads.com</w:t>
        </w:r>
      </w:hyperlink>
      <w:r>
        <w:t>)</w:t>
      </w:r>
      <w:r/>
    </w:p>
    <w:p>
      <w:pPr>
        <w:pStyle w:val="ListNumber"/>
        <w:spacing w:line="240" w:lineRule="auto"/>
        <w:ind w:left="720"/>
      </w:pPr>
      <w:r/>
      <w:hyperlink r:id="rId11">
        <w:r>
          <w:rPr>
            <w:color w:val="0000EE"/>
            <w:u w:val="single"/>
          </w:rPr>
          <w:t>https://www.shakespeareandcompany.com/books/friends-of-dorothy-3</w:t>
        </w:r>
      </w:hyperlink>
      <w:r>
        <w:t xml:space="preserve"> - 'Friends of Dorothy' is a novel by Sandi Toksvig, released in 2024. The plot centres on Amber and Stevie, a married couple who find their ideal home in Grimaldi Square. Their plans are disrupted when the former owner, eighty-year-old Dorothy, refuses to vacate. The story delves into themes of family, belonging, and the unexpected challenges of life. Toksvig, celebrated for her roles in 'QI' and 'The News Quiz,' infuses the narrative with her characteristic humour and warmth. (</w:t>
      </w:r>
      <w:hyperlink r:id="rId16">
        <w:r>
          <w:rPr>
            <w:color w:val="0000EE"/>
            <w:u w:val="single"/>
          </w:rPr>
          <w:t>shakespeareandcompany.com</w:t>
        </w:r>
      </w:hyperlink>
      <w:r>
        <w:t>)</w:t>
      </w:r>
      <w:r/>
    </w:p>
    <w:p>
      <w:pPr>
        <w:pStyle w:val="ListNumber"/>
        <w:spacing w:line="240" w:lineRule="auto"/>
        <w:ind w:left="720"/>
      </w:pPr>
      <w:r/>
      <w:hyperlink r:id="rId12">
        <w:r>
          <w:rPr>
            <w:color w:val="0000EE"/>
            <w:u w:val="single"/>
          </w:rPr>
          <w:t>https://www.ernster.com/en/detail/ISBN-9780349019017/Toksvig-Sandi/Friends-of-Dorothy</w:t>
        </w:r>
      </w:hyperlink>
      <w:r>
        <w:t xml:space="preserve"> - 'Friends of Dorothy' is a novel by Sandi Toksvig, published in 2024. The story follows Amber and Stevie, a married couple who purchase a house in Grimaldi Square. Their dream home becomes complicated when the previous owner, eighty-year-old Dorothy, refuses to leave. The novel explores themes of unconventional family dynamics and the meaning of home. Toksvig, known for her work on 'QI' and 'The News Quiz,' brings her signature wit and insight to this touching and humorous narrative. (</w:t>
      </w:r>
      <w:hyperlink r:id="rId17">
        <w:r>
          <w:rPr>
            <w:color w:val="0000EE"/>
            <w:u w:val="single"/>
          </w:rPr>
          <w:t>ernster.com</w:t>
        </w:r>
      </w:hyperlink>
      <w:r>
        <w:t>)</w:t>
      </w:r>
      <w:r/>
    </w:p>
    <w:p>
      <w:pPr>
        <w:pStyle w:val="ListNumber"/>
        <w:spacing w:line="240" w:lineRule="auto"/>
        <w:ind w:left="720"/>
      </w:pPr>
      <w:r/>
      <w:hyperlink r:id="rId13">
        <w:r>
          <w:rPr>
            <w:color w:val="0000EE"/>
            <w:u w:val="single"/>
          </w:rPr>
          <w:t>https://www.awesomebooks.com/book/9780349019017/friends-of-dorothy</w:t>
        </w:r>
      </w:hyperlink>
      <w:r>
        <w:t xml:space="preserve"> - 'Friends of Dorothy' is a novel by Sandi Toksvig, released in 2024. The plot centres on Amber and Stevie, a married couple who find their ideal home in Grimaldi Square. Their plans are disrupted when the former owner, eighty-year-old Dorothy, refuses to vacate. The story delves into themes of family, belonging, and the unexpected challenges of life. Toksvig, celebrated for her roles in 'QI' and 'The News Quiz,' infuses the narrative with her characteristic humour and warmth. (</w:t>
      </w:r>
      <w:hyperlink r:id="rId18">
        <w:r>
          <w:rPr>
            <w:color w:val="0000EE"/>
            <w:u w:val="single"/>
          </w:rPr>
          <w:t>awesomebooks.com</w:t>
        </w:r>
      </w:hyperlink>
      <w:r>
        <w:t>)</w:t>
      </w:r>
      <w:r/>
    </w:p>
    <w:p>
      <w:pPr>
        <w:pStyle w:val="ListNumber"/>
        <w:spacing w:line="240" w:lineRule="auto"/>
        <w:ind w:left="720"/>
      </w:pPr>
      <w:r/>
      <w:hyperlink r:id="rId14">
        <w:r>
          <w:rPr>
            <w:color w:val="0000EE"/>
            <w:u w:val="single"/>
          </w:rPr>
          <w:t>https://openlibrary.org/works/OL44554537W/Friends_of_Dorothy</w:t>
        </w:r>
      </w:hyperlink>
      <w:r>
        <w:t xml:space="preserve"> - 'Friends of Dorothy' is a novel by Sandi Toksvig, published in 2024. The story follows Amber and Stevie, a married couple who purchase a house in Grimaldi Square. Their dream home becomes complicated when the previous owner, eighty-year-old Dorothy, refuses to leave. The novel explores themes of unconventional family dynamics and the meaning of home. Toksvig, known for her work on 'QI' and 'The News Quiz,' brings her signature wit and insight to this touching and humorous narrative. (</w:t>
      </w:r>
      <w:hyperlink r:id="rId19">
        <w:r>
          <w:rPr>
            <w:color w:val="0000EE"/>
            <w:u w:val="single"/>
          </w:rPr>
          <w:t>openlibrary.org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irror.co.uk/3am/celebrity-news/sandi-toksvig-shares-heartbreaking-coming-37760061" TargetMode="External"/><Relationship Id="rId10" Type="http://schemas.openxmlformats.org/officeDocument/2006/relationships/hyperlink" Target="https://www.goodreads.com/book/show/203627418-friends-of-dorothy" TargetMode="External"/><Relationship Id="rId11" Type="http://schemas.openxmlformats.org/officeDocument/2006/relationships/hyperlink" Target="https://www.shakespeareandcompany.com/books/friends-of-dorothy-3" TargetMode="External"/><Relationship Id="rId12" Type="http://schemas.openxmlformats.org/officeDocument/2006/relationships/hyperlink" Target="https://www.ernster.com/en/detail/ISBN-9780349019017/Toksvig-Sandi/Friends-of-Dorothy" TargetMode="External"/><Relationship Id="rId13" Type="http://schemas.openxmlformats.org/officeDocument/2006/relationships/hyperlink" Target="https://www.awesomebooks.com/book/9780349019017/friends-of-dorothy" TargetMode="External"/><Relationship Id="rId14" Type="http://schemas.openxmlformats.org/officeDocument/2006/relationships/hyperlink" Target="https://openlibrary.org/works/OL44554537W/Friends_of_Dorothy" TargetMode="External"/><Relationship Id="rId15" Type="http://schemas.openxmlformats.org/officeDocument/2006/relationships/hyperlink" Target="https://www.goodreads.com/book/show/203627418-friends-of-dorothy?utm_source=openai" TargetMode="External"/><Relationship Id="rId16" Type="http://schemas.openxmlformats.org/officeDocument/2006/relationships/hyperlink" Target="https://www.shakespeareandcompany.com/books/friends-of-dorothy-3?utm_source=openai" TargetMode="External"/><Relationship Id="rId17" Type="http://schemas.openxmlformats.org/officeDocument/2006/relationships/hyperlink" Target="https://www.ernster.com/en/detail/ISBN-9780349019017/Toksvig-Sandi/Friends-of-Dorothy?utm_source=openai" TargetMode="External"/><Relationship Id="rId18" Type="http://schemas.openxmlformats.org/officeDocument/2006/relationships/hyperlink" Target="https://www.awesomebooks.com/book/9780349019017/friends-of-dorothy?utm_source=openai" TargetMode="External"/><Relationship Id="rId19" Type="http://schemas.openxmlformats.org/officeDocument/2006/relationships/hyperlink" Target="https://openlibrary.org/works/OL44554537W/Friends_of_Doroth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