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Russell T Davies memoir reveals the cost of changing British television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discovering a candid new Russell T Davies memoir about television, grief and creative conflict. From Queer as Folk and Doctor Who to It’s a Sin, the book traces how one outspoken Welsh writer reshaped British screens, while showing the personal doubts, arguments and losses behind his most influential work.</w:t>
      </w:r>
      <w:r/>
    </w:p>
    <w:p>
      <w:pPr>
        <w:pStyle w:val="Heading2"/>
      </w:pPr>
      <w:r>
        <w:t>Essential Takeaways</w:t>
      </w:r>
      <w:r/>
      <w:r/>
    </w:p>
    <w:p>
      <w:pPr>
        <w:pStyle w:val="ListBullet"/>
        <w:spacing w:line="240" w:lineRule="auto"/>
        <w:ind w:left="720"/>
      </w:pPr>
      <w:r/>
      <w:r>
        <w:rPr>
          <w:b/>
        </w:rPr>
        <w:t>A career in motion:</w:t>
      </w:r>
      <w:r>
        <w:t xml:space="preserve"> The memoir focuses on Davies’ working life in television rather than offering a conventional childhood-to-present biography.</w:t>
      </w:r>
      <w:r/>
    </w:p>
    <w:p>
      <w:pPr>
        <w:pStyle w:val="ListBullet"/>
        <w:spacing w:line="240" w:lineRule="auto"/>
        <w:ind w:left="720"/>
      </w:pPr>
      <w:r/>
      <w:r>
        <w:rPr>
          <w:b/>
        </w:rPr>
        <w:t>Queer as Folk changed the conversation:</w:t>
      </w:r>
      <w:r>
        <w:t xml:space="preserve"> The series presented gay life with humour, sex and complexity at a time when mainstream television rarely did so.</w:t>
      </w:r>
      <w:r/>
    </w:p>
    <w:p>
      <w:pPr>
        <w:pStyle w:val="ListBullet"/>
        <w:spacing w:line="240" w:lineRule="auto"/>
        <w:ind w:left="720"/>
      </w:pPr>
      <w:r/>
      <w:r>
        <w:rPr>
          <w:b/>
        </w:rPr>
        <w:t>Doctor Who brought huge visibility:</w:t>
      </w:r>
      <w:r>
        <w:t xml:space="preserve"> Davies helped return the programme to Saturday-night television and became unusually recognisable for a writer.</w:t>
      </w:r>
      <w:r/>
    </w:p>
    <w:p>
      <w:pPr>
        <w:pStyle w:val="ListBullet"/>
        <w:spacing w:line="240" w:lineRule="auto"/>
        <w:ind w:left="720"/>
      </w:pPr>
      <w:r/>
      <w:r>
        <w:rPr>
          <w:b/>
        </w:rPr>
        <w:t>Grief informs the work:</w:t>
      </w:r>
      <w:r>
        <w:t xml:space="preserve"> His late partner Andrew Smith’s illness influenced some of the emotional material in It’s a Sin.</w:t>
      </w:r>
      <w:r/>
    </w:p>
    <w:p>
      <w:pPr>
        <w:pStyle w:val="ListBullet"/>
        <w:spacing w:line="240" w:lineRule="auto"/>
        <w:ind w:left="720"/>
      </w:pPr>
      <w:r/>
      <w:r>
        <w:rPr>
          <w:b/>
        </w:rPr>
        <w:t>Creative confidence has a darker twin:</w:t>
      </w:r>
      <w:r>
        <w:t xml:space="preserve"> Davies presents his public forcefulness as a way of managing the self-doubt that comes with writing.</w:t>
      </w:r>
      <w:r/>
      <w:r/>
    </w:p>
    <w:p>
      <w:pPr>
        <w:pStyle w:val="Heading2"/>
      </w:pPr>
      <w:r>
        <w:t>The memoir is less a life story than a television life</w:t>
      </w:r>
      <w:r/>
    </w:p>
    <w:p>
      <w:r/>
      <w:r>
        <w:t xml:space="preserve">Russell T Davies’ new memoir, </w:t>
      </w:r>
      <w:r>
        <w:rPr>
          <w:i/>
        </w:rPr>
        <w:t>The Queerest of Folk: A Life in Television</w:t>
      </w:r>
      <w:r>
        <w:t>, doesn’t follow the familiar celebrity formula of childhood memories, career milestones and neatly packaged wisdom. Instead, it moves through the programmes that shaped his professional life, making television the organising principle.</w:t>
      </w:r>
      <w:r/>
    </w:p>
    <w:p>
      <w:r/>
      <w:r>
        <w:t>That approach gives the book a brisk, restless energy. As the Guardian’s review suggests, Davies writes with the directness audiences have come to expect from his interviews and scripts, allowing the working process, rather than private chronology, to take centre stage.</w:t>
      </w:r>
      <w:r/>
    </w:p>
    <w:p>
      <w:r/>
      <w:r>
        <w:t>There’s something fitting about that structure. Davies has spent decades turning personal experience into public drama, and here the production room, writers’ meeting and broadcast studio become the places where his story really happens.</w:t>
      </w:r>
      <w:r/>
    </w:p>
    <w:p>
      <w:pPr>
        <w:pStyle w:val="Heading2"/>
      </w:pPr>
      <w:r>
        <w:t>Why Russell T Davies has always divided opinion</w:t>
      </w:r>
      <w:r/>
    </w:p>
    <w:p>
      <w:r/>
      <w:r>
        <w:t>Davies’ career has been powered by a combustible combination of confidence, impatience and doubt. He can be charming and generous, but he also describes himself as someone prepared to fight for a better script or a stronger show.</w:t>
      </w:r>
      <w:r/>
    </w:p>
    <w:p>
      <w:r/>
      <w:r>
        <w:t xml:space="preserve">That tension matters because his work has rarely been timid. </w:t>
      </w:r>
      <w:r>
        <w:rPr>
          <w:i/>
        </w:rPr>
        <w:t>Queer as Folk</w:t>
      </w:r>
      <w:r>
        <w:t xml:space="preserve"> challenged television’s assumptions about gay characters, while his revival of </w:t>
      </w:r>
      <w:r>
        <w:rPr>
          <w:i/>
        </w:rPr>
        <w:t>Doctor Who</w:t>
      </w:r>
      <w:r>
        <w:t xml:space="preserve"> made the programme feel bright, accessible and emotionally immediate again. Time’s account of the original series’ importance places it within a wider history of gay representation on television, where Davies’ contribution remains difficult to ignore.</w:t>
      </w:r>
      <w:r/>
    </w:p>
    <w:p>
      <w:r/>
      <w:r>
        <w:t>The result is a creator audiences often feel entitled to argue with. Doctor Who fans can be affectionate one minute and furious the next, particularly when ratings, casting or creative direction become part of the conversation. Davies appears to understand that volatility, even when he finds the hostility exhausting.</w:t>
      </w:r>
      <w:r/>
    </w:p>
    <w:p>
      <w:pPr>
        <w:pStyle w:val="Heading2"/>
      </w:pPr>
      <w:r>
        <w:t>From Queer as Folk to Doctor Who, the stakes kept rising</w:t>
      </w:r>
      <w:r/>
    </w:p>
    <w:p>
      <w:r/>
      <w:r>
        <w:t xml:space="preserve">When </w:t>
      </w:r>
      <w:r>
        <w:rPr>
          <w:i/>
        </w:rPr>
        <w:t>Queer as Folk</w:t>
      </w:r>
      <w:r>
        <w:t xml:space="preserve"> arrived in 1999, it wasn’t simply another drama with gay characters. It was frank, funny and unapologetically centred on gay life, which made it both exhilarating and deeply controversial. Its impact is still visible in later television, particularly in the way queer characters are now allowed to be messy, sexual, funny and fully human.</w:t>
      </w:r>
      <w:r/>
    </w:p>
    <w:p>
      <w:r/>
      <w:r>
        <w:t xml:space="preserve">Davies then took on a very different challenge with </w:t>
      </w:r>
      <w:r>
        <w:rPr>
          <w:i/>
        </w:rPr>
        <w:t>Doctor Who</w:t>
      </w:r>
      <w:r>
        <w:t>. The revived series had to welcome existing fans without becoming impenetrable to newcomers, and it had to make science fiction feel like a national television event again. That balancing act helped turn the programme into one of the BBC’s most recognisable modern brands.</w:t>
      </w:r>
      <w:r/>
    </w:p>
    <w:p>
      <w:r/>
      <w:r>
        <w:t xml:space="preserve">According to industry coverage gathered by TechRadar, Davies’ broader body of work includes projects that move well beyond genre entertainment, from </w:t>
      </w:r>
      <w:r>
        <w:rPr>
          <w:i/>
        </w:rPr>
        <w:t>Years and Years</w:t>
      </w:r>
      <w:r>
        <w:t xml:space="preserve"> to </w:t>
      </w:r>
      <w:r>
        <w:rPr>
          <w:i/>
        </w:rPr>
        <w:t>It’s a Sin</w:t>
      </w:r>
      <w:r>
        <w:t xml:space="preserve"> and </w:t>
      </w:r>
      <w:r>
        <w:rPr>
          <w:i/>
        </w:rPr>
        <w:t>Tip Toe</w:t>
      </w:r>
      <w:r>
        <w:t>. The range is part of his appeal. He can deliver spectacle, camp, social urgency and devastating intimacy, sometimes within the same project.</w:t>
      </w:r>
      <w:r/>
    </w:p>
    <w:p>
      <w:pPr>
        <w:pStyle w:val="Heading2"/>
      </w:pPr>
      <w:r>
        <w:t>The human cost behind the television hits</w:t>
      </w:r>
      <w:r/>
    </w:p>
    <w:p>
      <w:r/>
      <w:r>
        <w:t>The most affecting sections of the memoir concern Andrew Smith, Davies’ long-term partner, who lived for years with an inoperable brain tumour before his death in 2018. The relationship sits at the emotional centre of the book, even though Davies’ public career occupies much of its surface.</w:t>
      </w:r>
      <w:r/>
    </w:p>
    <w:p>
      <w:r/>
      <w:r>
        <w:t xml:space="preserve">That grief also found its way into his scripts. Scenes in </w:t>
      </w:r>
      <w:r>
        <w:rPr>
          <w:i/>
        </w:rPr>
        <w:t>It’s a Sin</w:t>
      </w:r>
      <w:r>
        <w:t xml:space="preserve"> draw on experiences from Smith’s illness, not as a simple act of transcription but as a way of understanding emotions that were difficult to name at the time. The Guardian’s interview coverage highlights how closely Davies’ private losses and creative imagination remain connected.</w:t>
      </w:r>
      <w:r/>
    </w:p>
    <w:p>
      <w:r/>
      <w:r>
        <w:t>It’s a striking reminder that television writers don’t always leave the work behind when the day ends. Sometimes the material follows them home, sits quietly for years and then reappears in a scene that feels painfully true.</w:t>
      </w:r>
      <w:r/>
    </w:p>
    <w:p>
      <w:pPr>
        <w:pStyle w:val="Heading2"/>
      </w:pPr>
      <w:r>
        <w:t>What readers can expect from The Queerest of Folk</w:t>
      </w:r>
      <w:r/>
    </w:p>
    <w:p>
      <w:r/>
      <w:r>
        <w:t>The audiobook listing from Apple Books presents the title as a portrait of Davies’ life in television, and that description is useful because the book isn’t trying to explain every corner of his personality. It’s more interested in how a writer keeps working through success, backlash, illness, bereavement and the pressure of being publicly recognisable.</w:t>
      </w:r>
      <w:r/>
    </w:p>
    <w:p>
      <w:r/>
      <w:r>
        <w:t xml:space="preserve">Readers looking for a traditional behind-the-scenes account should find plenty to enjoy, particularly the passages about developing shows and defending creative decisions. Fans of </w:t>
      </w:r>
      <w:r>
        <w:rPr>
          <w:i/>
        </w:rPr>
        <w:t>Doctor Who</w:t>
      </w:r>
      <w:r>
        <w:t>, meanwhile, may be drawn to the candid discussion of fandom and the uneasy relationship between a programme’s makers and its most devoted viewers.</w:t>
      </w:r>
      <w:r/>
    </w:p>
    <w:p>
      <w:r/>
      <w:r>
        <w:t>The wider appeal is simpler. Davies has spent years making television that insists on feeling something, whether that feeling is joy, embarrassment, anger or grief. His memoir seems to offer the same mix, only with the camera turned towards him.</w:t>
      </w:r>
      <w:r/>
    </w:p>
    <w:p>
      <w:r/>
      <w:r>
        <w:t>It's a vivid account of how one difficult, generous and relentlessly energetic voice changed British television.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1">
        <w:r>
          <w:rPr>
            <w:color w:val="0000EE"/>
            <w:u w:val="single"/>
          </w:rPr>
          <w:t>[3]</w:t>
        </w:r>
      </w:hyperlink>
      <w:r>
        <w:t xml:space="preserve">, </w:t>
      </w:r>
      <w:hyperlink r:id="rId14">
        <w:r>
          <w:rPr>
            <w:color w:val="0000EE"/>
            <w:u w:val="single"/>
          </w:rPr>
          <w:t>[7]</w:t>
        </w:r>
      </w:hyperlink>
      <w:r>
        <w:t xml:space="preserve">- Paragraph 4: </w:t>
      </w:r>
      <w:hyperlink r:id="rId15">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https://www.independent.co.uk/arts-entertainment/books/features/russell-t-davies-interview-book-doctor-who-b3064141.html</w:t>
        </w:r>
      </w:hyperlink>
      <w:r>
        <w:t xml:space="preserve"> - Please view link - unable to able to access data</w:t>
      </w:r>
      <w:r/>
    </w:p>
    <w:p>
      <w:pPr>
        <w:pStyle w:val="ListNumber"/>
        <w:spacing w:line="240" w:lineRule="auto"/>
        <w:ind w:left="720"/>
      </w:pPr>
      <w:r/>
      <w:hyperlink r:id="rId10">
        <w:r>
          <w:rPr>
            <w:color w:val="0000EE"/>
            <w:u w:val="single"/>
          </w:rPr>
          <w:t>https://www.theguardian.com/books/2026/oct/09/the-queerest-of-folk-by-russell-t-davies-review-the-groundbreaking-screenwriter-tells-it-like-it-is</w:t>
        </w:r>
      </w:hyperlink>
      <w:r>
        <w:t xml:space="preserve"> - In this review, The Guardian praises Russell T Davies' memoir, 'The Queerest of Folk', highlighting his candid storytelling and insights into the British television industry. The article discusses Davies' journey from children's television to creating iconic series like 'Queer as Folk' and reviving 'Doctor Who'. It also touches upon his recent work, including the drama 'Tip Toe', noting its emotional depth and relevance to contemporary societal issues. The review underscores Davies' significant impact on television and his ability to blend personal experiences with broader cultural narratives.</w:t>
      </w:r>
      <w:r/>
    </w:p>
    <w:p>
      <w:pPr>
        <w:pStyle w:val="ListNumber"/>
        <w:spacing w:line="240" w:lineRule="auto"/>
        <w:ind w:left="720"/>
      </w:pPr>
      <w:r/>
      <w:hyperlink r:id="rId11">
        <w:r>
          <w:rPr>
            <w:color w:val="0000EE"/>
            <w:u w:val="single"/>
          </w:rPr>
          <w:t>https://www.theguardian.com/media/2026/oct/03/russell-t-davies-interview-doctor-who-fierce-fandom-love-grief</w:t>
        </w:r>
      </w:hyperlink>
      <w:r>
        <w:t xml:space="preserve"> - This interview with Russell T Davies delves into his experiences with intense fandom, the loss of his long-time partner, and the challenges of navigating public life. Davies reflects on the controversies surrounding 'Queer as Folk' and discusses his approach to storytelling in the current socio-political climate. The conversation also touches upon his latest projects, including the series 'Tip Toe', and his perspective on the evolving landscape of television and representation.</w:t>
      </w:r>
      <w:r/>
    </w:p>
    <w:p>
      <w:pPr>
        <w:pStyle w:val="ListNumber"/>
        <w:spacing w:line="240" w:lineRule="auto"/>
        <w:ind w:left="720"/>
      </w:pPr>
      <w:r/>
      <w:hyperlink r:id="rId15">
        <w:r>
          <w:rPr>
            <w:color w:val="0000EE"/>
            <w:u w:val="single"/>
          </w:rPr>
          <w:t>https://books.apple.com/us/audiobook/the-queerest-of-folk/id6778356713</w:t>
        </w:r>
      </w:hyperlink>
      <w:r>
        <w:t xml:space="preserve"> - Apple Books offers the audiobook version of Russell T Davies' memoir, 'The Queerest of Folk'. Narrated by Davies himself, the memoir provides an intimate look into his career, from his early days in children's television to his work on 'Doctor Who' and 'Queer as Folk'. The audiobook is available for purchase and offers listeners a personal account of Davies' experiences and insights into the television industry.</w:t>
      </w:r>
      <w:r/>
    </w:p>
    <w:p>
      <w:pPr>
        <w:pStyle w:val="ListNumber"/>
        <w:spacing w:line="240" w:lineRule="auto"/>
        <w:ind w:left="720"/>
      </w:pPr>
      <w:r/>
      <w:hyperlink r:id="rId12">
        <w:r>
          <w:rPr>
            <w:color w:val="0000EE"/>
            <w:u w:val="single"/>
          </w:rPr>
          <w:t>https://time.com/6188510/queer-as-folk-gay-television/</w:t>
        </w:r>
      </w:hyperlink>
      <w:r>
        <w:t xml:space="preserve"> - Time magazine explores the cultural significance of 'Queer as Folk', both the UK and US versions, highlighting its role in representing LGBTQ+ life on television. The article discusses the impact of the series on public perceptions and its influence on future queer narratives in media. It also addresses critiques regarding diversity and inclusion within the show, providing a comprehensive overview of its legacy in television history.</w:t>
      </w:r>
      <w:r/>
    </w:p>
    <w:p>
      <w:pPr>
        <w:pStyle w:val="ListNumber"/>
        <w:spacing w:line="240" w:lineRule="auto"/>
        <w:ind w:left="720"/>
      </w:pPr>
      <w:r/>
      <w:hyperlink r:id="rId13">
        <w:r>
          <w:rPr>
            <w:color w:val="0000EE"/>
            <w:u w:val="single"/>
          </w:rPr>
          <w:t>https://www.techradar.com/streaming/entertainment/tip-toe-channel-4-russell-t-davies-queer-as-folk-years-and-years</w:t>
        </w:r>
      </w:hyperlink>
      <w:r>
        <w:t xml:space="preserve"> - TechRadar reviews Channel 4's new drama 'Tip Toe', created by Russell T Davies. The article describes the series as a bold exploration of contemporary societal issues, drawing parallels to 'Queer as Folk' and 'Years and Years'. It discusses the show's portrayal of rising societal prejudices and its reflection of current social and political tensions in the UK. The review highlights the emotional depth and relevance of the series, noting its potential to spark important conversations.</w:t>
      </w:r>
      <w:r/>
    </w:p>
    <w:p>
      <w:pPr>
        <w:pStyle w:val="ListNumber"/>
        <w:spacing w:line="240" w:lineRule="auto"/>
        <w:ind w:left="720"/>
      </w:pPr>
      <w:r/>
      <w:hyperlink r:id="rId14">
        <w:r>
          <w:rPr>
            <w:color w:val="0000EE"/>
            <w:u w:val="single"/>
          </w:rPr>
          <w:t>https://doctorwhoworlduk.com/queeristfolkbook</w:t>
        </w:r>
      </w:hyperlink>
      <w:r>
        <w:t xml:space="preserve"> - Doctor Who World provides information about Russell T Davies' memoir, 'The Queerest of Folk'. The page includes details about the book's publication, number of pages, and ISBN. It also features a synopsis of the memoir, highlighting Davies' journey from working on children's shows and soaps to relaunching 'Doctor Who' and creating 'Queer as Folk' and 'It's a Sin'. The page serves as a resource for fans interested in learning more about the book and its contents.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ndependent.co.uk/arts-entertainment/books/features/russell-t-davies-interview-book-doctor-who-b3064141.html" TargetMode="External"/><Relationship Id="rId10" Type="http://schemas.openxmlformats.org/officeDocument/2006/relationships/hyperlink" Target="https://www.theguardian.com/books/2026/oct/09/the-queerest-of-folk-by-russell-t-davies-review-the-groundbreaking-screenwriter-tells-it-like-it-is" TargetMode="External"/><Relationship Id="rId11" Type="http://schemas.openxmlformats.org/officeDocument/2006/relationships/hyperlink" Target="https://www.theguardian.com/media/2026/oct/03/russell-t-davies-interview-doctor-who-fierce-fandom-love-grief" TargetMode="External"/><Relationship Id="rId12" Type="http://schemas.openxmlformats.org/officeDocument/2006/relationships/hyperlink" Target="https://time.com/6188510/queer-as-folk-gay-television/" TargetMode="External"/><Relationship Id="rId13" Type="http://schemas.openxmlformats.org/officeDocument/2006/relationships/hyperlink" Target="https://www.techradar.com/streaming/entertainment/tip-toe-channel-4-russell-t-davies-queer-as-folk-years-and-years" TargetMode="External"/><Relationship Id="rId14" Type="http://schemas.openxmlformats.org/officeDocument/2006/relationships/hyperlink" Target="https://doctorwhoworlduk.com/queeristfolkbook" TargetMode="External"/><Relationship Id="rId15" Type="http://schemas.openxmlformats.org/officeDocument/2006/relationships/hyperlink" Target="https://books.apple.com/us/audiobook/the-queerest-of-folk/id67783567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