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Police Stations Shine in Rainbow Colours for Coming Out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across the Netherlands saw police stations take on a vivid new look for Coming Out Day, with Enschede’s building glowing in rainbow colours after dark. Alongside Progress Pride flags, the display offered a highly visible reminder that acceptance, safety and the freedom to be yourself still matter.</w:t>
      </w:r>
      <w:r/>
    </w:p>
    <w:p>
      <w:pPr>
        <w:pStyle w:val="Heading2"/>
      </w:pPr>
      <w:r>
        <w:t>Essential Takeaways</w:t>
      </w:r>
      <w:r/>
      <w:r/>
    </w:p>
    <w:p>
      <w:pPr>
        <w:pStyle w:val="ListBullet"/>
        <w:spacing w:line="240" w:lineRule="auto"/>
        <w:ind w:left="720"/>
      </w:pPr>
      <w:r/>
      <w:r>
        <w:rPr>
          <w:b/>
        </w:rPr>
        <w:t>A striking display:</w:t>
      </w:r>
      <w:r>
        <w:t xml:space="preserve"> Enschede’s police station was illuminated in several rainbow shades, making the building especially noticeable at night.</w:t>
      </w:r>
      <w:r/>
    </w:p>
    <w:p>
      <w:pPr>
        <w:pStyle w:val="ListBullet"/>
        <w:spacing w:line="240" w:lineRule="auto"/>
        <w:ind w:left="720"/>
      </w:pPr>
      <w:r/>
      <w:r>
        <w:rPr>
          <w:b/>
        </w:rPr>
        <w:t>A national gesture:</w:t>
      </w:r>
      <w:r>
        <w:t xml:space="preserve"> Police stations around the Netherlands raised the Progress Pride flag for Coming Out Day.</w:t>
      </w:r>
      <w:r/>
    </w:p>
    <w:p>
      <w:pPr>
        <w:pStyle w:val="ListBullet"/>
        <w:spacing w:line="240" w:lineRule="auto"/>
        <w:ind w:left="720"/>
      </w:pPr>
      <w:r/>
      <w:r>
        <w:rPr>
          <w:b/>
        </w:rPr>
        <w:t>A message of acceptance:</w:t>
      </w:r>
      <w:r>
        <w:t xml:space="preserve"> The campaign highlights the importance of being open about identity without fear.</w:t>
      </w:r>
      <w:r/>
    </w:p>
    <w:p>
      <w:pPr>
        <w:pStyle w:val="ListBullet"/>
        <w:spacing w:line="240" w:lineRule="auto"/>
        <w:ind w:left="720"/>
      </w:pPr>
      <w:r/>
      <w:r>
        <w:rPr>
          <w:b/>
        </w:rPr>
        <w:t>More than decoration:</w:t>
      </w:r>
      <w:r>
        <w:t xml:space="preserve"> Rainbow displays can signal visibility and support, while broader inclusion requires action beyond one day.</w:t>
      </w:r>
      <w:r/>
      <w:r/>
    </w:p>
    <w:p>
      <w:pPr>
        <w:pStyle w:val="Heading2"/>
      </w:pPr>
      <w:r>
        <w:t>Enschede station makes a colourful statement</w:t>
      </w:r>
      <w:r/>
    </w:p>
    <w:p>
      <w:r/>
      <w:r>
        <w:t>After sunset, Enschede’s police station became a bright landmark, its facade washed in rainbow light. It’s a simple visual change, but one that’s hard to miss when the surrounding streets are dark and quiet.</w:t>
      </w:r>
      <w:r/>
    </w:p>
    <w:p>
      <w:r/>
      <w:r>
        <w:t>The display was arranged for Coming Out Day, an international occasion focused on acceptance and the right to live openly. Local coverage reported that Enschede went a step further than the flag-raising seen at police stations elsewhere, using the building itself to carry the message.</w:t>
      </w:r>
      <w:r/>
    </w:p>
    <w:p>
      <w:pPr>
        <w:pStyle w:val="Heading2"/>
      </w:pPr>
      <w:r>
        <w:t>Why police stations raised the Progress Pride flag</w:t>
      </w:r>
      <w:r/>
    </w:p>
    <w:p>
      <w:r/>
      <w:r>
        <w:t>Police stations across the Netherlands displayed the Progress Pride flag as part of the national observance. According to the Dutch police, the gesture was intended to draw attention to LGBTQ+ acceptance and the importance of feeling able to be yourself.</w:t>
      </w:r>
      <w:r/>
    </w:p>
    <w:p>
      <w:r/>
      <w:r>
        <w:t>That setting matters. A police station is not just another public building; it represents help, protection and access to justice. Putting an inclusive symbol there can reassure people who may otherwise feel uncertain about whether they’ll be heard or treated fairly.</w:t>
      </w:r>
      <w:r/>
    </w:p>
    <w:p>
      <w:pPr>
        <w:pStyle w:val="Heading2"/>
      </w:pPr>
      <w:r>
        <w:t>Rainbow colours bring visibility after dark</w:t>
      </w:r>
      <w:r/>
    </w:p>
    <w:p>
      <w:r/>
      <w:r>
        <w:t>There’s a practical reason the illuminated approach catches attention. A flag can be overlooked during a busy day, while coloured lighting turns a familiar civic building into a visible evening landmark.</w:t>
      </w:r>
      <w:r/>
    </w:p>
    <w:p>
      <w:r/>
      <w:r>
        <w:t>Similar initiatives were reported by local authorities and police teams elsewhere in the Netherlands, including Hilversum and the Langstraat area. The details vary, but the idea is consistent: public spaces can help make LGBTQ+ identities visible rather than leaving inclusion to private celebrations.</w:t>
      </w:r>
      <w:r/>
    </w:p>
    <w:p>
      <w:pPr>
        <w:pStyle w:val="Heading2"/>
      </w:pPr>
      <w:r>
        <w:t>What Coming Out Day represents</w:t>
      </w:r>
      <w:r/>
    </w:p>
    <w:p>
      <w:r/>
      <w:r>
        <w:t>Coming Out Day is centred on openness, acceptance and the ability to express who you are. Rainbowdagen describes the wider rainbow-day movement as a way to promote visibility and support for LGBTQ+ people throughout the year, not just during a single annual event.</w:t>
      </w:r>
      <w:r/>
    </w:p>
    <w:p>
      <w:r/>
      <w:r>
        <w:t>That distinction is worth keeping in mind. A glowing facade creates a warm, hopeful image, but lasting confidence also depends on everyday experiences at school, work, in healthcare and when contacting the police. The most meaningful symbol is one backed by respectful treatment when someone actually needs help.</w:t>
      </w:r>
      <w:r/>
    </w:p>
    <w:p>
      <w:pPr>
        <w:pStyle w:val="Heading2"/>
      </w:pPr>
      <w:r>
        <w:t>A small light with a wider message</w:t>
      </w:r>
      <w:r/>
    </w:p>
    <w:p>
      <w:r/>
      <w:r>
        <w:t>The Enschede display is temporary, yet its message is deliberately public. For some viewers, it may be a welcome sign of solidarity; for others, it’s a prompt to think about how safe and accepted people feel in their own communities.</w:t>
      </w:r>
      <w:r/>
    </w:p>
    <w:p>
      <w:r/>
      <w:r>
        <w:t>As rainbow displays continue to appear across Dutch towns and cities, the challenge is turning visibility into lasting trust. The lights may switch off, but the conversation shouldn’t.</w:t>
      </w:r>
      <w:r/>
    </w:p>
    <w:p>
      <w:r/>
      <w:r>
        <w:t>It's a bright reminder that public support is most powerful when it continues beyond the calendar.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5">
        <w:r>
          <w:rPr>
            <w:color w:val="0000EE"/>
            <w:u w:val="single"/>
          </w:rPr>
          <w:t>[7]</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5">
        <w:r>
          <w:rPr>
            <w:color w:val="0000EE"/>
            <w:u w:val="single"/>
          </w:rPr>
          <w:t>[7]</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1">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https://www.tubantia.nl/enschede/politiebureau-enschede-verlicht-in-regenboogkleuren-tijdens-coming-out-day~af33c4cf/</w:t>
        </w:r>
      </w:hyperlink>
      <w:r>
        <w:t xml:space="preserve"> - Please view link - unable to able to access data</w:t>
      </w:r>
      <w:r/>
    </w:p>
    <w:p>
      <w:pPr>
        <w:pStyle w:val="ListNumber"/>
        <w:spacing w:line="240" w:lineRule="auto"/>
        <w:ind w:left="720"/>
      </w:pPr>
      <w:r/>
      <w:hyperlink r:id="rId10">
        <w:r>
          <w:rPr>
            <w:color w:val="0000EE"/>
            <w:u w:val="single"/>
          </w:rPr>
          <w:t>https://www.politie.nl/nieuws/2025/oktober/11/regenboogvlag-en-verlichte-politiebureaus-vandaag-op-coming-out-day.html</w:t>
        </w:r>
      </w:hyperlink>
      <w:r>
        <w:t xml:space="preserve"> - On Coming Out Day, the Dutch police raise the Progress Pride flag at stations nationwide and illuminate one station per province in rainbow colours to promote acceptance and emancipation of the LGBTQIA+ community. This initiative underscores the importance of everyone being able to be themselves, regardless of sexual orientation or gender identity. The police also aim to be an inclusive employer, valuing diversity and inclusion, and to raise awareness among staff about the challenges faced by some colleagues. Additionally, they encourage reporting discrimination, intimidation, or violence related to this theme, offering support through the 'Roze in Blauw' network.</w:t>
      </w:r>
      <w:r/>
    </w:p>
    <w:p>
      <w:pPr>
        <w:pStyle w:val="ListNumber"/>
        <w:spacing w:line="240" w:lineRule="auto"/>
        <w:ind w:left="720"/>
      </w:pPr>
      <w:r/>
      <w:hyperlink r:id="rId11">
        <w:r>
          <w:rPr>
            <w:color w:val="0000EE"/>
            <w:u w:val="single"/>
          </w:rPr>
          <w:t>https://hilversum.nl/en/nieuwsoverzicht/gemeente-hilversum-viert-coming-out-day-regenboogkleuren</w:t>
        </w:r>
      </w:hyperlink>
      <w:r>
        <w:t xml:space="preserve"> - The Municipality of Hilversum celebrated Coming Out Day by raising the rainbow flag at the municipal building, symbolising support for the LGBTQIA+ community. Alderman Floris Voorink emphasised the importance of being openly oneself without fear of repercussions. Recent figures indicate that acceptance of LGBTQIA+ individuals has declined, highlighting the need for continued attention to this issue. The municipality also highlighted the Gooise Pride Walk, an event promoting inclusivity and acceptance, which took place on October 10, 2026, with Mayor van den Top in attendance.</w:t>
      </w:r>
      <w:r/>
    </w:p>
    <w:p>
      <w:pPr>
        <w:pStyle w:val="ListNumber"/>
        <w:spacing w:line="240" w:lineRule="auto"/>
        <w:ind w:left="720"/>
      </w:pPr>
      <w:r/>
      <w:hyperlink r:id="rId12">
        <w:r>
          <w:rPr>
            <w:color w:val="0000EE"/>
            <w:u w:val="single"/>
          </w:rPr>
          <w:t>https://112brabant.nl/2026/10/09/politie-kleurt-bureau-in-regenboogkleuren-voor-coming-out-day/</w:t>
        </w:r>
      </w:hyperlink>
      <w:r>
        <w:t xml:space="preserve"> - In Sprang-Capelle, the local police station was illuminated in rainbow colours on October 9 and 10, 2026, in anticipation of Coming Out Day on October 11. The Basisteam Langstraat aimed to highlight the message that everyone should be able to be themselves, both at work and in their personal lives. The initiative also included raising the Progress Pride flag on October 11 and offering cake to colleagues with the message 'Nothing tastes as good as being yourself'.</w:t>
      </w:r>
      <w:r/>
    </w:p>
    <w:p>
      <w:pPr>
        <w:pStyle w:val="ListNumber"/>
        <w:spacing w:line="240" w:lineRule="auto"/>
        <w:ind w:left="720"/>
      </w:pPr>
      <w:r/>
      <w:hyperlink r:id="rId13">
        <w:r>
          <w:rPr>
            <w:color w:val="0000EE"/>
            <w:u w:val="single"/>
          </w:rPr>
          <w:t>https://112delangstraat.nl/2026/10/09/politie-basisteam-langstraat-viert-coming-out-day-politiebureau-in-regenboogkleuren/</w:t>
        </w:r>
      </w:hyperlink>
      <w:r>
        <w:t xml:space="preserve"> - Basisteam Langstraat in the Netherlands celebrated Coming Out Day by illuminating their police station in rainbow colours on October 9 and 10, 2026. The initiative aimed to promote inclusivity and diversity, emphasising that everyone should be able to be themselves at work and beyond. On October 11, the Progress Pride flag was raised at the station. The team also provided cake to colleagues with the message 'Nothing tastes as good as being yourself'.</w:t>
      </w:r>
      <w:r/>
    </w:p>
    <w:p>
      <w:pPr>
        <w:pStyle w:val="ListNumber"/>
        <w:spacing w:line="240" w:lineRule="auto"/>
        <w:ind w:left="720"/>
      </w:pPr>
      <w:r/>
      <w:hyperlink r:id="rId14">
        <w:r>
          <w:rPr>
            <w:color w:val="0000EE"/>
            <w:u w:val="single"/>
          </w:rPr>
          <w:t>https://www.devector.nl/editie/2026-10-11/coming-out-day-regenboogvlag-2026.html</w:t>
        </w:r>
      </w:hyperlink>
      <w:r>
        <w:t xml:space="preserve"> - On International Coming Out Day, various institutions in the Netherlands, including municipalities, police, and Defence, marked the occasion by raising the rainbow flag and organising activities. The Dutch parliament, Tweede Kamer, also hoisted the flag following a motion passed on October 8, 2026. The role of the rainbow flag in public institutions remains a topic of debate, with discussions on its symbolism and the message it conveys about inclusivity and support for the LGBTQIA+ community.</w:t>
      </w:r>
      <w:r/>
    </w:p>
    <w:p>
      <w:pPr>
        <w:pStyle w:val="ListNumber"/>
        <w:spacing w:line="240" w:lineRule="auto"/>
        <w:ind w:left="720"/>
      </w:pPr>
      <w:r/>
      <w:hyperlink r:id="rId15">
        <w:r>
          <w:rPr>
            <w:color w:val="0000EE"/>
            <w:u w:val="single"/>
          </w:rPr>
          <w:t>https://www.regenboogdagen.nl/waarom-regenboogdagen/</w:t>
        </w:r>
      </w:hyperlink>
      <w:r>
        <w:t xml:space="preserve"> - Since 2010, Enschede has been recognised as a Rainbow City, joining 56 other municipalities in the Netherlands committed to promoting the social acceptance, safety, and emancipation of LGBTQIA+ individuals. Each year, around October 11, Enschede organises the Rainbow Days, coinciding with International Coming Out Day, to raise awareness and celebrate the LGBTQIA+ community. The event features various activities, both LGBTQIA+ related and for the general public, aiming to foster an inclusive society where everyone can be themselves.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ubantia.nl/enschede/politiebureau-enschede-verlicht-in-regenboogkleuren-tijdens-coming-out-day~af33c4cf/" TargetMode="External"/><Relationship Id="rId10" Type="http://schemas.openxmlformats.org/officeDocument/2006/relationships/hyperlink" Target="https://www.politie.nl/nieuws/2025/oktober/11/regenboogvlag-en-verlichte-politiebureaus-vandaag-op-coming-out-day.html" TargetMode="External"/><Relationship Id="rId11" Type="http://schemas.openxmlformats.org/officeDocument/2006/relationships/hyperlink" Target="https://hilversum.nl/en/nieuwsoverzicht/gemeente-hilversum-viert-coming-out-day-regenboogkleuren" TargetMode="External"/><Relationship Id="rId12" Type="http://schemas.openxmlformats.org/officeDocument/2006/relationships/hyperlink" Target="https://112brabant.nl/2026/10/09/politie-kleurt-bureau-in-regenboogkleuren-voor-coming-out-day/" TargetMode="External"/><Relationship Id="rId13" Type="http://schemas.openxmlformats.org/officeDocument/2006/relationships/hyperlink" Target="https://112delangstraat.nl/2026/10/09/politie-basisteam-langstraat-viert-coming-out-day-politiebureau-in-regenboogkleuren/" TargetMode="External"/><Relationship Id="rId14" Type="http://schemas.openxmlformats.org/officeDocument/2006/relationships/hyperlink" Target="https://www.devector.nl/editie/2026-10-11/coming-out-day-regenboogvlag-2026.html" TargetMode="External"/><Relationship Id="rId15" Type="http://schemas.openxmlformats.org/officeDocument/2006/relationships/hyperlink" Target="https://www.regenboogdagen.nl/waarom-regenboogdag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