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Nick Clark’s journey to becoming an openly gay volleyball coach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Nick Clark’s powerful path from a closeted young athlete to an openly gay volleyball coach in Michigan. His story, first published by Outsports and now part of its Pride Pioneer series, matters because it captures the fear, faith, support and hard-won relief behind coming out in sport.</w:t>
      </w:r>
      <w:r/>
    </w:p>
    <w:p>
      <w:pPr>
        <w:pStyle w:val="Heading2"/>
      </w:pPr>
      <w:r>
        <w:t>Essential Takeaways</w:t>
      </w:r>
      <w:r/>
      <w:r/>
    </w:p>
    <w:p>
      <w:pPr>
        <w:pStyle w:val="ListBullet"/>
        <w:spacing w:line="240" w:lineRule="auto"/>
        <w:ind w:left="720"/>
      </w:pPr>
      <w:r/>
      <w:r>
        <w:rPr>
          <w:b/>
        </w:rPr>
        <w:t>A life-changing realisation:</w:t>
      </w:r>
      <w:r>
        <w:t xml:space="preserve"> Clark’s struggle with secrecy reached a turning point in 2007, prompting him to reassess his life and identity.</w:t>
      </w:r>
      <w:r/>
    </w:p>
    <w:p>
      <w:pPr>
        <w:pStyle w:val="ListBullet"/>
        <w:spacing w:line="240" w:lineRule="auto"/>
        <w:ind w:left="720"/>
      </w:pPr>
      <w:r/>
      <w:r>
        <w:rPr>
          <w:b/>
        </w:rPr>
        <w:t>Sport was both refuge and pressure:</w:t>
      </w:r>
      <w:r>
        <w:t xml:space="preserve"> Coaching gave him purpose, while locker-room language and fear of judgement made coming out harder.</w:t>
      </w:r>
      <w:r/>
    </w:p>
    <w:p>
      <w:pPr>
        <w:pStyle w:val="ListBullet"/>
        <w:spacing w:line="240" w:lineRule="auto"/>
        <w:ind w:left="720"/>
      </w:pPr>
      <w:r/>
      <w:r>
        <w:rPr>
          <w:b/>
        </w:rPr>
        <w:t>Support changed everything:</w:t>
      </w:r>
      <w:r>
        <w:t xml:space="preserve"> Therapy, friends, family and his coach helped Clark understand that being gay didn't prevent him from coaching.</w:t>
      </w:r>
      <w:r/>
    </w:p>
    <w:p>
      <w:pPr>
        <w:pStyle w:val="ListBullet"/>
        <w:spacing w:line="240" w:lineRule="auto"/>
        <w:ind w:left="720"/>
      </w:pPr>
      <w:r/>
      <w:r>
        <w:rPr>
          <w:b/>
        </w:rPr>
        <w:t>Visibility became a mission:</w:t>
      </w:r>
      <w:r>
        <w:t xml:space="preserve"> After coming out, he wanted to support athletes and coaches facing similar questions.</w:t>
      </w:r>
      <w:r/>
    </w:p>
    <w:p>
      <w:pPr>
        <w:pStyle w:val="ListBullet"/>
        <w:spacing w:line="240" w:lineRule="auto"/>
        <w:ind w:left="720"/>
      </w:pPr>
      <w:r/>
      <w:r>
        <w:rPr>
          <w:b/>
        </w:rPr>
        <w:t>His coaching career continued:</w:t>
      </w:r>
      <w:r>
        <w:t xml:space="preserve"> The 2026 update identifies Clark as an assistant volleyball coach at Michigan.</w:t>
      </w:r>
      <w:r/>
      <w:r/>
    </w:p>
    <w:p>
      <w:pPr>
        <w:pStyle w:val="Heading2"/>
      </w:pPr>
      <w:r>
        <w:t>From fear in the locker room to finding a way forward</w:t>
      </w:r>
      <w:r/>
    </w:p>
    <w:p>
      <w:r/>
      <w:r>
        <w:t>For years, Nick Clark looked like the comfortable, confident sportsman everyone assumed he was. He played football and basketball, coached volleyball and had plenty of friends, yet he was privately terrified that someone would work out he was gay.</w:t>
      </w:r>
      <w:r/>
    </w:p>
    <w:p>
      <w:r/>
      <w:r>
        <w:t>The language around him didn't help. Slurs were often dismissed as jokes, but Clark recognised the sharper edge beneath them. As Outsports reported, that atmosphere left him constantly monitoring his behaviour, even when nobody appeared to be watching.</w:t>
      </w:r>
      <w:r/>
    </w:p>
    <w:p>
      <w:r/>
      <w:r>
        <w:t>He tried dating girls and convinced himself that attraction to men might disappear. It didn't. Instead, the effort left him feeling increasingly divided, with sport offering both a welcome distraction and a place where he felt he had to perform.</w:t>
      </w:r>
      <w:r/>
    </w:p>
    <w:p>
      <w:pPr>
        <w:pStyle w:val="Heading2"/>
      </w:pPr>
      <w:r>
        <w:t>A sudden moment of clarity changed the direction of his life</w:t>
      </w:r>
      <w:r/>
    </w:p>
    <w:p>
      <w:r/>
      <w:r>
        <w:t>In 2007, after a late-night encounter and a dangerous drive home, Clark experienced what he described as a profound religious awakening. The next day, he went to church and felt that the service spoke directly to him.</w:t>
      </w:r>
      <w:r/>
    </w:p>
    <w:p>
      <w:r/>
      <w:r>
        <w:t>That experience led him towards Christianity and Athletes in Action, where he found friendship, structure and a sense of purpose. But faith didn't erase his sexuality. As later Outsports coverage explored, his journey involved a long period of trying to reconcile belief, identity and the hope that he could somehow change.</w:t>
      </w:r>
      <w:r/>
    </w:p>
    <w:p>
      <w:r/>
      <w:r>
        <w:t>He also entered a relationship with a woman he cared about deeply. When the relationship began moving towards marriage, Clark faced a painful but necessary truth: continuing would mean hiding a fundamental part of himself from both of them.</w:t>
      </w:r>
      <w:r/>
    </w:p>
    <w:p>
      <w:pPr>
        <w:pStyle w:val="Heading2"/>
      </w:pPr>
      <w:r>
        <w:t>Therapy offered the answer he hadn't expected</w:t>
      </w:r>
      <w:r/>
    </w:p>
    <w:p>
      <w:r/>
      <w:r>
        <w:t>The breakthrough came through therapy. Rather than treating his sexuality as a problem to solve, the process helped Clark accept that he was gay and could still build a meaningful life in coaching.</w:t>
      </w:r>
      <w:r/>
    </w:p>
    <w:p>
      <w:r/>
      <w:r>
        <w:t>That realisation proved liberating. In 2010, he began coming out to friends and family, including people connected with Athletes in Action. Their response was overwhelmingly supportive, and the conversations brought greater honesty to relationships that had previously been shaped by secrecy.</w:t>
      </w:r>
      <w:r/>
    </w:p>
    <w:p>
      <w:r/>
      <w:r>
        <w:t>Outsports later highlighted Clark's positive experiences as an openly gay coach. His story stood out not because every fear disappeared overnight, but because acceptance gave him room to become more fully himself.</w:t>
      </w:r>
      <w:r/>
    </w:p>
    <w:p>
      <w:pPr>
        <w:pStyle w:val="Heading2"/>
      </w:pPr>
      <w:r>
        <w:t>Being out didn't end his sporting career</w:t>
      </w:r>
      <w:r/>
    </w:p>
    <w:p>
      <w:r/>
      <w:r>
        <w:t>Clark's life after coming out included playing with the Michigan Panthers gay flag football team and taking part in Pride Bowl events. Those experiences gave him a sporting community where identity wasn't something to conceal at the changing-room door.</w:t>
      </w:r>
      <w:r/>
    </w:p>
    <w:p>
      <w:r/>
      <w:r>
        <w:t>At the same time, he remained aware that professional sport can be unpredictable for LGBTQ+ coaches. Earlier reporting noted his concern that being openly gay might affect his career, even though his head coach supported him.</w:t>
      </w:r>
      <w:r/>
    </w:p>
    <w:p>
      <w:r/>
      <w:r>
        <w:t>That tension remains familiar. Coming out can bring relief and confidence, but it doesn't magically remove questions about hiring, team culture or public reaction. Clark's decision was ultimately about choosing uncertainty over the exhausting loneliness of pretending.</w:t>
      </w:r>
      <w:r/>
    </w:p>
    <w:p>
      <w:pPr>
        <w:pStyle w:val="Heading2"/>
      </w:pPr>
      <w:r>
        <w:t>Why Clark's story still resonates</w:t>
      </w:r>
      <w:r/>
    </w:p>
    <w:p>
      <w:r/>
      <w:r>
        <w:t>The most striking part of Clark's story is how ordinary many of his fears were. He worried about being exposed, disappointing people and losing his place in sport. Those concerns can feel enormous when someone is living through them, particularly in environments where masculinity is loudly policed.</w:t>
      </w:r>
      <w:r/>
    </w:p>
    <w:p>
      <w:r/>
      <w:r>
        <w:t>Yet his experience also shows the power of practical support. A therapist who didn't try to change him, a coach who treated him with respect, friends who listened and family who accepted him all helped turn coming out from a crisis into a new beginning.</w:t>
      </w:r>
      <w:r/>
    </w:p>
    <w:p>
      <w:r/>
      <w:r>
        <w:t>Later coverage continued to follow Clark's life in volleyball, including his work in Michigan. His stated wish to help other athletes and coaches remains the lasting note: visibility isn't only personal. Sometimes, one honest story gives somebody else permission to stop hiding.</w:t>
      </w:r>
      <w:r/>
    </w:p>
    <w:p>
      <w:r/>
      <w:r>
        <w:t>It's a reminder that a coaching career and an authentic life don't have to be competing goals.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https://www.outsports.com/2011/4/27/3863470/volleyball-coachs-journey-to-accepting-that-he-is-gay/</w:t>
        </w:r>
      </w:hyperlink>
      <w:r>
        <w:t xml:space="preserve"> - Please view link - unable to able to access data</w:t>
      </w:r>
      <w:r/>
    </w:p>
    <w:p>
      <w:pPr>
        <w:pStyle w:val="ListNumber"/>
        <w:spacing w:line="240" w:lineRule="auto"/>
        <w:ind w:left="720"/>
      </w:pPr>
      <w:r/>
      <w:hyperlink r:id="rId14">
        <w:r>
          <w:rPr>
            <w:color w:val="0000EE"/>
            <w:u w:val="single"/>
          </w:rPr>
          <w:t>https://www.outsports.com/2011/4/28/4051206/</w:t>
        </w:r>
      </w:hyperlink>
      <w:r>
        <w:t xml:space="preserve"> - In this article, Jim Buzinski discusses Nick Clark's journey from a closeted young man to an openly gay assistant men's volleyball coach at Siena Heights University in Michigan. Clark shares his experiences of managing the girl's volleyball team in high school, his struggles with his sexual orientation, and his involvement with Athletes in Action. The piece highlights the challenges and triumphs of coming out in the sports world, emphasizing the importance of support from friends and family.</w:t>
      </w:r>
      <w:r/>
    </w:p>
    <w:p>
      <w:pPr>
        <w:pStyle w:val="ListNumber"/>
        <w:spacing w:line="240" w:lineRule="auto"/>
        <w:ind w:left="720"/>
      </w:pPr>
      <w:r/>
      <w:hyperlink r:id="rId10">
        <w:r>
          <w:rPr>
            <w:color w:val="0000EE"/>
            <w:u w:val="single"/>
          </w:rPr>
          <w:t>https://www.outsports.com/2016/1/25/10819192/nick-clark-clarke-gay-volleyball-coach/</w:t>
        </w:r>
      </w:hyperlink>
      <w:r>
        <w:t xml:space="preserve"> - This article reports on Nick Clark's appointment as the head men's volleyball coach at Clarke University in Dubuque, Iowa. It highlights Clark's journey of being an openly gay coach and his experiences since coming out. The piece underscores the significance of authenticity in coaching and the positive reception he received from both the university and the volleyball community, illustrating the evolving acceptance of LGBTQ+ individuals in collegiate sports.</w:t>
      </w:r>
      <w:r/>
    </w:p>
    <w:p>
      <w:pPr>
        <w:pStyle w:val="ListNumber"/>
        <w:spacing w:line="240" w:lineRule="auto"/>
        <w:ind w:left="720"/>
      </w:pPr>
      <w:r/>
      <w:hyperlink r:id="rId11">
        <w:r>
          <w:rPr>
            <w:color w:val="0000EE"/>
            <w:u w:val="single"/>
          </w:rPr>
          <w:t>https://www.outsports.com/2012/1/26/4052466/out-gay-volleyball-coach-shares-positive-experiences-urges-others-to/</w:t>
        </w:r>
      </w:hyperlink>
      <w:r>
        <w:t xml:space="preserve"> - Nick Clark reflects on his first season as an openly gay coach at Pfeiffer University in Misenheimer, North Carolina. He shares the positive reception from both men's and women's volleyball teams and the support from the university community. Clark discusses his decision to come out to his teams and the encouraging responses he received, emphasizing the importance of authenticity and the positive impact of sharing one's true self in the coaching profession.</w:t>
      </w:r>
      <w:r/>
    </w:p>
    <w:p>
      <w:pPr>
        <w:pStyle w:val="ListNumber"/>
        <w:spacing w:line="240" w:lineRule="auto"/>
        <w:ind w:left="720"/>
      </w:pPr>
      <w:r/>
      <w:hyperlink r:id="rId12">
        <w:r>
          <w:rPr>
            <w:color w:val="0000EE"/>
            <w:u w:val="single"/>
          </w:rPr>
          <w:t>https://www.outsports.com/2012/4/29/4053036/former-college-volleyball-coach-says-fear-kept-him-from-coming-out-as/</w:t>
        </w:r>
      </w:hyperlink>
      <w:r>
        <w:t xml:space="preserve"> - This article features insights from a former college volleyball coach who discusses the fears and challenges that prevented him from coming out as gay during his coaching career. The piece highlights the importance of support systems and the impact of sharing one's story, drawing parallels with Nick Clark's experiences. It underscores the significance of authenticity in coaching and the positive outcomes that can result from embracing one's true identity.</w:t>
      </w:r>
      <w:r/>
    </w:p>
    <w:p>
      <w:pPr>
        <w:pStyle w:val="ListNumber"/>
        <w:spacing w:line="240" w:lineRule="auto"/>
        <w:ind w:left="720"/>
      </w:pPr>
      <w:r/>
      <w:hyperlink r:id="rId13">
        <w:r>
          <w:rPr>
            <w:color w:val="0000EE"/>
            <w:u w:val="single"/>
          </w:rPr>
          <w:t>https://www.outsports.com/2025/2/14/24107402/gay-coach-nick-clark-michigan-women-volleyball-college-ncaa/</w:t>
        </w:r>
      </w:hyperlink>
      <w:r>
        <w:t xml:space="preserve"> - This article profiles Nick Clark's journey as an openly gay assistant coach for the University of Michigan women's volleyball team. It highlights his coaching career, including previous positions at Harvard, UC-Santa Barbara, and Clarke University. The piece discusses Clark's personal experiences, his relationship with his husband Rob, and the positive impact of his authenticity on the team and the broader volleyball community, illustrating the evolving acceptance of LGBTQ+ individuals in collegiate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1/4/27/3863470/volleyball-coachs-journey-to-accepting-that-he-is-gay/" TargetMode="External"/><Relationship Id="rId10" Type="http://schemas.openxmlformats.org/officeDocument/2006/relationships/hyperlink" Target="https://www.outsports.com/2016/1/25/10819192/nick-clark-clarke-gay-volleyball-coach/" TargetMode="External"/><Relationship Id="rId11" Type="http://schemas.openxmlformats.org/officeDocument/2006/relationships/hyperlink" Target="https://www.outsports.com/2012/1/26/4052466/out-gay-volleyball-coach-shares-positive-experiences-urges-others-to/" TargetMode="External"/><Relationship Id="rId12" Type="http://schemas.openxmlformats.org/officeDocument/2006/relationships/hyperlink" Target="https://www.outsports.com/2012/4/29/4053036/former-college-volleyball-coach-says-fear-kept-him-from-coming-out-as/" TargetMode="External"/><Relationship Id="rId13" Type="http://schemas.openxmlformats.org/officeDocument/2006/relationships/hyperlink" Target="https://www.outsports.com/2025/2/14/24107402/gay-coach-nick-clark-michigan-women-volleyball-college-ncaa/" TargetMode="External"/><Relationship Id="rId14" Type="http://schemas.openxmlformats.org/officeDocument/2006/relationships/hyperlink" Target="https://www.outsports.com/2011/4/28/40512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