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Brisbane Pride Rally and March 2026: What to Expect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Brisbane’s Pride Rally and March returns to Fortitude Valley on 24 October 2026, bringing protest, remembrance and celebration together. From its beginnings in 1990 to today’s colourful procession, the event remains a powerful gathering for LGBTQIA+ people, allies and anyone who believes visibility still matters.</w:t>
      </w:r>
      <w:r/>
    </w:p>
    <w:p>
      <w:pPr>
        <w:pStyle w:val="Heading2"/>
      </w:pPr>
      <w:r>
        <w:t>Essential Takeaways</w:t>
      </w:r>
      <w:r/>
      <w:r/>
    </w:p>
    <w:p>
      <w:pPr>
        <w:pStyle w:val="ListBullet"/>
        <w:spacing w:line="240" w:lineRule="auto"/>
        <w:ind w:left="720"/>
      </w:pPr>
      <w:r/>
      <w:r>
        <w:rPr>
          <w:b/>
        </w:rPr>
        <w:t>When:</w:t>
      </w:r>
      <w:r>
        <w:t xml:space="preserve"> Saturday, 24 October 2026, with gathering from 9am.</w:t>
      </w:r>
      <w:r/>
    </w:p>
    <w:p>
      <w:pPr>
        <w:pStyle w:val="ListBullet"/>
        <w:spacing w:line="240" w:lineRule="auto"/>
        <w:ind w:left="720"/>
      </w:pPr>
      <w:r/>
      <w:r>
        <w:rPr>
          <w:b/>
        </w:rPr>
        <w:t>Where:</w:t>
      </w:r>
      <w:r>
        <w:t xml:space="preserve"> The corner of Ann and Brunswick Streets, Fortitude Valley.</w:t>
      </w:r>
      <w:r/>
    </w:p>
    <w:p>
      <w:pPr>
        <w:pStyle w:val="ListBullet"/>
        <w:spacing w:line="240" w:lineRule="auto"/>
        <w:ind w:left="720"/>
      </w:pPr>
      <w:r/>
      <w:r>
        <w:rPr>
          <w:b/>
        </w:rPr>
        <w:t>What happens:</w:t>
      </w:r>
      <w:r>
        <w:t xml:space="preserve"> A rally begins at 9.30am, followed by the march at 10am.</w:t>
      </w:r>
      <w:r/>
    </w:p>
    <w:p>
      <w:pPr>
        <w:pStyle w:val="ListBullet"/>
        <w:spacing w:line="240" w:lineRule="auto"/>
        <w:ind w:left="720"/>
      </w:pPr>
      <w:r/>
      <w:r>
        <w:rPr>
          <w:b/>
        </w:rPr>
        <w:t>Who leads:</w:t>
      </w:r>
      <w:r>
        <w:t xml:space="preserve"> Dykes on Bikes traditionally open the procession, followed by a First Nations collective and the giant rainbow flag.</w:t>
      </w:r>
      <w:r/>
    </w:p>
    <w:p>
      <w:pPr>
        <w:pStyle w:val="ListBullet"/>
        <w:spacing w:line="240" w:lineRule="auto"/>
        <w:ind w:left="720"/>
      </w:pPr>
      <w:r/>
      <w:r>
        <w:rPr>
          <w:b/>
        </w:rPr>
        <w:t>Where it ends:</w:t>
      </w:r>
      <w:r>
        <w:t xml:space="preserve"> The march finishes at New Farm Park, flowing into Fair Day.</w:t>
      </w:r>
      <w:r/>
      <w:r/>
    </w:p>
    <w:p>
      <w:pPr>
        <w:pStyle w:val="Heading2"/>
      </w:pPr>
      <w:r>
        <w:t>Brisbane Pride still begins with protest</w:t>
      </w:r>
      <w:r/>
    </w:p>
    <w:p>
      <w:r/>
      <w:r>
        <w:t>There’s a particular energy to a Pride march before it starts: flags snap in the breeze, placards rise above the crowd and conversations move between anticipation and purpose. Brisbane’s event may now draw thousands, but its central message remains rooted in protest, visibility and the push for equality.</w:t>
      </w:r>
      <w:r/>
    </w:p>
    <w:p>
      <w:r/>
      <w:r>
        <w:t>The city’s first Pride march took place in 1990, shortly after the end of Joh Bjelke-Petersen’s conservative premiership. As the State Library of Queensland’s history of Brisbane Pride shows, the event grew from a determined act of public visibility into one of the state’s most significant LGBTQIA+ gatherings.</w:t>
      </w:r>
      <w:r/>
    </w:p>
    <w:p>
      <w:r/>
      <w:r>
        <w:t>That history gives the morning a weight that goes beyond the colourful floats. It’s a celebration, certainly, but it’s also a reminder that rights and recognition were hard-won.</w:t>
      </w:r>
      <w:r/>
    </w:p>
    <w:p>
      <w:pPr>
        <w:pStyle w:val="Heading2"/>
      </w:pPr>
      <w:r>
        <w:t>A new route brings the march back to the Valley</w:t>
      </w:r>
      <w:r/>
    </w:p>
    <w:p>
      <w:r/>
      <w:r>
        <w:t>In 2026, participants will gather from 9am at the corner of Ann and Brunswick Streets in Fortitude Valley. The rally starts at 9.30am, giving community leaders, activists and allies a chance to address the crowd before the procession moves off at 10am.</w:t>
      </w:r>
      <w:r/>
    </w:p>
    <w:p>
      <w:r/>
      <w:r>
        <w:t>Brisbane Pride’s official event information confirms the Fortitude Valley starting point and timetable. For visitors, arriving early makes sense, particularly if you want to hear the speeches or find a comfortable spot before the streets become busy.</w:t>
      </w:r>
      <w:r/>
    </w:p>
    <w:p>
      <w:r/>
      <w:r>
        <w:t>The return to this familiar Brisbane setting also adds a pleasing sense of continuity. Pride routes change as festivals grow, but the feeling of taking over the city streets remains wonderfully intact.</w:t>
      </w:r>
      <w:r/>
    </w:p>
    <w:p>
      <w:pPr>
        <w:pStyle w:val="Heading2"/>
      </w:pPr>
      <w:r>
        <w:t>From Dykes on Bikes to the rainbow flag</w:t>
      </w:r>
      <w:r/>
    </w:p>
    <w:p>
      <w:r/>
      <w:r>
        <w:t>The procession is designed to make an impression. Dykes on Bikes will lead the march, followed by a local First Nations collective and the giant rainbow flag. Community groups, organisations, families, friends and allies then bring the colour, noise and movement that make the event so recognisable.</w:t>
      </w:r>
      <w:r/>
    </w:p>
    <w:p>
      <w:r/>
      <w:r>
        <w:t>It’s easy to focus on the spectacle, especially when the streets fill with bright banners and cheering crowds. But the order of the march carries meaning too, placing longstanding community traditions, First Nations presence and collective visibility at the front.</w:t>
      </w:r>
      <w:r/>
    </w:p>
    <w:p>
      <w:r/>
      <w:r>
        <w:t>For first-time visitors, expect a lively, outdoor atmosphere rather than a formal parade. Wear comfortable shoes, bring water and allow extra time for moving around the route.</w:t>
      </w:r>
      <w:r/>
    </w:p>
    <w:p>
      <w:pPr>
        <w:pStyle w:val="Heading2"/>
      </w:pPr>
      <w:r>
        <w:t>Why the event still matters in 2026</w:t>
      </w:r>
      <w:r/>
    </w:p>
    <w:p>
      <w:r/>
      <w:r>
        <w:t>Brisbane Pride has changed considerably since 1990, but the need for solidarity hasn’t disappeared. The State Library of Queensland’s account of the festival’s development traces how activism, remembrance and celebration have continued to sit side by side.</w:t>
      </w:r>
      <w:r/>
    </w:p>
    <w:p>
      <w:r/>
      <w:r>
        <w:t>The 2024 march reportedly attracted about 4,000 LGBTQIA+ people and allies, while Steven Miles became the first sitting Queensland Premier to address Brisbane Pride. Moments like that show how far public recognition has moved, even as campaigners continue to argue that progress needs protecting.</w:t>
      </w:r>
      <w:r/>
    </w:p>
    <w:p>
      <w:r/>
      <w:r>
        <w:t>That balance is perhaps what makes Pride feel so emotionally direct. One minute you’re laughing with friends beneath a huge flag; the next, a speech brings home why everyone has gathered.</w:t>
      </w:r>
      <w:r/>
    </w:p>
    <w:p>
      <w:pPr>
        <w:pStyle w:val="Heading2"/>
      </w:pPr>
      <w:r>
        <w:t>The march leads into Fair Day</w:t>
      </w:r>
      <w:r/>
    </w:p>
    <w:p>
      <w:r/>
      <w:r>
        <w:t>After travelling through Fortitude Valley, the procession will arrive at New Farm Park, where it flows directly into Fair Day. That handover from rally to celebration is part of the event’s appeal: the serious business of speaking out gives way to music, meeting people and enjoying the community that made the march possible.</w:t>
      </w:r>
      <w:r/>
    </w:p>
    <w:p>
      <w:r/>
      <w:r>
        <w:t>If you’re planning to attend, check Brisbane Pride’s official event page for any updates before travelling. Public transport, early arrival and a little patience will make the day easier, especially if you’re meeting a group.</w:t>
      </w:r>
      <w:r/>
    </w:p>
    <w:p>
      <w:r/>
      <w:r>
        <w:t>Pride is at its best when there’s room for both joy and purpose. Brisbane’s 2026 march promises plenty of both.</w:t>
      </w:r>
      <w:r/>
    </w:p>
    <w:p>
      <w:r/>
      <w:r>
        <w:t>Explore the event details and join the streets when Brisbane Pride returns.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1">
        <w:r>
          <w:rPr>
            <w:color w:val="0000EE"/>
            <w:u w:val="single"/>
          </w:rPr>
          <w:t>[3]</w:t>
        </w:r>
      </w:hyperlink>
      <w:r>
        <w:t xml:space="preserve">, </w:t>
      </w:r>
      <w:hyperlink r:id="rId11">
        <w:r>
          <w:rPr>
            <w:color w:val="0000EE"/>
            <w:u w:val="single"/>
          </w:rPr>
          <w:t>[4]</w:t>
        </w:r>
      </w:hyperlink>
      <w:r>
        <w:t xml:space="preserve">- Paragraph 7: </w:t>
      </w:r>
      <w:hyperlink r:id="rId11">
        <w:r>
          <w:rPr>
            <w:color w:val="0000EE"/>
            <w:u w:val="single"/>
          </w:rPr>
          <w:t>[5]</w:t>
        </w:r>
      </w:hyperlink>
      <w:r>
        <w:t xml:space="preserve">, </w:t>
      </w:r>
      <w:hyperlink r:id="rId11">
        <w:r>
          <w:rPr>
            <w:color w:val="0000EE"/>
            <w:u w:val="single"/>
          </w:rPr>
          <w:t>[6]</w:t>
        </w:r>
      </w:hyperlink>
      <w:r>
        <w:t xml:space="preserve">- Paragraph 8: </w:t>
      </w:r>
      <w:hyperlink r:id="rId11">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1">
        <w:r>
          <w:rPr>
            <w:color w:val="0000EE"/>
            <w:u w:val="single"/>
          </w:rPr>
          <w:t>[5]</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1">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https://www.starobserver.com.au/news/brisbane-prides-rally-march-means-just-as-much-today-as-it-did-in-1990/244248</w:t>
        </w:r>
      </w:hyperlink>
      <w:r>
        <w:t xml:space="preserve"> - Please view link - unable to able to access data</w:t>
      </w:r>
      <w:r/>
    </w:p>
    <w:p>
      <w:pPr>
        <w:pStyle w:val="ListNumber"/>
        <w:spacing w:line="240" w:lineRule="auto"/>
        <w:ind w:left="720"/>
      </w:pPr>
      <w:r/>
      <w:hyperlink r:id="rId10">
        <w:r>
          <w:rPr>
            <w:color w:val="0000EE"/>
            <w:u w:val="single"/>
          </w:rPr>
          <w:t>https://www.brisbanepride.org.au/events/rally-and-march/</w:t>
        </w:r>
      </w:hyperlink>
      <w:r>
        <w:t xml:space="preserve"> - The Brisbane Pride Rally and March is a central event of the Brisbane Pride Festival, held annually in October. Participants gather at Ann and Brunswick Streets in Fortitude Valley, proceeding through the streets to New Farm Park for Fair Day. The event is free and open to everyone, aiming to celebrate and advocate for LGBTQIA+ rights and visibility. The 2026 Rally and March is scheduled for Saturday, 24 October, starting at 9:30 am, with registration available for groups and banner contingents.</w:t>
      </w:r>
      <w:r/>
    </w:p>
    <w:p>
      <w:pPr>
        <w:pStyle w:val="ListNumber"/>
        <w:spacing w:line="240" w:lineRule="auto"/>
        <w:ind w:left="720"/>
      </w:pPr>
      <w:r/>
      <w:hyperlink r:id="rId11">
        <w:r>
          <w:rPr>
            <w:color w:val="0000EE"/>
            <w:u w:val="single"/>
          </w:rPr>
          <w:t>https://www.slq.qld.gov.au/blog/35-years-of-brisbane-pride</w:t>
        </w:r>
      </w:hyperlink>
      <w:r>
        <w:t xml:space="preserve"> - The State Library of Queensland commemorates 35 years of Brisbane Pride, highlighting the festival's evolution since its inception in 1990. The first event included a rally, march, fair, art exhibition, and other activities, attracting over 500 participants. Over the years, the festival has expanded to feature a variety of community, social, cultural, and sports events, culminating in the traditional Rally, March, and Fair Day. Brisbane Pride Inc also hosts the annual Queens’ Ball, the longest-running LGBTIQA+ community event in the world.</w:t>
      </w:r>
      <w:r/>
    </w:p>
    <w:p>
      <w:pPr>
        <w:pStyle w:val="ListNumber"/>
        <w:spacing w:line="240" w:lineRule="auto"/>
        <w:ind w:left="720"/>
      </w:pPr>
      <w:r/>
      <w:hyperlink r:id="rId11">
        <w:r>
          <w:rPr>
            <w:color w:val="0000EE"/>
            <w:u w:val="single"/>
          </w:rPr>
          <w:t>https://www.slq.qld.gov.au/blog/35-years-of-brisbane-pride</w:t>
        </w:r>
      </w:hyperlink>
      <w:r>
        <w:t xml:space="preserve"> - The State Library of Queensland commemorates 35 years of Brisbane Pride, highlighting the festival's evolution since its inception in 1990. The first event included a rally, march, fair, art exhibition, and other activities, attracting over 500 participants. Over the years, the festival has expanded to feature a variety of community, social, cultural, and sports events, culminating in the traditional Rally, March, and Fair Day. Brisbane Pride Inc also hosts the annual Queens’ Ball, the longest-running LGBTIQA+ community event in the world.</w:t>
      </w:r>
      <w:r/>
    </w:p>
    <w:p>
      <w:pPr>
        <w:pStyle w:val="ListNumber"/>
        <w:spacing w:line="240" w:lineRule="auto"/>
        <w:ind w:left="720"/>
      </w:pPr>
      <w:r/>
      <w:hyperlink r:id="rId11">
        <w:r>
          <w:rPr>
            <w:color w:val="0000EE"/>
            <w:u w:val="single"/>
          </w:rPr>
          <w:t>https://www.slq.qld.gov.au/blog/35-years-of-brisbane-pride</w:t>
        </w:r>
      </w:hyperlink>
      <w:r>
        <w:t xml:space="preserve"> - The State Library of Queensland commemorates 35 years of Brisbane Pride, highlighting the festival's evolution since its inception in 1990. The first event included a rally, march, fair, art exhibition, and other activities, attracting over 500 participants. Over the years, the festival has expanded to feature a variety of community, social, cultural, and sports events, culminating in the traditional Rally, March, and Fair Day. Brisbane Pride Inc also hosts the annual Queens’ Ball, the longest-running LGBTIQA+ community event in the world.</w:t>
      </w:r>
      <w:r/>
    </w:p>
    <w:p>
      <w:pPr>
        <w:pStyle w:val="ListNumber"/>
        <w:spacing w:line="240" w:lineRule="auto"/>
        <w:ind w:left="720"/>
      </w:pPr>
      <w:r/>
      <w:hyperlink r:id="rId11">
        <w:r>
          <w:rPr>
            <w:color w:val="0000EE"/>
            <w:u w:val="single"/>
          </w:rPr>
          <w:t>https://www.slq.qld.gov.au/blog/35-years-of-brisbane-pride</w:t>
        </w:r>
      </w:hyperlink>
      <w:r>
        <w:t xml:space="preserve"> - The State Library of Queensland commemorates 35 years of Brisbane Pride, highlighting the festival's evolution since its inception in 1990. The first event included a rally, march, fair, art exhibition, and other activities, attracting over 500 participants. Over the years, the festival has expanded to feature a variety of community, social, cultural, and sports events, culminating in the traditional Rally, March, and Fair Day. Brisbane Pride Inc also hosts the annual Queens’ Ball, the longest-running LGBTIQA+ community event in the world.</w:t>
      </w:r>
      <w:r/>
    </w:p>
    <w:p>
      <w:pPr>
        <w:pStyle w:val="ListNumber"/>
        <w:spacing w:line="240" w:lineRule="auto"/>
        <w:ind w:left="720"/>
      </w:pPr>
      <w:r/>
      <w:hyperlink r:id="rId11">
        <w:r>
          <w:rPr>
            <w:color w:val="0000EE"/>
            <w:u w:val="single"/>
          </w:rPr>
          <w:t>https://www.slq.qld.gov.au/blog/35-years-of-brisbane-pride</w:t>
        </w:r>
      </w:hyperlink>
      <w:r>
        <w:t xml:space="preserve"> - The State Library of Queensland commemorates 35 years of Brisbane Pride, highlighting the festival's evolution since its inception in 1990. The first event included a rally, march, fair, art exhibition, and other activities, attracting over 500 participants. Over the years, the festival has expanded to feature a variety of community, social, cultural, and sports events, culminating in the traditional Rally, March, and Fair Day. Brisbane Pride Inc also hosts the annual Queens’ Ball, the longest-running LGBTIQA+ community event in the world.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brisbane-prides-rally-march-means-just-as-much-today-as-it-did-in-1990/244248" TargetMode="External"/><Relationship Id="rId10" Type="http://schemas.openxmlformats.org/officeDocument/2006/relationships/hyperlink" Target="https://www.brisbanepride.org.au/events/rally-and-march/" TargetMode="External"/><Relationship Id="rId11" Type="http://schemas.openxmlformats.org/officeDocument/2006/relationships/hyperlink" Target="https://www.slq.qld.gov.au/blog/35-years-of-brisbane-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