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Formal 2026 Returns With Free LGBTQIA+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Queenslanders are getting another chance to enjoy a formal on their own terms, as the free Brisbane Pride Formal returns to Brisbane City Hall on 14 November 2026. The inclusive night promises dinner, dancing and live entertainment for LGBTQIA+ students, allies and friends who deserve to feel safe, stylish and celebrated.</w:t>
      </w:r>
      <w:r/>
    </w:p>
    <w:p>
      <w:pPr>
        <w:pStyle w:val="Heading2"/>
      </w:pPr>
      <w:r>
        <w:t>Essential Takeaways</w:t>
      </w:r>
      <w:r/>
      <w:r/>
    </w:p>
    <w:p>
      <w:pPr>
        <w:pStyle w:val="ListBullet"/>
        <w:spacing w:line="240" w:lineRule="auto"/>
        <w:ind w:left="720"/>
      </w:pPr>
      <w:r/>
      <w:r>
        <w:rPr>
          <w:b/>
        </w:rPr>
        <w:t>When:</w:t>
      </w:r>
      <w:r>
        <w:t xml:space="preserve"> Saturday 14 November 2026.</w:t>
      </w:r>
      <w:r/>
    </w:p>
    <w:p>
      <w:pPr>
        <w:pStyle w:val="ListBullet"/>
        <w:spacing w:line="240" w:lineRule="auto"/>
        <w:ind w:left="720"/>
      </w:pPr>
      <w:r/>
      <w:r>
        <w:rPr>
          <w:b/>
        </w:rPr>
        <w:t>Where:</w:t>
      </w:r>
      <w:r>
        <w:t xml:space="preserve"> The Brisbane Room at Brisbane City Hall.</w:t>
      </w:r>
      <w:r/>
    </w:p>
    <w:p>
      <w:pPr>
        <w:pStyle w:val="ListBullet"/>
        <w:spacing w:line="240" w:lineRule="auto"/>
        <w:ind w:left="720"/>
      </w:pPr>
      <w:r/>
      <w:r>
        <w:rPr>
          <w:b/>
        </w:rPr>
        <w:t>Who can attend:</w:t>
      </w:r>
      <w:r>
        <w:t xml:space="preserve"> Queensland school-age young people up to 21, plus their dates.</w:t>
      </w:r>
      <w:r/>
    </w:p>
    <w:p>
      <w:pPr>
        <w:pStyle w:val="ListBullet"/>
        <w:spacing w:line="240" w:lineRule="auto"/>
        <w:ind w:left="720"/>
      </w:pPr>
      <w:r/>
      <w:r>
        <w:rPr>
          <w:b/>
        </w:rPr>
        <w:t>What’s included:</w:t>
      </w:r>
      <w:r>
        <w:t xml:space="preserve"> A two-course meal, DJs, dancing, drag performances and live entertainment.</w:t>
      </w:r>
      <w:r/>
    </w:p>
    <w:p>
      <w:pPr>
        <w:pStyle w:val="ListBullet"/>
        <w:spacing w:line="240" w:lineRule="auto"/>
        <w:ind w:left="720"/>
      </w:pPr>
      <w:r/>
      <w:r>
        <w:rPr>
          <w:b/>
        </w:rPr>
        <w:t>Cost and atmosphere:</w:t>
      </w:r>
      <w:r>
        <w:t xml:space="preserve"> Entry is free, supervised, and drug and alcohol free.</w:t>
      </w:r>
      <w:r/>
      <w:r/>
    </w:p>
    <w:p>
      <w:pPr>
        <w:pStyle w:val="Heading2"/>
      </w:pPr>
      <w:r>
        <w:t>A formal where young people can simply be themselves</w:t>
      </w:r>
      <w:r/>
    </w:p>
    <w:p>
      <w:r/>
      <w:r>
        <w:t>For some teenagers, a school formal means sequins, awkward group photos and dancing that starts cautiously before taking over the room. For others, it can bring anxiety about who they’re allowed to bring, what they’re expected to wear or whether they’ll feel safe being visible.</w:t>
      </w:r>
      <w:r/>
    </w:p>
    <w:p>
      <w:r/>
      <w:r>
        <w:t>The Brisbane Pride Formal is designed to remove those worries. Held at Brisbane City Hall, the event creates a welcoming alternative for LGBTQIA+ young people, allies and friends across Brisbane and south-east Queensland. The setting is grand, but the message is straightforward: you can arrive as yourself, with the person you love, and enjoy the night without having to explain your identity.</w:t>
      </w:r>
      <w:r/>
    </w:p>
    <w:p>
      <w:r/>
      <w:r>
        <w:t>Brisbane Pride’s event information confirms that the formal is open to eligible young Queenslanders whether they’re currently enrolled in education or not. That wider welcome matters, particularly for anyone who has missed out on a traditional school celebration. (Sources: Brisbane Pride, The Pink Times)</w:t>
      </w:r>
      <w:r/>
    </w:p>
    <w:p>
      <w:pPr>
        <w:pStyle w:val="Heading2"/>
      </w:pPr>
      <w:r>
        <w:t>Dinner, drag and dancing are all on the programme</w:t>
      </w:r>
      <w:r/>
    </w:p>
    <w:p>
      <w:r/>
      <w:r>
        <w:t>The evening is built around the familiar pleasures of a formal, with a two-course meal, DJs, dancing and performances from Brisbane drag artists and local entertainers. It’s the sort of line-up that should appeal whether you’re there for the dance floor, the outfits or simply the chance to sit around a table with people who understand the occasion.</w:t>
      </w:r>
      <w:r/>
    </w:p>
    <w:p>
      <w:r/>
      <w:r>
        <w:t>The event is also supervised and entirely drug and alcohol free. That gives families and attendees a clear sense of the environment, while keeping the focus firmly on connection, performance and celebration. Event listings repeat the City Hall location and November date, making it worth checking the official Brisbane Pride page for final ticketing details before making plans. (Sources: Brisbane Pride, StayHappening, Gayout)</w:t>
      </w:r>
      <w:r/>
    </w:p>
    <w:p>
      <w:pPr>
        <w:pStyle w:val="Heading2"/>
      </w:pPr>
      <w:r>
        <w:t>Why an inclusive formal still matters</w:t>
      </w:r>
      <w:r/>
    </w:p>
    <w:p>
      <w:r/>
      <w:r>
        <w:t>The Brisbane Pride Formal began in 2017 to support young people who couldn’t attend, or chose not to attend, their school formal because of discrimination, fear or anxiety. While many schools have become more inclusive, not every student feels confident bringing a same-sex partner or expressing a gender identity that doesn’t fit traditional expectations.</w:t>
      </w:r>
      <w:r/>
    </w:p>
    <w:p>
      <w:r/>
      <w:r>
        <w:t>A dedicated event can offer something that a standard school function sometimes can’t: a room where nobody has to be the only one. For first-time attendees, that may mean meeting peers with similar experiences, finding supportive adults or discovering that a formal can feel exciting rather than intimidating.</w:t>
      </w:r>
      <w:r/>
    </w:p>
    <w:p>
      <w:r/>
      <w:r>
        <w:t>The event has become a regular part of Brisbane’s Pride calendar, with around 100 young people attending in previous years. That scale gives it a friendly, community feel rather than the slightly overwhelming atmosphere of a huge public festival. (Sources: The Pink Times, Brisbane Pride)</w:t>
      </w:r>
      <w:r/>
    </w:p>
    <w:p>
      <w:pPr>
        <w:pStyle w:val="Heading2"/>
      </w:pPr>
      <w:r>
        <w:t>How to attend the Brisbane Pride Formal</w:t>
      </w:r>
      <w:r/>
    </w:p>
    <w:p>
      <w:r/>
      <w:r>
        <w:t>Tickets are intended for school-age Queenslanders up to 21, along with their dates. Admission is free, which helps ensure that cost doesn’t become another barrier to taking part. Young people travelling from outside central Brisbane should still check arrival, accessibility and ticketing information early, particularly as the event is expected to draw guests from across the wider region.</w:t>
      </w:r>
      <w:r/>
    </w:p>
    <w:p>
      <w:r/>
      <w:r>
        <w:t>Supporters can also contribute by donating the cost of a ticket through the event’s ticketing pathway. It’s a practical way to help keep the formal free, and a reminder that inclusive celebrations rely on a broader community effort behind the scenes. (Sources: Brisbane Pride, StayHappening)</w:t>
      </w:r>
      <w:r/>
    </w:p>
    <w:p>
      <w:pPr>
        <w:pStyle w:val="Heading2"/>
      </w:pPr>
      <w:r>
        <w:t>A small night with a lasting impression</w:t>
      </w:r>
      <w:r/>
    </w:p>
    <w:p>
      <w:r/>
      <w:r>
        <w:t>A formal may last only a few hours, but the memory can stay with someone for years. A first dance, a brilliant outfit, a kind conversation or simply feeling relaxed in a crowded room can all become quietly important milestones.</w:t>
      </w:r>
      <w:r/>
    </w:p>
    <w:p>
      <w:r/>
      <w:r>
        <w:t>For Brisbane’s LGBTQIA+ young people, this event offers more than dinner and entertainment. It offers permission to celebrate openly, surrounded by peers and allies, in a room where belonging is part of the dress code. (Sources: The Pink Times, Brisbane Pride)</w:t>
      </w:r>
      <w:r/>
    </w:p>
    <w:p>
      <w:r/>
      <w:r>
        <w:t>It’s a free night out with a very meaningful place on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https://www.starobserver.com.au/news/the-brisbane-pride-formal-returns-for-2026/244460</w:t>
        </w:r>
      </w:hyperlink>
      <w:r>
        <w:t xml:space="preserve"> - Please view link - unable to able to access data</w:t>
      </w:r>
      <w:r/>
    </w:p>
    <w:p>
      <w:pPr>
        <w:pStyle w:val="ListNumber"/>
        <w:spacing w:line="240" w:lineRule="auto"/>
        <w:ind w:left="720"/>
      </w:pPr>
      <w:r/>
      <w:hyperlink r:id="rId10">
        <w:r>
          <w:rPr>
            <w:color w:val="0000EE"/>
            <w:u w:val="single"/>
          </w:rPr>
          <w:t>https://www.brisbanepride.org.au/events/brisbane-pride-formal/</w:t>
        </w:r>
      </w:hyperlink>
      <w:r>
        <w:t xml:space="preserve"> - The Brisbane Pride Formal is an annual event held at Brisbane City Hall, offering a free, safe, and inclusive celebration for Queensland's LGBTQIA+ youth. Established in 2017, it provides a space for students who may have faced discrimination or exclusion at their own school formals. The event features a two-course meal, entertainment, and performances by local drag artists and DJs. Open to school-age students up to 21, the formal is entirely drug and alcohol-free, ensuring a supportive environment for attendees to express themselves authentically.</w:t>
      </w:r>
      <w:r/>
    </w:p>
    <w:p>
      <w:pPr>
        <w:pStyle w:val="ListNumber"/>
        <w:spacing w:line="240" w:lineRule="auto"/>
        <w:ind w:left="720"/>
      </w:pPr>
      <w:r/>
      <w:hyperlink r:id="rId11">
        <w:r>
          <w:rPr>
            <w:color w:val="0000EE"/>
            <w:u w:val="single"/>
          </w:rPr>
          <w:t>https://mail.thepinktimes.com/article/brisbane-pride-formal-set-to-return-for-2026-at-city-hall/</w:t>
        </w:r>
      </w:hyperlink>
      <w:r>
        <w:t xml:space="preserve"> - Scheduled for Saturday, 14 November 2026, the Brisbane Pride Formal returns to Brisbane City Hall, offering LGBTQIA+ students and recent graduates a free, alcohol- and drug-free alternative to traditional school formals. The event aims to provide a safe and inclusive space for young people to celebrate authentically, featuring a two-course meal and performances by local entertainers, DJs, and drag performers. Tickets are free and open to LGBTQIA+ students, their allies, and friends, with limited spaces available, encouraging early booking.</w:t>
      </w:r>
      <w:r/>
    </w:p>
    <w:p>
      <w:pPr>
        <w:pStyle w:val="ListNumber"/>
        <w:spacing w:line="240" w:lineRule="auto"/>
        <w:ind w:left="720"/>
      </w:pPr>
      <w:r/>
      <w:hyperlink r:id="rId12">
        <w:r>
          <w:rPr>
            <w:color w:val="0000EE"/>
            <w:u w:val="single"/>
          </w:rPr>
          <w:t>https://stayhappening.com/e/brisbane-pride-formal-2026-E118SB6SJP7TY</w:t>
        </w:r>
      </w:hyperlink>
      <w:r>
        <w:t xml:space="preserve"> - The Brisbane Pride Formal 2026 is a free, drug- and alcohol-free event held at Brisbane City Hall's Brisbane Room on Saturday, 14 November 2026. Aimed at LGBTQIA+ students up to 21 years old, the formal offers a safe space for attendees to express themselves freely. The event includes a two-course meal and entertainment, featuring local entertainers, DJs, and drag performers. Tickets are available to school-age students in Queensland and their allies, with options to support the event through ticket purchases for students.</w:t>
      </w:r>
      <w:r/>
    </w:p>
    <w:p>
      <w:pPr>
        <w:pStyle w:val="ListNumber"/>
        <w:spacing w:line="240" w:lineRule="auto"/>
        <w:ind w:left="720"/>
      </w:pPr>
      <w:r/>
      <w:hyperlink r:id="rId13">
        <w:r>
          <w:rPr>
            <w:color w:val="0000EE"/>
            <w:u w:val="single"/>
          </w:rPr>
          <w:t>https://www.gayout.com/asia-aus/australia/brisbane/events/brisbane-pride-formal-2026-10-01</w:t>
        </w:r>
      </w:hyperlink>
      <w:r>
        <w:t xml:space="preserve"> - The Brisbane Pride Formal is a free, drug- and alcohol-free event at Brisbane City Hall for queer students up to age 21. Scheduled for Thursday, 1 October 2026, the formal provides a safe and inclusive space for LGBTQIA+ students to celebrate authentically. The event features a two-course meal and entertainment, including performances by local entertainers, DJs, and drag performers. Tickets are free and open to LGBTQIA+ students, their allies, and friends, with limited spaces available, encouraging early booking.</w:t>
      </w:r>
      <w:r/>
    </w:p>
    <w:p>
      <w:pPr>
        <w:pStyle w:val="ListNumber"/>
        <w:spacing w:line="240" w:lineRule="auto"/>
        <w:ind w:left="720"/>
      </w:pPr>
      <w:r/>
      <w:hyperlink r:id="rId14">
        <w:r>
          <w:rPr>
            <w:color w:val="0000EE"/>
            <w:u w:val="single"/>
          </w:rPr>
          <w:t>https://www.brisbanepride.org.au/events/fair-day/</w:t>
        </w:r>
      </w:hyperlink>
      <w:r>
        <w:t xml:space="preserve"> - Fair Day is Brisbane Pride's community day, featuring live performances on the main stage, the Rainbow Markets, food, and stalls from LGBTIQA+ organisations, services, and small businesses across Queensland. Scheduled for Saturday, 24 October 2026, at New Farm Park, the event runs from 10 am to 5 pm. The Pride Rally and March occur the same morning and finish at the park, making it a full day of celebration. Tickets are available through Eventbrite, and stallholder registration is open to community organisations and LGBTIQA+ owned businesses.</w:t>
      </w:r>
      <w:r/>
    </w:p>
    <w:p>
      <w:pPr>
        <w:pStyle w:val="ListNumber"/>
        <w:spacing w:line="240" w:lineRule="auto"/>
        <w:ind w:left="720"/>
      </w:pPr>
      <w:r/>
      <w:hyperlink r:id="rId15">
        <w:r>
          <w:rPr>
            <w:color w:val="0000EE"/>
            <w:u w:val="single"/>
          </w:rPr>
          <w:t>https://www.brisbane.qld.gov.au/events/brisbane-festival/206647163</w:t>
        </w:r>
      </w:hyperlink>
      <w:r>
        <w:t xml:space="preserve"> - The Brisbane Festival, held from 4 September to 26 September 2026, is an initiative of the Queensland Government and Brisbane City Council. The festival features a diverse program of theatre, music, dance, circus, and puppetry, showcasing world premieres, Australian exclusives, and extraordinary artists from Queensland, across Australia, and around the globe. The full 2026 festival program is available on the Brisbane Festival website, offering a comprehensive guide to the events and performances scheduled throughout the festival period.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he-brisbane-pride-formal-returns-for-2026/244460" TargetMode="External"/><Relationship Id="rId10" Type="http://schemas.openxmlformats.org/officeDocument/2006/relationships/hyperlink" Target="https://www.brisbanepride.org.au/events/brisbane-pride-formal/" TargetMode="External"/><Relationship Id="rId11" Type="http://schemas.openxmlformats.org/officeDocument/2006/relationships/hyperlink" Target="https://mail.thepinktimes.com/article/brisbane-pride-formal-set-to-return-for-2026-at-city-hall/" TargetMode="External"/><Relationship Id="rId12" Type="http://schemas.openxmlformats.org/officeDocument/2006/relationships/hyperlink" Target="https://stayhappening.com/e/brisbane-pride-formal-2026-E118SB6SJP7TY" TargetMode="External"/><Relationship Id="rId13" Type="http://schemas.openxmlformats.org/officeDocument/2006/relationships/hyperlink" Target="https://www.gayout.com/asia-aus/australia/brisbane/events/brisbane-pride-formal-2026-10-01" TargetMode="External"/><Relationship Id="rId14" Type="http://schemas.openxmlformats.org/officeDocument/2006/relationships/hyperlink" Target="https://www.brisbanepride.org.au/events/fair-day/" TargetMode="External"/><Relationship Id="rId15" Type="http://schemas.openxmlformats.org/officeDocument/2006/relationships/hyperlink" Target="https://www.brisbane.qld.gov.au/events/brisbane-festival/2066471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