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Brisbane Pride Fair Day 2026 Returns to New Farm Park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Brisbane Pride Fair Day is heading back to New Farm Park on 24 October 2026, bringing live music, drag, community stalls and thousands of LGBTQIA+ people, families and allies together beside the Brisbane River. The move also offers a colourful vantage point for MELT Festival’s River Pride Parade later that afternoon.</w:t>
      </w:r>
      <w:r/>
    </w:p>
    <w:p>
      <w:pPr>
        <w:pStyle w:val="Heading2"/>
      </w:pPr>
      <w:r>
        <w:t>Essential Takeaways</w:t>
      </w:r>
      <w:r/>
      <w:r/>
    </w:p>
    <w:p>
      <w:pPr>
        <w:pStyle w:val="ListBullet"/>
        <w:spacing w:line="240" w:lineRule="auto"/>
        <w:ind w:left="720"/>
      </w:pPr>
      <w:r/>
      <w:r>
        <w:rPr>
          <w:b/>
        </w:rPr>
        <w:t>When:</w:t>
      </w:r>
      <w:r>
        <w:t xml:space="preserve"> Saturday 24 October 2026, from 10am to 5pm.</w:t>
      </w:r>
      <w:r/>
    </w:p>
    <w:p>
      <w:pPr>
        <w:pStyle w:val="ListBullet"/>
        <w:spacing w:line="240" w:lineRule="auto"/>
        <w:ind w:left="720"/>
      </w:pPr>
      <w:r/>
      <w:r>
        <w:rPr>
          <w:b/>
        </w:rPr>
        <w:t>Where:</w:t>
      </w:r>
      <w:r>
        <w:t xml:space="preserve"> New Farm Park, Brisbane, after the Pride Rally and March arrive at about 11am.</w:t>
      </w:r>
      <w:r/>
    </w:p>
    <w:p>
      <w:pPr>
        <w:pStyle w:val="ListBullet"/>
        <w:spacing w:line="240" w:lineRule="auto"/>
        <w:ind w:left="720"/>
      </w:pPr>
      <w:r/>
      <w:r>
        <w:rPr>
          <w:b/>
        </w:rPr>
        <w:t>What to expect:</w:t>
      </w:r>
      <w:r>
        <w:t xml:space="preserve"> Live music, drag, dance, comedy, DJs, performances and community stalls.</w:t>
      </w:r>
      <w:r/>
    </w:p>
    <w:p>
      <w:pPr>
        <w:pStyle w:val="ListBullet"/>
        <w:spacing w:line="240" w:lineRule="auto"/>
        <w:ind w:left="720"/>
      </w:pPr>
      <w:r/>
      <w:r>
        <w:rPr>
          <w:b/>
        </w:rPr>
        <w:t>Why it matters:</w:t>
      </w:r>
      <w:r>
        <w:t xml:space="preserve"> Fair Day is returning to New Farm Park for the first time in four years.</w:t>
      </w:r>
      <w:r/>
    </w:p>
    <w:p>
      <w:pPr>
        <w:pStyle w:val="ListBullet"/>
        <w:spacing w:line="240" w:lineRule="auto"/>
        <w:ind w:left="720"/>
      </w:pPr>
      <w:r/>
      <w:r>
        <w:rPr>
          <w:b/>
        </w:rPr>
        <w:t>Plan ahead:</w:t>
      </w:r>
      <w:r>
        <w:t xml:space="preserve"> The riverside setting makes it possible to continue into MELT’s River Pride Parade from 4pm.</w:t>
      </w:r>
      <w:r/>
      <w:r/>
    </w:p>
    <w:p>
      <w:pPr>
        <w:pStyle w:val="Heading2"/>
      </w:pPr>
      <w:r>
        <w:t>Fair Day is coming home to New Farm Park</w:t>
      </w:r>
      <w:r/>
    </w:p>
    <w:p>
      <w:r/>
      <w:r>
        <w:t xml:space="preserve">Brisbane Pride Fair Day has a knack for turning an ordinary park day into something gloriously louder, brighter and more communal. On 24 October 2026, New Farm Park will once again fill with performances, stalls, conversation and the unmistakable hum of a major Pride gathering. Brisbane Pride’s official event information confirms the 10am to 5pm schedule. </w:t>
      </w:r>
      <w:hyperlink r:id="rId9">
        <w:r>
          <w:rPr>
            <w:color w:val="0000EE"/>
            <w:u w:val="single"/>
          </w:rPr>
          <w:t>[2]</w:t>
        </w:r>
      </w:hyperlink>
      <w:r/>
    </w:p>
    <w:p>
      <w:r/>
      <w:r>
        <w:t xml:space="preserve">The return is a significant one. Fair Day has moved around Brisbane over the years, with Musgrave Park, Perry Park and New Farm Park each forming part of its story. Now, after four years away, the event is heading back to the riverside location many festivalgoers will remember fondly. </w:t>
      </w:r>
      <w:hyperlink r:id="rId10">
        <w:r>
          <w:rPr>
            <w:color w:val="0000EE"/>
            <w:u w:val="single"/>
          </w:rPr>
          <w:t>[3]</w:t>
        </w:r>
      </w:hyperlink>
      <w:r/>
    </w:p>
    <w:p>
      <w:pPr>
        <w:pStyle w:val="Heading2"/>
      </w:pPr>
      <w:r>
        <w:t>From march to park, the day builds momentum</w:t>
      </w:r>
      <w:r/>
    </w:p>
    <w:p>
      <w:r/>
      <w:r>
        <w:t xml:space="preserve">The morning starts with the Pride Rally and March in Fortitude Valley before the procession makes its way towards New Farm Park, arriving at roughly 11am. That gives visitors a natural rhythm for the day: join the march, settle into the park and let the celebrations unfold around them. </w:t>
      </w:r>
      <w:hyperlink r:id="rId11">
        <w:r>
          <w:rPr>
            <w:color w:val="0000EE"/>
            <w:u w:val="single"/>
          </w:rPr>
          <w:t>[7]</w:t>
        </w:r>
      </w:hyperlink>
      <w:r/>
    </w:p>
    <w:p>
      <w:r/>
      <w:r>
        <w:t xml:space="preserve">It also means the park won't feel like a standalone event dropped into the calendar. Fair Day is the lively centrepiece of a wider day of visibility, solidarity and celebration, with the march setting the tone before the music and performances take over. Brisbane Pride lists the rally and march as a key part of its 2026 programme. </w:t>
      </w:r>
      <w:hyperlink r:id="rId11">
        <w:r>
          <w:rPr>
            <w:color w:val="0000EE"/>
            <w:u w:val="single"/>
          </w:rPr>
          <w:t>[7]</w:t>
        </w:r>
      </w:hyperlink>
      <w:r/>
    </w:p>
    <w:p>
      <w:pPr>
        <w:pStyle w:val="Heading2"/>
      </w:pPr>
      <w:r>
        <w:t>Expect music, drag and community energy</w:t>
      </w:r>
      <w:r/>
    </w:p>
    <w:p>
      <w:r/>
      <w:r>
        <w:t xml:space="preserve">The main stage will bring together local performers and the kind of big-name talent that has helped Fair Day earn its reputation. Past celebrations have featured musicians including Paul Mac, Anthony Callea, Casey Donovan, Katie Noonan and Emily Williams, as well as comedians and drag artists. </w:t>
      </w:r>
      <w:hyperlink r:id="rId12">
        <w:r>
          <w:rPr>
            <w:color w:val="0000EE"/>
            <w:u w:val="single"/>
          </w:rPr>
          <w:t>[4]</w:t>
        </w:r>
      </w:hyperlink>
      <w:r/>
    </w:p>
    <w:p>
      <w:r/>
      <w:r>
        <w:t xml:space="preserve">Around the stage, visitors can browse stalls from LGBTQIA+ organisations, small businesses, sporting groups, community projects and creative makers. It's a useful reminder that Pride isn't only about a headline act. The quieter moments, from discovering a local group to chatting with a stallholder, often become the most memorable part of the day. </w:t>
      </w:r>
      <w:hyperlink r:id="rId10">
        <w:r>
          <w:rPr>
            <w:color w:val="0000EE"/>
            <w:u w:val="single"/>
          </w:rPr>
          <w:t>[3]</w:t>
        </w:r>
      </w:hyperlink>
      <w:r/>
    </w:p>
    <w:p>
      <w:pPr>
        <w:pStyle w:val="Heading2"/>
      </w:pPr>
      <w:r>
        <w:t>A riverside finale adds extra sparkle</w:t>
      </w:r>
      <w:r/>
    </w:p>
    <w:p>
      <w:r/>
      <w:r>
        <w:t xml:space="preserve">New Farm Park's location gives this year's Fair Day an especially appealing twist. From 4pm, MELT Festival's River Pride Parade will travel along the Brisbane River towards Brisbane Powerhouse, creating the chance to watch a floating celebration before heading into the evening's events. </w:t>
      </w:r>
      <w:hyperlink r:id="rId12">
        <w:r>
          <w:rPr>
            <w:color w:val="0000EE"/>
            <w:u w:val="single"/>
          </w:rPr>
          <w:t>[4]</w:t>
        </w:r>
      </w:hyperlink>
      <w:r/>
    </w:p>
    <w:p>
      <w:r/>
      <w:r>
        <w:t xml:space="preserve">That overlap should make the day feel less like a single festival and more like a moving trail of Pride across Brisbane. Visitors can spend the afternoon among the stalls and stage performances, then find a riverside spot as the flotilla passes. It's a neat piece of scheduling, and one that makes the park's setting particularly valuable. </w:t>
      </w:r>
      <w:hyperlink r:id="rId13">
        <w:r>
          <w:rPr>
            <w:color w:val="0000EE"/>
            <w:u w:val="single"/>
          </w:rPr>
          <w:t>[5]</w:t>
        </w:r>
      </w:hyperlink>
      <w:r/>
    </w:p>
    <w:p>
      <w:pPr>
        <w:pStyle w:val="Heading2"/>
      </w:pPr>
      <w:r>
        <w:t>How to make the most of Brisbane Pride Fair Day</w:t>
      </w:r>
      <w:r/>
    </w:p>
    <w:p>
      <w:r/>
      <w:r>
        <w:t xml:space="preserve">Arriving early is sensible, especially if you're planning to take part in the rally and march rather than simply meet friends at the park. Comfortable shoes, sun protection, water and a little patience will go a long way during a busy outdoor event. Brisbane Pride's event listings provide the latest details for the day and its wider programme. </w:t>
      </w:r>
      <w:hyperlink r:id="rId9">
        <w:r>
          <w:rPr>
            <w:color w:val="0000EE"/>
            <w:u w:val="single"/>
          </w:rPr>
          <w:t>[2]</w:t>
        </w:r>
      </w:hyperlink>
      <w:r/>
    </w:p>
    <w:p>
      <w:r/>
      <w:r>
        <w:t xml:space="preserve">If you're travelling with children, older relatives or anyone who needs a quieter pause, agree on a meeting point before the crowds build. And if you're hoping to see the River Pride Parade, allow time to move towards the river and check the day's updates, as event timings and viewing conditions can change. </w:t>
      </w:r>
      <w:hyperlink r:id="rId14">
        <w:r>
          <w:rPr>
            <w:color w:val="0000EE"/>
            <w:u w:val="single"/>
          </w:rPr>
          <w:t>[6]</w:t>
        </w:r>
      </w:hyperlink>
      <w:r/>
    </w:p>
    <w:p>
      <w:r/>
      <w:r>
        <w:t xml:space="preserve">Fair Day's real strength is its breadth: part celebration, part community noticeboard and part very good excuse to spend a spring day outdoors. The return to New Farm Park should give Brisbane Pride 2026 a warm sense of continuity, while the MELT connection adds a fresh reason to stay out a little longer. </w:t>
      </w:r>
      <w:hyperlink r:id="rId12">
        <w:r>
          <w:rPr>
            <w:color w:val="0000EE"/>
            <w:u w:val="single"/>
          </w:rPr>
          <w:t>[4]</w:t>
        </w:r>
      </w:hyperlink>
      <w:r/>
    </w:p>
    <w:p>
      <w:r/>
      <w:r>
        <w:t>It's a bright, busy day with plenty of room for connection, creativity and a little riverside magic.</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[7]</w:t>
        </w:r>
      </w:hyperlink>
      <w:r>
        <w:t xml:space="preserve">, </w:t>
      </w:r>
      <w:hyperlink r:id="rId9">
        <w:r>
          <w:rPr>
            <w:color w:val="0000EE"/>
            <w:u w:val="single"/>
          </w:rPr>
          <w:t>[2]</w:t>
        </w:r>
      </w:hyperlink>
      <w:r>
        <w:t xml:space="preserve">- Paragraph 4: </w:t>
      </w:r>
      <w:hyperlink r:id="rId11">
        <w:r>
          <w:rPr>
            <w:color w:val="0000EE"/>
            <w:u w:val="single"/>
          </w:rPr>
          <w:t>[7]</w:t>
        </w:r>
      </w:hyperlink>
      <w:r>
        <w:t xml:space="preserve">, </w:t>
      </w:r>
      <w:hyperlink r:id="rId10">
        <w:r>
          <w:rPr>
            <w:color w:val="0000EE"/>
            <w:u w:val="single"/>
          </w:rPr>
          <w:t>[3]</w:t>
        </w:r>
      </w:hyperlink>
      <w:r>
        <w:t xml:space="preserve">- Paragraph 5: </w:t>
      </w:r>
      <w:hyperlink r:id="rId12">
        <w:r>
          <w:rPr>
            <w:color w:val="0000EE"/>
            <w:u w:val="single"/>
          </w:rPr>
          <w:t>[4]</w:t>
        </w:r>
      </w:hyperlink>
      <w:r>
        <w:t xml:space="preserve">, </w:t>
      </w:r>
      <w:hyperlink r:id="rId10">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14">
        <w:r>
          <w:rPr>
            <w:color w:val="0000EE"/>
            <w:u w:val="single"/>
          </w:rPr>
          <w:t>[6]</w:t>
        </w:r>
      </w:hyperlink>
      <w:r>
        <w:t xml:space="preserve">, </w:t>
      </w:r>
      <w:hyperlink r:id="rId12">
        <w:r>
          <w:rPr>
            <w:color w:val="0000EE"/>
            <w:u w:val="single"/>
          </w:rPr>
          <w:t>[4]</w:t>
        </w:r>
      </w:hyperlink>
      <w:r>
        <w:t xml:space="preserve">- Paragraph 9: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https://www.starobserver.com.au/news/brisbane-pride-fair-day-returns-to-new-farm-park-bigger-and-better-than-ever/244457</w:t>
        </w:r>
      </w:hyperlink>
      <w:r>
        <w:t xml:space="preserve"> - Please view link - unable to able to access data</w:t>
      </w:r>
      <w:r/>
    </w:p>
    <w:p>
      <w:pPr>
        <w:pStyle w:val="ListNumber"/>
        <w:spacing w:line="240" w:lineRule="auto"/>
        <w:ind w:left="720"/>
      </w:pPr>
      <w:r/>
      <w:hyperlink r:id="rId9">
        <w:r>
          <w:rPr>
            <w:color w:val="0000EE"/>
            <w:u w:val="single"/>
          </w:rPr>
          <w:t>https://www.brisbanepride.org.au/events/fair-day/fair-day-2026/</w:t>
        </w:r>
      </w:hyperlink>
      <w:r>
        <w:t xml:space="preserve"> - The Brisbane Pride Fair Day 2026 is scheduled for Saturday, 24 October 2026, at New Farm Park from 10 am to 5 pm. The event will feature live performances on the main stage, the Rainbow Markets, food vendors, and stalls from LGBTIQA+ organisations, services, and small businesses across Queensland. The Pride Rally and March will gather at the corner of Ann and Brunswick Streets in Fortitude Valley at 9 am and arrive at New Farm Park around 11 am, where Fair Day will continue until 5 pm. Tickets are available through Eventbrite, and stallholder registration is open to community organisations and LGBTIQA+ owned businesses. Accessibility arrangements are being confirmed, and volunteers are welcome to assist with various roles on the day. Dogs are welcome at New Farm Park as long as they are on a lead. The event will proceed rain or shine, with updates provided if the weather turns genuinely dangerous. For more information, visit the official Brisbane Pride website.</w:t>
      </w:r>
      <w:r/>
    </w:p>
    <w:p>
      <w:pPr>
        <w:pStyle w:val="ListNumber"/>
        <w:spacing w:line="240" w:lineRule="auto"/>
        <w:ind w:left="720"/>
      </w:pPr>
      <w:r/>
      <w:hyperlink r:id="rId10">
        <w:r>
          <w:rPr>
            <w:color w:val="0000EE"/>
            <w:u w:val="single"/>
          </w:rPr>
          <w:t>https://www.brisbanepride.org.au/events/fair-day/</w:t>
        </w:r>
      </w:hyperlink>
      <w:r>
        <w:t xml:space="preserve"> - Fair Day is Brisbane Pride's community day, featuring a full day outdoors with live performances on the main stage, the Rainbow Markets, food, and stalls from LGBTIQA+ organisations, services, and small businesses across Queensland. The event runs alongside the Pride Rally and March, which happens the same morning. Fair Day is held once a year as part of the Brisbane Pride Festival. The 2026 event is scheduled for Saturday, 24 October 2026, at New Farm Park. Tickets are available through Eventbrite, and stallholder registration is open to community organisations and LGBTIQA+ owned businesses. Accessibility arrangements depend on the venue and are published on the event's page before the day. Dogs are welcome at New Farm Park as long as they are on a lead. The event will proceed rain or shine, with updates provided if the weather turns genuinely dangerous. For more information, visit the official Brisbane Pride website.</w:t>
      </w:r>
      <w:r/>
    </w:p>
    <w:p>
      <w:pPr>
        <w:pStyle w:val="ListNumber"/>
        <w:spacing w:line="240" w:lineRule="auto"/>
        <w:ind w:left="720"/>
      </w:pPr>
      <w:r/>
      <w:hyperlink r:id="rId12">
        <w:r>
          <w:rPr>
            <w:color w:val="0000EE"/>
            <w:u w:val="single"/>
          </w:rPr>
          <w:t>https://www.brisbanepride.org.au/</w:t>
        </w:r>
      </w:hyperlink>
      <w:r>
        <w:t xml:space="preserve"> - The Brisbane Pride Festival is Queensland's largest LGBTIQA+ community festival, running from 26 September to 31 October 2026. The festival includes events such as the Queens Ball, Rally and March, Fair Day, Brisbane Pride Formal, and The Carswell Forum. Fair Day is scheduled for Saturday, 24 October 2026, at New Farm Park. The festival celebrates the people, organisations, and businesses that make the community vibrant, diverse, and proud, promoting visibility, equality, and resilience. For more information, visit the official Brisbane Pride website.</w:t>
      </w:r>
      <w:r/>
    </w:p>
    <w:p>
      <w:pPr>
        <w:pStyle w:val="ListNumber"/>
        <w:spacing w:line="240" w:lineRule="auto"/>
        <w:ind w:left="720"/>
      </w:pPr>
      <w:r/>
      <w:hyperlink r:id="rId13">
        <w:r>
          <w:rPr>
            <w:color w:val="0000EE"/>
            <w:u w:val="single"/>
          </w:rPr>
          <w:t>https://www.greenleft.org.au/2026-10/event/brisbane-pride-fair-day</w:t>
        </w:r>
      </w:hyperlink>
      <w:r>
        <w:t xml:space="preserve"> - The Brisbane Pride Fair Day 2026 is scheduled for Saturday, 24 October 2026, at New Farm Park from 10 am to 5 pm. The event will feature live entertainment, community stalls, market vendors, delicious food, and activities for all ages. As Queensland's largest LGBTIQ+ community festival, Fair Day celebrates the people, organisations, and businesses that make the community thrive while promoting visibility, equality, and resilience. Tickets are available from Eventbrite. For stall registration, tickets, and more information, visit the Brisbane Pride website.</w:t>
      </w:r>
      <w:r/>
    </w:p>
    <w:p>
      <w:pPr>
        <w:pStyle w:val="ListNumber"/>
        <w:spacing w:line="240" w:lineRule="auto"/>
        <w:ind w:left="720"/>
      </w:pPr>
      <w:r/>
      <w:hyperlink r:id="rId14">
        <w:r>
          <w:rPr>
            <w:color w:val="0000EE"/>
            <w:u w:val="single"/>
          </w:rPr>
          <w:t>https://stayhappening.com/e/brisbane-pride-fair-day-2026-E118SB2OTDRI1</w:t>
        </w:r>
      </w:hyperlink>
      <w:r>
        <w:t xml:space="preserve"> - The Brisbane Pride Fair Day 2026 is scheduled for Saturday, 24 October 2026, at New Farm Park from 10 am to 5 pm. The event will feature live entertainment, community stalls, market vendors, delicious food, and activities for all ages. As Queensland's largest LGBTIQ+ community festival, Fair Day celebrates the people, organisations, and businesses that make the community thrive while promoting visibility, equality, and resilience. Tickets are available from Eventbrite. For stall registration, tickets, and more information, visit the Brisbane Pride website.</w:t>
      </w:r>
      <w:r/>
    </w:p>
    <w:p>
      <w:pPr>
        <w:pStyle w:val="ListNumber"/>
        <w:spacing w:line="240" w:lineRule="auto"/>
        <w:ind w:left="720"/>
      </w:pPr>
      <w:r/>
      <w:hyperlink r:id="rId11">
        <w:r>
          <w:rPr>
            <w:color w:val="0000EE"/>
            <w:u w:val="single"/>
          </w:rPr>
          <w:t>https://www.brisbanepride.org.au/events/rally-and-march/rally-march-2026/</w:t>
        </w:r>
      </w:hyperlink>
      <w:r>
        <w:t xml:space="preserve"> - The Pride Rally and March is scheduled for Saturday, 24 October 2026, gathering at the corner of Ann and Brunswick Streets in Fortitude Valley at 9 am. The rally begins at 9:30 am, and the march steps off at 10 am, arriving at New Farm Park around 11 am, where Fair Day runs until 5 pm. The event is free to join, and no individual registration is required. Groups can register to plan the marching order. Volunteers are welcome to assist with various roles on the day. For more information, visit the official Brisbane Pride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isbanepride.org.au/events/fair-day/fair-day-2026/" TargetMode="External"/><Relationship Id="rId10" Type="http://schemas.openxmlformats.org/officeDocument/2006/relationships/hyperlink" Target="https://www.brisbanepride.org.au/events/fair-day/" TargetMode="External"/><Relationship Id="rId11" Type="http://schemas.openxmlformats.org/officeDocument/2006/relationships/hyperlink" Target="https://www.brisbanepride.org.au/events/rally-and-march/rally-march-2026/" TargetMode="External"/><Relationship Id="rId12" Type="http://schemas.openxmlformats.org/officeDocument/2006/relationships/hyperlink" Target="https://www.brisbanepride.org.au/" TargetMode="External"/><Relationship Id="rId13" Type="http://schemas.openxmlformats.org/officeDocument/2006/relationships/hyperlink" Target="https://www.greenleft.org.au/2026-10/event/brisbane-pride-fair-day" TargetMode="External"/><Relationship Id="rId14" Type="http://schemas.openxmlformats.org/officeDocument/2006/relationships/hyperlink" Target="https://stayhappening.com/e/brisbane-pride-fair-day-2026-E118SB2OTDRI1" TargetMode="External"/><Relationship Id="rId15" Type="http://schemas.openxmlformats.org/officeDocument/2006/relationships/hyperlink" Target="https://www.starobserver.com.au/news/brisbane-pride-fair-day-returns-to-new-farm-park-bigger-and-better-than-ever/2444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