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Philadelphia travel tips for OURFest road closures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residents and festival-goers heading into Philadelphia's Gayborhood should plan around major OURFest road closures on Sunday. The National Coming Out Day celebration will spread across Midtown Village from noon to 7pm, while streets close from early morning into the evening, making a little forward planning especially worthwhile for drivers and SEPTA passengers.</w:t>
      </w:r>
      <w:r/>
    </w:p>
    <w:p>
      <w:pPr>
        <w:pStyle w:val="Heading2"/>
      </w:pPr>
      <w:r>
        <w:t>Essential Takeaways</w:t>
      </w:r>
      <w:r/>
      <w:r/>
    </w:p>
    <w:p>
      <w:pPr>
        <w:pStyle w:val="ListBullet"/>
        <w:spacing w:line="240" w:lineRule="auto"/>
        <w:ind w:left="720"/>
      </w:pPr>
      <w:r/>
      <w:r>
        <w:rPr>
          <w:b/>
        </w:rPr>
        <w:t>Festival hours:</w:t>
      </w:r>
      <w:r>
        <w:t xml:space="preserve"> OURFest runs from noon to 7pm across Philadelphia's Gayborhood.</w:t>
      </w:r>
      <w:r/>
    </w:p>
    <w:p>
      <w:pPr>
        <w:pStyle w:val="ListBullet"/>
        <w:spacing w:line="240" w:lineRule="auto"/>
        <w:ind w:left="720"/>
      </w:pPr>
      <w:r/>
      <w:r>
        <w:rPr>
          <w:b/>
        </w:rPr>
        <w:t>Closure window:</w:t>
      </w:r>
      <w:r>
        <w:t xml:space="preserve"> Affected streets are shut from 6am to 9pm on Sunday.</w:t>
      </w:r>
      <w:r/>
    </w:p>
    <w:p>
      <w:pPr>
        <w:pStyle w:val="ListBullet"/>
        <w:spacing w:line="240" w:lineRule="auto"/>
        <w:ind w:left="720"/>
      </w:pPr>
      <w:r/>
      <w:r>
        <w:rPr>
          <w:b/>
        </w:rPr>
        <w:t>Public transport:</w:t>
      </w:r>
      <w:r>
        <w:t xml:space="preserve"> SEPTA bus routes 12, 23, 40 and 45 face detours from 4.30am to 10pm.</w:t>
      </w:r>
      <w:r/>
    </w:p>
    <w:p>
      <w:pPr>
        <w:pStyle w:val="ListBullet"/>
        <w:spacing w:line="240" w:lineRule="auto"/>
        <w:ind w:left="720"/>
      </w:pPr>
      <w:r/>
      <w:r>
        <w:rPr>
          <w:b/>
        </w:rPr>
        <w:t>What to expect:</w:t>
      </w:r>
      <w:r>
        <w:t xml:space="preserve"> Different blocks will highlight music, Black culture, accessibility, sport, families, nightlife and local businesses.</w:t>
      </w:r>
      <w:r/>
    </w:p>
    <w:p>
      <w:pPr>
        <w:pStyle w:val="ListBullet"/>
        <w:spacing w:line="240" w:lineRule="auto"/>
        <w:ind w:left="720"/>
      </w:pPr>
      <w:r/>
      <w:r>
        <w:rPr>
          <w:b/>
        </w:rPr>
        <w:t>Best advice:</w:t>
      </w:r>
      <w:r>
        <w:t xml:space="preserve"> Avoid driving through Midtown Village and check live SEPTA information before setting off.</w:t>
      </w:r>
      <w:r/>
      <w:r/>
    </w:p>
    <w:p>
      <w:pPr>
        <w:pStyle w:val="Heading2"/>
      </w:pPr>
      <w:r>
        <w:t>OURFest is turning the Gayborhood into one big celebration</w:t>
      </w:r>
      <w:r/>
    </w:p>
    <w:p>
      <w:r/>
      <w:r>
        <w:t>Philadelphia's OURFest is designed less like a single-site event and more like a neighbourhood-wide street party. Organisers are spreading activities across Midtown Village, with each area offering a different flavour, from music and community resources to family-friendly programming and local businesses.</w:t>
      </w:r>
      <w:r/>
    </w:p>
    <w:p>
      <w:r/>
      <w:r>
        <w:t>That layout should make the festival feel lively and easy to explore on foot. It also explains why the traffic plan is extensive: several blocks will need space for people, performances and event infrastructure, rather than simply one fenced-off venue. Philadelphia's official street-closure information routinely advises travellers to allow extra time around major public events. (Philadelphia city sources)</w:t>
      </w:r>
      <w:r/>
    </w:p>
    <w:p>
      <w:pPr>
        <w:pStyle w:val="Heading2"/>
      </w:pPr>
      <w:r>
        <w:t>Roads close early and stay shut into the evening</w:t>
      </w:r>
      <w:r/>
    </w:p>
    <w:p>
      <w:r/>
      <w:r>
        <w:t>The closure period runs from 6am to 9pm, giving crews time to prepare before the festival begins and clear the area afterwards. Streets affected include sections of Juniper, 13th, South Camac, 12th and Quince streets, along with Chancellor, Locust, Irving, Spruce, Pine, St James, Schubert Alley, Manning and Cypress streets.</w:t>
      </w:r>
      <w:r/>
    </w:p>
    <w:p>
      <w:r/>
      <w:r>
        <w:t>For drivers, the practical message is simple: don't rely on a last-minute shortcut through Midtown Village. Even streets that look close to an open route may be blocked, busy with pedestrians or affected by temporary restrictions. Philadelphia's road-closure guidance recommends checking current notices before travelling, particularly when event arrangements can change. (Philadelphia city sources)</w:t>
      </w:r>
      <w:r/>
    </w:p>
    <w:p>
      <w:pPr>
        <w:pStyle w:val="Heading2"/>
      </w:pPr>
      <w:r>
        <w:t>SEPTA passengers should expect a slower journey</w:t>
      </w:r>
      <w:r/>
    </w:p>
    <w:p>
      <w:r/>
      <w:r>
        <w:t>Bus routes 12, 23, 40 and 45 are scheduled to run on detours from 4.30am until 10pm. Detour notices should be posted, but passengers may still face longer walks to stops, altered boarding points and extra time on the road.</w:t>
      </w:r>
      <w:r/>
    </w:p>
    <w:p>
      <w:r/>
      <w:r>
        <w:t>If you're travelling in for OURFest, check SEPTA updates shortly before leaving rather than assuming your usual stop will be served. A route that works perfectly on an ordinary Sunday may be less convenient once streets are closed and crowds spill across intersections. It isn't glamorous advice, but comfortable shoes and a little patience could be the day's most useful accessories. (NBC Philadelphia; Philadelphia city sources)</w:t>
      </w:r>
      <w:r/>
    </w:p>
    <w:p>
      <w:pPr>
        <w:pStyle w:val="Heading2"/>
      </w:pPr>
      <w:r>
        <w:t>Walking is likely to be the easiest way around</w:t>
      </w:r>
      <w:r/>
    </w:p>
    <w:p>
      <w:r/>
      <w:r>
        <w:t>With activities spread across the Gayborhood, walking may be more practical than trying to move between blocks by car. The festival's themes include accessibility, families and community services, so visitors should look for the official event map and plan a route that suits their needs.</w:t>
      </w:r>
      <w:r/>
    </w:p>
    <w:p>
      <w:r/>
      <w:r>
        <w:t>Anyone with mobility concerns should check accessible entrances, crossing points and facilities before arriving. Families may also find it easier to choose a meeting point in advance, especially when music, food and crowds make familiar landmarks harder to spot. Philadelphia's public event and street-management information remains the best place to confirm current arrangements. (Philadelphia city sources)</w:t>
      </w:r>
      <w:r/>
    </w:p>
    <w:p>
      <w:pPr>
        <w:pStyle w:val="Heading2"/>
      </w:pPr>
      <w:r>
        <w:t>A little planning will make the day feel much calmer</w:t>
      </w:r>
      <w:r/>
    </w:p>
    <w:p>
      <w:r/>
      <w:r>
        <w:t>If you're driving, consider parking outside the closure area and walking or using public transport for the final part of the journey. Avoid leaving valuables in your vehicle, allow extra time for detours and expect conditions to be busiest around the festival's central blocks.</w:t>
      </w:r>
      <w:r/>
    </w:p>
    <w:p>
      <w:r/>
      <w:r>
        <w:t>For the latest details, check Philadelphia's official road-closure notices, SEPTA service updates and the OURFest map before setting off. The celebration is meant to bring people together, so the smoothest plan is usually the one that leaves room for a slower, more sociable afternoon. (Philadelphia city sources)</w:t>
      </w:r>
      <w:r/>
    </w:p>
    <w:p>
      <w:r/>
      <w:r>
        <w:t>OURFest should be easy to enjoy once you leave the car behind and plan your route.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[6]</w:t>
        </w:r>
      </w:hyperlink>
      <w:r>
        <w:t xml:space="preserve">, </w:t>
      </w:r>
      <w:hyperlink r:id="rId10">
        <w:r>
          <w:rPr>
            <w:color w:val="0000EE"/>
            <w:u w:val="single"/>
          </w:rPr>
          <w:t>[2]</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9">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https://www.nbcphiladelphia.com/news/local/roads-to-close-sunday-for-ourfest-block-party-festival/4477028/</w:t>
        </w:r>
      </w:hyperlink>
      <w:r>
        <w:t xml:space="preserve"> - Please view link - unable to able to access data</w:t>
      </w:r>
      <w:r/>
    </w:p>
    <w:p>
      <w:pPr>
        <w:pStyle w:val="ListNumber"/>
        <w:spacing w:line="240" w:lineRule="auto"/>
        <w:ind w:left="720"/>
      </w:pPr>
      <w:r/>
      <w:hyperlink r:id="rId10">
        <w:r>
          <w:rPr>
            <w:color w:val="0000EE"/>
            <w:u w:val="single"/>
          </w:rPr>
          <w:t>https://www.phila.gov/2026-10-09-city-announces-road-closures-parking-restrictions-and-other-details-for-2026-ourfest-block-party-and-festival/</w:t>
        </w:r>
      </w:hyperlink>
      <w:r>
        <w:t xml:space="preserve"> - The City of Philadelphia has announced road closures and parking restrictions for the 2026 OURFest Block Party and Festival, scheduled for Sunday, October 11. The event, celebrating National Coming Out Day, will feature a resource fair, food trucks, beer gardens, and multiple performance stages. Road closures will begin at 5 a.m. and continue until approximately 9 p.m. on the day of the event. Affected streets include Juniper Street, 13th Street, South Camac Street, 12th Street, Quince Street, Chancellor Street, Locust Street, Irving Street, Spruce Street, Pine Street, St. James Street, Schubert Alley, Manning Street, and Cypress Street. Parking restrictions will be enforced on these streets during the specified hours. Additionally, SEPTA Bus Routes 12, 23, 40, and 45 will be detoured from their normal routes starting at 4:30 a.m. until approximately 10 p.m. on October 11. Detour information will be posted, and specific route changes can be found on the SEPTA System Status Page. The event is planned to proceed rain or shine, and attendees are advised to plan accordingly for potential traffic delays and road closures.</w:t>
      </w:r>
      <w:r/>
    </w:p>
    <w:p>
      <w:pPr>
        <w:pStyle w:val="ListNumber"/>
        <w:spacing w:line="240" w:lineRule="auto"/>
        <w:ind w:left="720"/>
      </w:pPr>
      <w:r/>
      <w:hyperlink r:id="rId11">
        <w:r>
          <w:rPr>
            <w:color w:val="0000EE"/>
            <w:u w:val="single"/>
          </w:rPr>
          <w:t>https://www.phila.gov/services/streets-sidewalks-alleys/street-closures/</w:t>
        </w:r>
      </w:hyperlink>
      <w:r>
        <w:t xml:space="preserve"> - The City of Philadelphia provides information on street closures for various events, including block parties, street events, and construction work. Residents and event organisers can apply for street closure permits through the Department of Streets. The StreetSmartPHL map offers up-to-date information on road closures related to permits, paving, and snow plowing. This resource is essential for staying informed about temporary street closures and no parking areas in the city.</w:t>
      </w:r>
      <w:r/>
    </w:p>
    <w:p>
      <w:pPr>
        <w:pStyle w:val="ListNumber"/>
        <w:spacing w:line="240" w:lineRule="auto"/>
        <w:ind w:left="720"/>
      </w:pPr>
      <w:r/>
      <w:hyperlink r:id="rId12">
        <w:r>
          <w:rPr>
            <w:color w:val="0000EE"/>
            <w:u w:val="single"/>
          </w:rPr>
          <w:t>https://www.phila.gov/2023-06-09-city-announces-road-closures-parking-restrictions-and-other-details-for-2023-odunde-festival/</w:t>
        </w:r>
      </w:hyperlink>
      <w:r>
        <w:t xml:space="preserve"> - The City of Philadelphia announced road closures and parking restrictions for the 2023 ODUNDE Festival, taking place on Sunday, June 11. The festival, marking its 48th year, is located near 23rd and South Street in South Philadelphia. Road closures will begin at 6 a.m. and continue until approximately 11 p.m. on the day of the event. Affected streets include the 1700–2400 blocks of South Street, 500–600 blocks of 23rd Street, 500–600 blocks of 22nd Street, and 2200–2500 blocks of Grays Ferry Avenue. Parking restrictions will be enforced on these streets during the specified hours. Additionally, SEPTA Bus Routes 7, 12, 17, and 40 will be detoured from their normal routes starting at 5 a.m. until approximately midnight on June 12. Detour information will be posted, and specific route changes can be found on the SEPTA System Status Page. The festival is a rain or shine event, and attendees are advised to plan accordingly for potential traffic delays and road closures.</w:t>
      </w:r>
      <w:r/>
    </w:p>
    <w:p>
      <w:pPr>
        <w:pStyle w:val="ListNumber"/>
        <w:spacing w:line="240" w:lineRule="auto"/>
        <w:ind w:left="720"/>
      </w:pPr>
      <w:r/>
      <w:hyperlink r:id="rId13">
        <w:r>
          <w:rPr>
            <w:color w:val="0000EE"/>
            <w:u w:val="single"/>
          </w:rPr>
          <w:t>https://www.phila.gov/departments/department-of-streets/roadways/street-closures/</w:t>
        </w:r>
      </w:hyperlink>
      <w:r>
        <w:t xml:space="preserve"> - The Department of Streets in Philadelphia issues permits for temporary street closures and no parking areas. Residents and event organisers can apply for street closure permits for block parties, special events, or construction work. The StreetSmartPHL platform provides up-to-date information on street and sidewalk closure permits, paving operations, trash and recycling pickup, and snow salting and plowing. This resource is crucial for staying informed about temporary street closures and no parking areas in the city.</w:t>
      </w:r>
      <w:r/>
    </w:p>
    <w:p>
      <w:pPr>
        <w:pStyle w:val="ListNumber"/>
        <w:spacing w:line="240" w:lineRule="auto"/>
        <w:ind w:left="720"/>
      </w:pPr>
      <w:r/>
      <w:hyperlink r:id="rId9">
        <w:r>
          <w:rPr>
            <w:color w:val="0000EE"/>
            <w:u w:val="single"/>
          </w:rPr>
          <w:t>https://www.nbcphiladelphia.com/news/local/roads-to-close-sunday-for-ourfest-block-party-festival/4477028/</w:t>
        </w:r>
      </w:hyperlink>
      <w:r>
        <w:t xml:space="preserve"> - NBC10 Philadelphia reports on the road closures and detours associated with the OURFest Block Party and Festival in Philadelphia. The event, celebrating National Coming Out Day, is scheduled for Sunday, October 11, and will take place from noon to 7 p.m. in the Gayborhood. In preparation for and during the event, several roads around Midtown Village will be closed from 6 a.m. to 9 p.m. on Sunday. Affected streets include Juniper Street, 13th Street, South Camac Street, 12th Street, Quince Street, Chancellor Street, Locust Street, Irving Street, Spruce Street, Pine Street, St. James Street, Schubert Alley, Manning Street, and Cypress Street. Additionally, SEPTA Bus Routes 12, 23, 40, and 45 will be detoured from their normal routes starting at 4:30 a.m. until approximately 10 p.m. on October 11. Detour information will be posted, and specific route changes can be found on the SEPTA System Status Page. The event is planned to proceed rain or shine, and attendees are advised to plan accordingly for potential traffic delays and road closures.</w:t>
      </w:r>
      <w:r/>
    </w:p>
    <w:p>
      <w:pPr>
        <w:pStyle w:val="ListNumber"/>
        <w:spacing w:line="240" w:lineRule="auto"/>
        <w:ind w:left="720"/>
      </w:pPr>
      <w:r/>
      <w:hyperlink r:id="rId14">
        <w:r>
          <w:rPr>
            <w:color w:val="0000EE"/>
            <w:u w:val="single"/>
          </w:rPr>
          <w:t>https://www.cbsnews.com/philadelphia/news/super-bowl-lvii-road-closures-pole-greasing-detours/</w:t>
        </w:r>
      </w:hyperlink>
      <w:r>
        <w:t xml:space="preserve"> - CBS Philadelphia reports on the road closures, parking restrictions, and detours implemented in preparation for Super Bowl LVII. The city's mayor's office announced several road closures and parking restrictions, particularly along the South Broad Street corridor and around City Hall, starting at noon on Sunday. Vehicles parked in restricted areas were subject to relocation. After the game, additional road closures were expected around City Hall and surrounding Center City streets. The 676 ramp at Broad Street, both east and west, was temporarily closed. Due to these road restrictions, SEPTA was expected to detour after the game, with commuters advised to check the SEPTA website for the latest information. The Philadelphia Police Department, along with other city, local, state, and federal agencies, ensured fans could celebrate safely during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hiladelphia.com/news/local/roads-to-close-sunday-for-ourfest-block-party-festival/4477028/" TargetMode="External"/><Relationship Id="rId10" Type="http://schemas.openxmlformats.org/officeDocument/2006/relationships/hyperlink" Target="https://www.phila.gov/2026-10-09-city-announces-road-closures-parking-restrictions-and-other-details-for-2026-ourfest-block-party-and-festival/" TargetMode="External"/><Relationship Id="rId11" Type="http://schemas.openxmlformats.org/officeDocument/2006/relationships/hyperlink" Target="https://www.phila.gov/services/streets-sidewalks-alleys/street-closures/" TargetMode="External"/><Relationship Id="rId12" Type="http://schemas.openxmlformats.org/officeDocument/2006/relationships/hyperlink" Target="https://www.phila.gov/2023-06-09-city-announces-road-closures-parking-restrictions-and-other-details-for-2023-odunde-festival/" TargetMode="External"/><Relationship Id="rId13" Type="http://schemas.openxmlformats.org/officeDocument/2006/relationships/hyperlink" Target="https://www.phila.gov/departments/department-of-streets/roadways/street-closures/" TargetMode="External"/><Relationship Id="rId14" Type="http://schemas.openxmlformats.org/officeDocument/2006/relationships/hyperlink" Target="https://www.cbsnews.com/philadelphia/news/super-bowl-lvii-road-closures-pole-greasing-detou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