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Gay Romance Novel Explores Grindr, Desire and Self-Acceptance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taking a closer look at Ype Driessen's new novel, Vanilla, a candid story of gay dating, sexual discovery and emotional freedom in the Netherlands. By blending humour with awkward, intimate encounters, Driessen explores why self-acceptance can take years, and why modern dating apps have changed the journey.</w:t>
      </w:r>
      <w:r/>
    </w:p>
    <w:p>
      <w:pPr>
        <w:pStyle w:val="Heading2"/>
      </w:pPr>
      <w:r>
        <w:t>Essential Takeaways</w:t>
      </w:r>
      <w:r/>
      <w:r/>
    </w:p>
    <w:p>
      <w:pPr>
        <w:pStyle w:val="ListBullet"/>
        <w:spacing w:line="240" w:lineRule="auto"/>
        <w:ind w:left="720"/>
      </w:pPr>
      <w:r/>
      <w:r>
        <w:rPr>
          <w:b/>
        </w:rPr>
        <w:t>A personal journey:</w:t>
      </w:r>
      <w:r>
        <w:t xml:space="preserve"> Vanilla follows a character navigating dates, intimacy and identity through the gay dating scene.</w:t>
      </w:r>
      <w:r/>
    </w:p>
    <w:p>
      <w:pPr>
        <w:pStyle w:val="ListBullet"/>
        <w:spacing w:line="240" w:lineRule="auto"/>
        <w:ind w:left="720"/>
      </w:pPr>
      <w:r/>
      <w:r>
        <w:rPr>
          <w:b/>
        </w:rPr>
        <w:t>Grindr takes centre stage:</w:t>
      </w:r>
      <w:r>
        <w:t xml:space="preserve"> The novel draws on app-based encounters, from hopeful meetings to complicated secrets.</w:t>
      </w:r>
      <w:r/>
    </w:p>
    <w:p>
      <w:pPr>
        <w:pStyle w:val="ListBullet"/>
        <w:spacing w:line="240" w:lineRule="auto"/>
        <w:ind w:left="720"/>
      </w:pPr>
      <w:r/>
      <w:r>
        <w:rPr>
          <w:b/>
        </w:rPr>
        <w:t>More than sex:</w:t>
      </w:r>
      <w:r>
        <w:t xml:space="preserve"> Driessen connects desire with shame, fear, relationships and the search for belonging.</w:t>
      </w:r>
      <w:r/>
    </w:p>
    <w:p>
      <w:pPr>
        <w:pStyle w:val="ListBullet"/>
        <w:spacing w:line="240" w:lineRule="auto"/>
        <w:ind w:left="720"/>
      </w:pPr>
      <w:r/>
      <w:r>
        <w:rPr>
          <w:b/>
        </w:rPr>
        <w:t>A changing social landscape:</w:t>
      </w:r>
      <w:r>
        <w:t xml:space="preserve"> His story reflects how visibility and LGBTQ+ representation have evolved.</w:t>
      </w:r>
      <w:r/>
    </w:p>
    <w:p>
      <w:pPr>
        <w:pStyle w:val="ListBullet"/>
        <w:spacing w:line="240" w:lineRule="auto"/>
        <w:ind w:left="720"/>
      </w:pPr>
      <w:r/>
      <w:r>
        <w:rPr>
          <w:b/>
        </w:rPr>
        <w:t>Warmth beneath the humour:</w:t>
      </w:r>
      <w:r>
        <w:t xml:space="preserve"> Even the more startling scenes are used to explore vulnerability rather than shock value.</w:t>
      </w:r>
      <w:r/>
      <w:r/>
    </w:p>
    <w:p>
      <w:pPr>
        <w:pStyle w:val="Heading2"/>
      </w:pPr>
      <w:r>
        <w:t>A novel that refuses to look away</w:t>
      </w:r>
      <w:r/>
    </w:p>
    <w:p>
      <w:r/>
      <w:r>
        <w:t>The striking thing about Vanilla isn't simply its sexual frankness. It's the mixture of comedy and tenderness. Driessen's world includes awkward messages, unexpected dates and encounters that veer into the bizarre, yet the emotional question underneath is familiar: what happens when someone finally stops policing their own desires?</w:t>
      </w:r>
      <w:r/>
    </w:p>
    <w:p>
      <w:r/>
      <w:r>
        <w:t>According to Dutch broadcaster NPO Radio 1, the book has been discussed as part of a wider literary conversation about identity, intimacy and personal freedom. That makes it feel less like a collection of provocative anecdotes and more like a coming-of-age story arriving later than expected.</w:t>
      </w:r>
      <w:r/>
    </w:p>
    <w:p>
      <w:r/>
      <w:r>
        <w:t>The result is lively, occasionally uncomfortable and often surprisingly gentle. Even when a scene sounds absurd, there's usually a recognisable feeling underneath it - nerves, curiosity or the hope that another person might see you clearly.</w:t>
      </w:r>
      <w:r/>
    </w:p>
    <w:p>
      <w:pPr>
        <w:pStyle w:val="Heading2"/>
      </w:pPr>
      <w:r>
        <w:t>From secrecy to a more visible life</w:t>
      </w:r>
      <w:r/>
    </w:p>
    <w:p>
      <w:r/>
      <w:r>
        <w:t>Driessen grew up at a time when gay role models were less visible in everyday life. As a young man, he describes believing that his attraction to other boys made him uniquely different, rather than part of a broad and varied community.</w:t>
      </w:r>
      <w:r/>
    </w:p>
    <w:p>
      <w:r/>
      <w:r>
        <w:t>That background matters. The fear surrounding HIV and Aids shaped how many gay men approached sex and relationships, while social pressure encouraged others to keep their private lives carefully contained. Research into Grindr's social dynamics has also described how dating apps can create new communities while intensifying questions about identity, presentation and belonging.</w:t>
      </w:r>
      <w:r/>
    </w:p>
    <w:p>
      <w:r/>
      <w:r>
        <w:t>Vanilla looks at the distance between those two eras. Today's users may have instant access to profiles, conversations and potential partners, but visibility doesn't automatically remove uncertainty. A phone can make contact easier, while leaving the more difficult work of honesty entirely intact.</w:t>
      </w:r>
      <w:r/>
    </w:p>
    <w:p>
      <w:pPr>
        <w:pStyle w:val="Heading2"/>
      </w:pPr>
      <w:r>
        <w:t>Why Grindr dates make such rich fiction</w:t>
      </w:r>
      <w:r/>
    </w:p>
    <w:p>
      <w:r/>
      <w:r>
        <w:t>Dating apps offer a ready-made cast of characters. There are the overconfident introductions, the disappearing messages, the carefully chosen photographs and the meetings that feel nothing like the conversation beforehand. Grindr, in particular, has become both a practical dating tool and a cultural shorthand for fast-moving encounters.</w:t>
      </w:r>
      <w:r/>
    </w:p>
    <w:p>
      <w:r/>
      <w:r>
        <w:t>The app's appeal is obvious: it can help people find friendship, sex, romance or community with remarkable speed. But the experience can also be emotionally messy. A long-running discussion around Grindr has examined its "neo-tribal" qualities, suggesting that users may form fluid, temporary networks rather than belonging to one stable social group.</w:t>
      </w:r>
      <w:r/>
    </w:p>
    <w:p>
      <w:r/>
      <w:r>
        <w:t>That tension gives Driessen useful material. A date can be funny and revealing at the same time, while a seemingly casual encounter may expose a person's loneliness, marriage or fear of changing their life. Your phone may tell you who's nearby, but it can't tell you what either of you is truly ready for.</w:t>
      </w:r>
      <w:r/>
    </w:p>
    <w:p>
      <w:pPr>
        <w:pStyle w:val="Heading2"/>
      </w:pPr>
      <w:r>
        <w:t>Sexual openness still needs emotional honesty</w:t>
      </w:r>
      <w:r/>
    </w:p>
    <w:p>
      <w:r/>
      <w:r>
        <w:t>The novel's frankness is likely to attract attention, but its deeper subject is not simply experimentation. It's the process of understanding what feels liberating, what feels performative and what may be driven by years of holding back.</w:t>
      </w:r>
      <w:r/>
    </w:p>
    <w:p>
      <w:r/>
      <w:r>
        <w:t>That distinction is important for readers approaching stories about open relationships, roleplay or casual sex. There isn't one correct model for intimacy. What matters is informed consent, clear communication and making choices that genuinely suit the people involved, rather than following an imagined script of what a liberated life should look like.</w:t>
      </w:r>
      <w:r/>
    </w:p>
    <w:p>
      <w:r/>
      <w:r>
        <w:t>Coverage of Vanilla by Dutch arts and culture outlets has highlighted Driessen's blend of autobiography and invention. That balance allows him to be honest without presenting every event as a literal diary entry. It also gives the book room for humour, which can be one of the most effective ways to make difficult subjects feel less forbidding.</w:t>
      </w:r>
      <w:r/>
    </w:p>
    <w:p>
      <w:pPr>
        <w:pStyle w:val="Heading2"/>
      </w:pPr>
      <w:r>
        <w:t>A hopeful picture of later self-discovery</w:t>
      </w:r>
      <w:r/>
    </w:p>
    <w:p>
      <w:r/>
      <w:r>
        <w:t>Perhaps the most affecting element is the suggestion that self-acceptance doesn't have an expiry date. Driessen's journey moves from caution and conformity towards a life that feels more consciously chosen, including an open relationship that reflects his own understanding of love.</w:t>
      </w:r>
      <w:r/>
    </w:p>
    <w:p>
      <w:r/>
      <w:r>
        <w:t>That doesn't mean the book treats every decision as simple. Modern dating can bring freedom, but it can also bring secrecy, unequal expectations and emotional fallout. The strongest stories acknowledge both sides instead of turning sexual openness into either a fantasy or a warning.</w:t>
      </w:r>
      <w:r/>
    </w:p>
    <w:p>
      <w:r/>
      <w:r>
        <w:t>For readers, Vanilla may offer recognition as much as entertainment. Some will see the dating-app chaos, others the quieter struggle to stop apologising for who they are. Either way, its central message is refreshingly humane: a life delayed isn't necessarily a life lost.</w:t>
      </w:r>
      <w:r/>
    </w:p>
    <w:p>
      <w:r/>
      <w:r>
        <w:t>It's a candid reminder that finding love often begins with becoming honest about what you want.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[4]</w:t>
        </w:r>
      </w:hyperlink>
      <w:r>
        <w:t xml:space="preserve">- Paragraph 6: </w:t>
      </w:r>
      <w:hyperlink r:id="rId11">
        <w:r>
          <w:rPr>
            <w:color w:val="0000EE"/>
            <w:u w:val="single"/>
          </w:rPr>
          <w:t>[3]</w:t>
        </w:r>
      </w:hyperlink>
      <w:r>
        <w:t xml:space="preserve">, </w:t>
      </w:r>
      <w:hyperlink r:id="rId12">
        <w:r>
          <w:rPr>
            <w:color w:val="0000EE"/>
            <w:u w:val="single"/>
          </w:rPr>
          <w:t>[5]</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[4]</w:t>
        </w:r>
      </w:hyperlink>
      <w:r>
        <w:t xml:space="preserve">- Paragraph 9: </w:t>
      </w:r>
      <w:hyperlink r:id="rId11">
        <w:r>
          <w:rPr>
            <w:color w:val="0000EE"/>
            <w:u w:val="single"/>
          </w:rPr>
          <w:t>[3]</w:t>
        </w:r>
      </w:hyperlink>
      <w:r>
        <w:t xml:space="preserve">, </w:t>
      </w:r>
      <w:hyperlink r:id="rId12">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3">
        <w:r>
          <w:rPr>
            <w:color w:val="0000EE"/>
            <w:u w:val="single"/>
          </w:rPr>
          <w:t>[4]</w:t>
        </w:r>
      </w:hyperlink>
      <w:r>
        <w:t xml:space="preserve">, </w:t>
      </w:r>
      <w:hyperlink r:id="rId12">
        <w:r>
          <w:rPr>
            <w:color w:val="0000EE"/>
            <w:u w:val="single"/>
          </w:rPr>
          <w:t>[5]</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3">
        <w:r>
          <w:rPr>
            <w:color w:val="0000EE"/>
            <w:u w:val="single"/>
          </w:rPr>
          <w:t>[4]</w:t>
        </w:r>
      </w:hyperlink>
      <w:r>
        <w:t xml:space="preserve">, </w:t>
      </w:r>
      <w:hyperlink r:id="rId12">
        <w:r>
          <w:rPr>
            <w:color w:val="0000EE"/>
            <w:u w:val="single"/>
          </w:rPr>
          <w:t>[5]</w:t>
        </w:r>
      </w:hyperlink>
      <w:r>
        <w:t xml:space="preserve">- Paragraph 16: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https://www.bd.nl/binnenland/cardates-groepsseks-en-een-sm-date-jarenlang-remde-hij-zichzelf-af-nu-vertelt-ype-zonder-gene-over-seks-en-liefde~a39dbb761/</w:t>
        </w:r>
      </w:hyperlink>
      <w:r>
        <w:t xml:space="preserve"> - Please view link - unable to able to access data</w:t>
      </w:r>
      <w:r/>
    </w:p>
    <w:p>
      <w:pPr>
        <w:pStyle w:val="ListNumber"/>
        <w:spacing w:line="240" w:lineRule="auto"/>
        <w:ind w:left="720"/>
      </w:pPr>
      <w:r/>
      <w:hyperlink r:id="rId10">
        <w:r>
          <w:rPr>
            <w:color w:val="0000EE"/>
            <w:u w:val="single"/>
          </w:rPr>
          <w:t>https://www.grindr.com/blog/vanilla-sex</w:t>
        </w:r>
      </w:hyperlink>
      <w:r>
        <w:t xml:space="preserve"> - This article from Grindr's official blog explores the concept of 'vanilla sex', discussing its meaning and why it's often misunderstood. It delves into the idea that vanilla sex refers to conventional sexual practices without elements of BDSM, kink, or fetishism, and challenges the notion that it is boring or unadventurous.</w:t>
      </w:r>
      <w:r/>
    </w:p>
    <w:p>
      <w:pPr>
        <w:pStyle w:val="ListNumber"/>
        <w:spacing w:line="240" w:lineRule="auto"/>
        <w:ind w:left="720"/>
      </w:pPr>
      <w:r/>
      <w:hyperlink r:id="rId11">
        <w:r>
          <w:rPr>
            <w:color w:val="0000EE"/>
            <w:u w:val="single"/>
          </w:rPr>
          <w:t>https://www.nporadio1.nl/fragmenten/dijkstra-en-evenblij-ter-plekke/019e5b18-315a-714c-b21b-35e9f090de76/2026-05-24-literatuur-bij-het-haardvuur-vanilla-van-ype-driessen</w:t>
        </w:r>
      </w:hyperlink>
      <w:r>
        <w:t xml:space="preserve"> - In this segment from NPO Radio 1's 'Literatuur bij het haardvuur', Ype Driessen discusses his debut novel 'Vanilla'. The book follows the protagonist Jip, who, after a breakup, embarks on twelve Grindr dates to overcome his heartbreak and self-discovery.</w:t>
      </w:r>
      <w:r/>
    </w:p>
    <w:p>
      <w:pPr>
        <w:pStyle w:val="ListNumber"/>
        <w:spacing w:line="240" w:lineRule="auto"/>
        <w:ind w:left="720"/>
      </w:pPr>
      <w:r/>
      <w:hyperlink r:id="rId13">
        <w:r>
          <w:rPr>
            <w:color w:val="0000EE"/>
            <w:u w:val="single"/>
          </w:rPr>
          <w:t>https://www.gq.com/story/sex-lives-a-guy-who-got-in-over-his-head-on-grindr-after-losing-his-virginity</w:t>
        </w:r>
      </w:hyperlink>
      <w:r>
        <w:t xml:space="preserve"> - This GQ article features an interview with Jack, a 27-year-old bisexual man from Seattle, who shares his experiences with Grindr after losing his virginity. He discusses the challenges and surprises of navigating the app, including encounters with group sex and the complexities of online dating.</w:t>
      </w:r>
      <w:r/>
    </w:p>
    <w:p>
      <w:pPr>
        <w:pStyle w:val="ListNumber"/>
        <w:spacing w:line="240" w:lineRule="auto"/>
        <w:ind w:left="720"/>
      </w:pPr>
      <w:r/>
      <w:hyperlink r:id="rId12">
        <w:r>
          <w:rPr>
            <w:color w:val="0000EE"/>
            <w:u w:val="single"/>
          </w:rPr>
          <w:t>https://nederlandse-podcasts.nl/podcast/ntr-kunststof-radio-podcast/ype-driessen-fotostripmaker-en-schrijver</w:t>
        </w:r>
      </w:hyperlink>
      <w:r>
        <w:t xml:space="preserve"> - In this episode of 'Kunststof', Ype Driessen, a photographer and podcast maker, talks about his debut novel 'Vanilla'. The book revolves around a young man who, after a painful breakup, moves to Amsterdam and engages in twelve adventurous Grindr dates to overcome his heartbreak.</w:t>
      </w:r>
      <w:r/>
    </w:p>
    <w:p>
      <w:pPr>
        <w:pStyle w:val="ListNumber"/>
        <w:spacing w:line="240" w:lineRule="auto"/>
        <w:ind w:left="720"/>
      </w:pPr>
      <w:r/>
      <w:hyperlink r:id="rId14">
        <w:r>
          <w:rPr>
            <w:color w:val="0000EE"/>
            <w:u w:val="single"/>
          </w:rPr>
          <w:t>https://www.researchgate.net/publication/321712741_The_NeoTribal_Nature_of_Grindr</w:t>
        </w:r>
      </w:hyperlink>
      <w:r>
        <w:t xml:space="preserve"> - This academic chapter examines the 'Tribes' feature on Grindr, a geo-spatial networking app for gay men. It explores how users engage with this function to identify with specific subcultures within the gay community, highlighting the rigid and exclusionary nature of expressing one's identity through the app.</w:t>
      </w:r>
      <w:r/>
    </w:p>
    <w:p>
      <w:pPr>
        <w:pStyle w:val="ListNumber"/>
        <w:spacing w:line="240" w:lineRule="auto"/>
        <w:ind w:left="720"/>
      </w:pPr>
      <w:r/>
      <w:hyperlink r:id="rId15">
        <w:r>
          <w:rPr>
            <w:color w:val="0000EE"/>
            <w:u w:val="single"/>
          </w:rPr>
          <w:t>https://en.wikipedia.org/wiki/Grindr</w:t>
        </w:r>
      </w:hyperlink>
      <w:r>
        <w:t xml:space="preserve"> - The Wikipedia page on Grindr provides a comprehensive overview of the app, including its history, features, and impact on the LGBTQ+ community. It discusses the app's evolution, user demographics, and its role in facilitating connections and dating among gay, bi, trans, and queer people.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d.nl/binnenland/cardates-groepsseks-en-een-sm-date-jarenlang-remde-hij-zichzelf-af-nu-vertelt-ype-zonder-gene-over-seks-en-liefde~a39dbb761/" TargetMode="External"/><Relationship Id="rId10" Type="http://schemas.openxmlformats.org/officeDocument/2006/relationships/hyperlink" Target="https://www.grindr.com/blog/vanilla-sex" TargetMode="External"/><Relationship Id="rId11" Type="http://schemas.openxmlformats.org/officeDocument/2006/relationships/hyperlink" Target="https://www.nporadio1.nl/fragmenten/dijkstra-en-evenblij-ter-plekke/019e5b18-315a-714c-b21b-35e9f090de76/2026-05-24-literatuur-bij-het-haardvuur-vanilla-van-ype-driessen" TargetMode="External"/><Relationship Id="rId12" Type="http://schemas.openxmlformats.org/officeDocument/2006/relationships/hyperlink" Target="https://nederlandse-podcasts.nl/podcast/ntr-kunststof-radio-podcast/ype-driessen-fotostripmaker-en-schrijver" TargetMode="External"/><Relationship Id="rId13" Type="http://schemas.openxmlformats.org/officeDocument/2006/relationships/hyperlink" Target="https://www.gq.com/story/sex-lives-a-guy-who-got-in-over-his-head-on-grindr-after-losing-his-virginity" TargetMode="External"/><Relationship Id="rId14" Type="http://schemas.openxmlformats.org/officeDocument/2006/relationships/hyperlink" Target="https://www.researchgate.net/publication/321712741_The_NeoTribal_Nature_of_Grindr" TargetMode="External"/><Relationship Id="rId15" Type="http://schemas.openxmlformats.org/officeDocument/2006/relationships/hyperlink" Target="https://en.wikipedia.org/wiki/Grind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