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Quatrefoil Library Is a Vital LGBTQIA+ Resource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Quatrefoil Library in Minneapolis as more than a place to borrow books. With free membership, a welcoming community room and a growing digital collection, this independent LGBTQIA+ library preserves queer stories while making them easier to find for readers across the United States and beyond.</w:t>
      </w:r>
      <w:r/>
    </w:p>
    <w:p>
      <w:pPr>
        <w:pStyle w:val="Heading2"/>
      </w:pPr>
      <w:r>
        <w:t>Essential Takeaways</w:t>
      </w:r>
      <w:r/>
      <w:r/>
    </w:p>
    <w:p>
      <w:pPr>
        <w:pStyle w:val="ListBullet"/>
        <w:spacing w:line="240" w:lineRule="auto"/>
        <w:ind w:left="720"/>
      </w:pPr>
      <w:r/>
      <w:r>
        <w:rPr>
          <w:b/>
        </w:rPr>
        <w:t>A long-running resource:</w:t>
      </w:r>
      <w:r>
        <w:t xml:space="preserve"> Quatrefoil Library was founded in 1986 and remains community supported.</w:t>
      </w:r>
      <w:r/>
    </w:p>
    <w:p>
      <w:pPr>
        <w:pStyle w:val="ListBullet"/>
        <w:spacing w:line="240" w:lineRule="auto"/>
        <w:ind w:left="720"/>
      </w:pPr>
      <w:r/>
      <w:r>
        <w:rPr>
          <w:b/>
        </w:rPr>
        <w:t>Free access:</w:t>
      </w:r>
      <w:r>
        <w:t xml:space="preserve"> Patrons can use the library and apply for membership without a fee.</w:t>
      </w:r>
      <w:r/>
    </w:p>
    <w:p>
      <w:pPr>
        <w:pStyle w:val="ListBullet"/>
        <w:spacing w:line="240" w:lineRule="auto"/>
        <w:ind w:left="720"/>
      </w:pPr>
      <w:r/>
      <w:r>
        <w:rPr>
          <w:b/>
        </w:rPr>
        <w:t>More than books:</w:t>
      </w:r>
      <w:r>
        <w:t xml:space="preserve"> The collection includes films, historic publications, travel guides and queer organisational newsletters.</w:t>
      </w:r>
      <w:r/>
    </w:p>
    <w:p>
      <w:pPr>
        <w:pStyle w:val="ListBullet"/>
        <w:spacing w:line="240" w:lineRule="auto"/>
        <w:ind w:left="720"/>
      </w:pPr>
      <w:r/>
      <w:r>
        <w:rPr>
          <w:b/>
        </w:rPr>
        <w:t>A digital reach:</w:t>
      </w:r>
      <w:r>
        <w:t xml:space="preserve"> Q Digital brings LGBTQIA+ ebooks and audiobooks to members through Libby.</w:t>
      </w:r>
      <w:r/>
    </w:p>
    <w:p>
      <w:pPr>
        <w:pStyle w:val="ListBullet"/>
        <w:spacing w:line="240" w:lineRule="auto"/>
        <w:ind w:left="720"/>
      </w:pPr>
      <w:r/>
      <w:r>
        <w:rPr>
          <w:b/>
        </w:rPr>
        <w:t>A 40th anniversary ahead:</w:t>
      </w:r>
      <w:r>
        <w:t xml:space="preserve"> Events and fundraising are helping secure the library's future.</w:t>
      </w:r>
      <w:r/>
      <w:r/>
    </w:p>
    <w:p>
      <w:pPr>
        <w:pStyle w:val="Heading2"/>
      </w:pPr>
      <w:r>
        <w:t>A small library with a very big purpose</w:t>
      </w:r>
      <w:r/>
    </w:p>
    <w:p>
      <w:r/>
      <w:r>
        <w:t>Quatrefoil Library began with a practical problem: people wanted LGBTQIA+ books, but buying or borrowing them could feel exposing. A private lending arrangement between friends gradually grew into a formal library, giving readers access to stories that mainstream institutions often overlooked.</w:t>
      </w:r>
      <w:r/>
    </w:p>
    <w:p>
      <w:r/>
      <w:r>
        <w:t>That original need still feels recognisable. A book can offer reassurance, language and companionship, particularly when someone is questioning their identity or living somewhere with limited LGBTQIA+ resources. Quatrefoil's free, low-barrier model makes that welcome feel tangible rather than theoretical.</w:t>
      </w:r>
      <w:r/>
    </w:p>
    <w:p>
      <w:r/>
      <w:r>
        <w:t>The library's own background information describes a community-built organisation dedicated to queer literature, history and connection. It isn't simply a shelf of specialist titles; it's a place where personal stories and collective memory sit side by side.</w:t>
      </w:r>
      <w:r/>
    </w:p>
    <w:p>
      <w:pPr>
        <w:pStyle w:val="Heading2"/>
      </w:pPr>
      <w:r>
        <w:t>Four decades of queer history, on the shelves</w:t>
      </w:r>
      <w:r/>
    </w:p>
    <w:p>
      <w:r/>
      <w:r>
        <w:t>The collection has changed dramatically since the 1980s. Early holdings reflected a much smaller publishing landscape, while today's shelves cover romance, mysteries, graphic novels, biographies, history and books for younger readers.</w:t>
      </w:r>
      <w:r/>
    </w:p>
    <w:p>
      <w:r/>
      <w:r>
        <w:t>There are also fascinating reminders of LGBTQIA+ life before the internet. Visitors may find historic newsletters, international queer journals, pulp fiction, and old Damron travel guides documenting bars and meeting places from earlier decades. These materials have a slightly time-travelling quality, offering details that polished histories can miss.</w:t>
      </w:r>
      <w:r/>
    </w:p>
    <w:p>
      <w:r/>
      <w:r>
        <w:t>According to Quatrefoil's anniversary information, the library's value lies partly in this continuity. New books arrive regularly, but they join a collection shaped by activism, friendship, loss and persistence.</w:t>
      </w:r>
      <w:r/>
    </w:p>
    <w:p>
      <w:pPr>
        <w:pStyle w:val="Heading2"/>
      </w:pPr>
      <w:r>
        <w:t>It works as a community space, too</w:t>
      </w:r>
      <w:r/>
    </w:p>
    <w:p>
      <w:r/>
      <w:r>
        <w:t>Quatrefoil has grown beyond the traditional lending-library model. Its Minneapolis location includes a community room where people can meet, organise, socialise or simply spend time with others who understand the importance of the space.</w:t>
      </w:r>
      <w:r/>
    </w:p>
    <w:p>
      <w:r/>
      <w:r>
        <w:t>That openness matters. Not everyone has access to a safe, affordable venue for a club meeting or community gathering, and not every visitor wants a formal programme. Sometimes the benefit is quieter: browsing without judgement, chatting with a volunteer or finding a title that feels unexpectedly personal.</w:t>
      </w:r>
      <w:r/>
    </w:p>
    <w:p>
      <w:r/>
      <w:r>
        <w:t>The library's events programme reflects that broader role, with activities designed to bring people together around LGBTQIA+ culture, history and community life. It's a useful reminder that libraries can be social infrastructure, not just places of silent study.</w:t>
      </w:r>
      <w:r/>
    </w:p>
    <w:p>
      <w:pPr>
        <w:pStyle w:val="Heading2"/>
      </w:pPr>
      <w:r>
        <w:t>Digital borrowing makes the collection travel</w:t>
      </w:r>
      <w:r/>
    </w:p>
    <w:p>
      <w:r/>
      <w:r>
        <w:t>Technology has helped Quatrefoil reach people who may never visit Lake Street. Its Q Digital service offers ebooks and audiobooks through Libby, allowing members to explore queer writing from home.</w:t>
      </w:r>
      <w:r/>
    </w:p>
    <w:p>
      <w:r/>
      <w:r>
        <w:t>That option is particularly valuable for readers who live in conservative areas, lack suitable local collections or don't feel comfortable borrowing LGBTQIA+ material in person. Digital lending offers privacy as well as convenience, while still connecting readers to an independent community institution.</w:t>
      </w:r>
      <w:r/>
    </w:p>
    <w:p>
      <w:r/>
      <w:r>
        <w:t>Quatrefoil's online presence also reflects a wider shift in how people discover books. Social media, recommendation platforms and digital catalogues can help a specialist library reach readers far beyond its neighbourhood. A good recommendation no longer has to travel by word of mouth alone.</w:t>
      </w:r>
      <w:r/>
    </w:p>
    <w:p>
      <w:pPr>
        <w:pStyle w:val="Heading2"/>
      </w:pPr>
      <w:r>
        <w:t>How to support Quatrefoil Library</w:t>
      </w:r>
      <w:r/>
    </w:p>
    <w:p>
      <w:r/>
      <w:r>
        <w:t>Independent libraries depend on readers, volunteers and donors rather than ordinary public-library funding. Quatrefoil's anniversary campaign is therefore about more than marking a date; it's intended to help sustain the organisation for the years ahead.</w:t>
      </w:r>
      <w:r/>
    </w:p>
    <w:p>
      <w:r/>
      <w:r>
        <w:t>Visitors can explore the catalogue, attend events, apply for membership, share the library's work online or make a donation. For readers elsewhere, checking whether digital membership is available may be the simplest way to take part.</w:t>
      </w:r>
      <w:r/>
    </w:p>
    <w:p>
      <w:r/>
      <w:r>
        <w:t>The 40th anniversary also offers a moment to consider what preservation really means. Keeping queer history alive requires shelves, servers, volunteers and money, but it also requires people to keep showing up. Quatrefoil's continued existence suggests that community support can turn a modest lending project into a lasting civic resource.</w:t>
      </w:r>
      <w:r/>
    </w:p>
    <w:p>
      <w:r/>
      <w:r>
        <w:t>It's a small library with an expansive idea: everyone deserves access to stories in which they can recognise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0">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0">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3">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3">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http://millcitytimes.com/news/quatrefoil-library-minnesotas-historical-lbgtqia-library-cel.html</w:t>
        </w:r>
      </w:hyperlink>
      <w:r>
        <w:t xml:space="preserve"> - Please view link - unable to able to access data</w:t>
      </w:r>
      <w:r/>
    </w:p>
    <w:p>
      <w:pPr>
        <w:pStyle w:val="ListNumber"/>
        <w:spacing w:line="240" w:lineRule="auto"/>
        <w:ind w:left="720"/>
      </w:pPr>
      <w:r/>
      <w:hyperlink r:id="rId10">
        <w:r>
          <w:rPr>
            <w:color w:val="0000EE"/>
            <w:u w:val="single"/>
          </w:rPr>
          <w:t>https://qlibrary.org/about-us/</w:t>
        </w:r>
      </w:hyperlink>
      <w:r>
        <w:t xml:space="preserve"> - Quatrefoil Library, established in 1986, is a member-supported, non-profit library and community centre for the LGBTQIA+ community in Minneapolis, Minnesota. It houses over 15,000 books, 7,000 DVDs, and a collection of rare and out-of-print books. The library offers a safe space for LGBTQIA+ individuals and hosts various events, including poetry readings, panel discussions, and book launches. In 2021, Quatrefoil transitioned to a free membership system, allowing anyone to borrow materials at no charge. In October 2022, it launched Q Digital, a collection of LGBTQIA+ e-books and audiobooks accessible to members.</w:t>
      </w:r>
      <w:r/>
    </w:p>
    <w:p>
      <w:pPr>
        <w:pStyle w:val="ListNumber"/>
        <w:spacing w:line="240" w:lineRule="auto"/>
        <w:ind w:left="720"/>
      </w:pPr>
      <w:r/>
      <w:hyperlink r:id="rId11">
        <w:r>
          <w:rPr>
            <w:color w:val="0000EE"/>
            <w:u w:val="single"/>
          </w:rPr>
          <w:t>https://qlibrary.org/40th-anniversary/</w:t>
        </w:r>
      </w:hyperlink>
      <w:r>
        <w:t xml:space="preserve"> - Quatrefoil Library is celebrating its 40th anniversary in 2026. To commemorate this milestone, the library is hosting a series of events, including a fundraising event on October 16, 2026, at the Union Depot Red Cap Room. The event aims to connect past, present, and future library supporters, featuring food and refreshments, a silent auction, and presentations from library leaders. The funds raised will support increased access to LGBTQIA+ materials for education and inspiration.</w:t>
      </w:r>
      <w:r/>
    </w:p>
    <w:p>
      <w:pPr>
        <w:pStyle w:val="ListNumber"/>
        <w:spacing w:line="240" w:lineRule="auto"/>
        <w:ind w:left="720"/>
      </w:pPr>
      <w:r/>
      <w:hyperlink r:id="rId12">
        <w:r>
          <w:rPr>
            <w:color w:val="0000EE"/>
            <w:u w:val="single"/>
          </w:rPr>
          <w:t>https://qlibrary.org/events/</w:t>
        </w:r>
      </w:hyperlink>
      <w:r>
        <w:t xml:space="preserve"> - Quatrefoil Library regularly hosts a variety of events for the LGBTQIA+ community. Upcoming events include the 40th Anniversary Fundraiser on October 16, 2026, and the Kink Accessibility Network Monthly Social on October 17, 2026. The library also offers book clubs, craft nights, and other community gatherings. These events provide opportunities for socialisation, education, and support within the LGBTQIA+ community.</w:t>
      </w:r>
      <w:r/>
    </w:p>
    <w:p>
      <w:pPr>
        <w:pStyle w:val="ListNumber"/>
        <w:spacing w:line="240" w:lineRule="auto"/>
        <w:ind w:left="720"/>
      </w:pPr>
      <w:r/>
      <w:hyperlink r:id="rId13">
        <w:r>
          <w:rPr>
            <w:color w:val="0000EE"/>
            <w:u w:val="single"/>
          </w:rPr>
          <w:t>https://qlibrary.org/40th-anniversary-fundraiser/</w:t>
        </w:r>
      </w:hyperlink>
      <w:r>
        <w:t xml:space="preserve"> - The 40th Anniversary Fundraiser for Quatrefoil Library is scheduled for October 16, 2026, from 6:30 pm to 8:30 pm CDT at the Union Depot Red Cap Room in St. Paul, Minnesota. The event will feature food and refreshments from Lake Elmo Catering, a silent auction, and presentations from library leaders. Tickets are available for purchase, and the event aims to support increased access to LGBTQIA+ materials for education and inspiration.</w:t>
      </w:r>
      <w:r/>
    </w:p>
    <w:p>
      <w:pPr>
        <w:pStyle w:val="ListNumber"/>
        <w:spacing w:line="240" w:lineRule="auto"/>
        <w:ind w:left="720"/>
      </w:pPr>
      <w:r/>
      <w:hyperlink r:id="rId10">
        <w:r>
          <w:rPr>
            <w:color w:val="0000EE"/>
            <w:u w:val="single"/>
          </w:rPr>
          <w:t>https://qlibrary.org/about-us/</w:t>
        </w:r>
      </w:hyperlink>
      <w:r>
        <w:t xml:space="preserve"> - Quatrefoil Library, established in 1986, is a member-supported, non-profit library and community centre for the LGBTQIA+ community in Minneapolis, Minnesota. It houses over 15,000 books, 7,000 DVDs, and a collection of rare and out-of-print books. The library offers a safe space for LGBTQIA+ individuals and hosts various events, including poetry readings, panel discussions, and book launches. In 2021, Quatrefoil transitioned to a free membership system, allowing anyone to borrow materials at no charge. In October 2022, it launched Q Digital, a collection of LGBTQIA+ e-books and audiobooks accessible to members.</w:t>
      </w:r>
      <w:r/>
    </w:p>
    <w:p>
      <w:pPr>
        <w:pStyle w:val="ListNumber"/>
        <w:spacing w:line="240" w:lineRule="auto"/>
        <w:ind w:left="720"/>
      </w:pPr>
      <w:r/>
      <w:hyperlink r:id="rId13">
        <w:r>
          <w:rPr>
            <w:color w:val="0000EE"/>
            <w:u w:val="single"/>
          </w:rPr>
          <w:t>https://qlibrary.org/40th-anniversary-fundraiser/</w:t>
        </w:r>
      </w:hyperlink>
      <w:r>
        <w:t xml:space="preserve"> - The 40th Anniversary Fundraiser for Quatrefoil Library is scheduled for October 16, 2026, from 6:30 pm to 8:30 pm CDT at the Union Depot Red Cap Room in St. Paul, Minnesota. The event will feature food and refreshments from Lake Elmo Catering, a silent auction, and presentations from library leaders. Tickets are available for purchase, and the event aims to support increased access to LGBTQIA+ materials for education and inspiration.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millcitytimes.com/news/quatrefoil-library-minnesotas-historical-lbgtqia-library-cel.html" TargetMode="External"/><Relationship Id="rId10" Type="http://schemas.openxmlformats.org/officeDocument/2006/relationships/hyperlink" Target="https://qlibrary.org/about-us/" TargetMode="External"/><Relationship Id="rId11" Type="http://schemas.openxmlformats.org/officeDocument/2006/relationships/hyperlink" Target="https://qlibrary.org/40th-anniversary/" TargetMode="External"/><Relationship Id="rId12" Type="http://schemas.openxmlformats.org/officeDocument/2006/relationships/hyperlink" Target="https://qlibrary.org/events/" TargetMode="External"/><Relationship Id="rId13" Type="http://schemas.openxmlformats.org/officeDocument/2006/relationships/hyperlink" Target="https://qlibrary.org/40th-anniversary-fundrais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