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Dracula’s Daughter Remains a Queer Horror Classic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rediscovering Dracula’s Daughter, the 1936 vampire sequel whose smoky black-and-white style, haunted heroine and unmistakable sapphic tension still feel startlingly modern. As Halloween approaches, this compact Universal horror film offers more than old-fashioned chills: it’s a striking portrait of desire, repression and the fear of being unable to live as anyone else.</w:t>
      </w:r>
      <w:r/>
    </w:p>
    <w:p>
      <w:pPr>
        <w:pStyle w:val="Heading2"/>
      </w:pPr>
      <w:r>
        <w:t>Essential Takeaways</w:t>
      </w:r>
      <w:r/>
      <w:r/>
    </w:p>
    <w:p>
      <w:pPr>
        <w:pStyle w:val="ListBullet"/>
        <w:spacing w:line="240" w:lineRule="auto"/>
        <w:ind w:left="720"/>
      </w:pPr>
      <w:r/>
      <w:r>
        <w:rPr>
          <w:b/>
        </w:rPr>
        <w:t>A reluctant vampire:</w:t>
      </w:r>
      <w:r>
        <w:t xml:space="preserve"> Countess Marya Zaleska wants to escape her supernatural nature, but every attempt ends in failure.</w:t>
      </w:r>
      <w:r/>
    </w:p>
    <w:p>
      <w:pPr>
        <w:pStyle w:val="ListBullet"/>
        <w:spacing w:line="240" w:lineRule="auto"/>
        <w:ind w:left="720"/>
      </w:pPr>
      <w:r/>
      <w:r>
        <w:rPr>
          <w:b/>
        </w:rPr>
        <w:t>Sapphic subtext:</w:t>
      </w:r>
      <w:r>
        <w:t xml:space="preserve"> Her fascination with Janet Blake gives the film a charged emotional centre that reaches beyond its official romance.</w:t>
      </w:r>
      <w:r/>
    </w:p>
    <w:p>
      <w:pPr>
        <w:pStyle w:val="ListBullet"/>
        <w:spacing w:line="240" w:lineRule="auto"/>
        <w:ind w:left="720"/>
      </w:pPr>
      <w:r/>
      <w:r>
        <w:rPr>
          <w:b/>
        </w:rPr>
        <w:t>Gothic atmosphere:</w:t>
      </w:r>
      <w:r>
        <w:t xml:space="preserve"> Shadowy sets, dramatic costumes and mournful pacing make the film visually rich, even when the plot drifts.</w:t>
      </w:r>
      <w:r/>
    </w:p>
    <w:p>
      <w:pPr>
        <w:pStyle w:val="ListBullet"/>
        <w:spacing w:line="240" w:lineRule="auto"/>
        <w:ind w:left="720"/>
      </w:pPr>
      <w:r/>
      <w:r>
        <w:rPr>
          <w:b/>
        </w:rPr>
        <w:t>Literary roots:</w:t>
      </w:r>
      <w:r>
        <w:t xml:space="preserve"> The story is closely associated with Carmilla, Sheridan Le Fanu's influential lesbian vampire novella.</w:t>
      </w:r>
      <w:r/>
    </w:p>
    <w:p>
      <w:pPr>
        <w:pStyle w:val="ListBullet"/>
        <w:spacing w:line="240" w:lineRule="auto"/>
        <w:ind w:left="720"/>
      </w:pPr>
      <w:r/>
      <w:r>
        <w:rPr>
          <w:b/>
        </w:rPr>
        <w:t>A lasting legacy:</w:t>
      </w:r>
      <w:r>
        <w:t xml:space="preserve"> Its themes helped shape the long-running connection between vampire fiction, queer identity and outsiderhood.</w:t>
      </w:r>
      <w:r/>
      <w:r/>
    </w:p>
    <w:p>
      <w:pPr>
        <w:pStyle w:val="Heading2"/>
      </w:pPr>
      <w:r>
        <w:t>A sequel that barely needs its predecessor</w:t>
      </w:r>
      <w:r/>
    </w:p>
    <w:p>
      <w:r/>
      <w:r>
        <w:t>The film opens in the shadow of 1931's Dracula, but it soon follows its own strange path. With Count Dracula dead, his daughter Marya Zaleska is left battling the legacy of a father she can't simply bury. She burns his body in an attempt to break free, yet the familiar hunger returns.</w:t>
      </w:r>
      <w:r/>
    </w:p>
    <w:p>
      <w:r/>
      <w:r>
        <w:t>That setup gives the film its most interesting tension. Zaleska isn't a gleeful monster stalking strangers for sport; she's exhausted by what she is and desperate to become ordinary. According to the film's historical summaries, she turns to psychiatrist Jeffrey Garth for help, hoping science might succeed where ritual has failed.</w:t>
      </w:r>
      <w:r/>
    </w:p>
    <w:p>
      <w:r/>
      <w:r>
        <w:t>The connection to the earlier Dracula is thin, with Edward Van Sloan's return as Professor Van Helsing doing much of the continuity work. As Moria Reviews observes, that looseness can make the film feel less like a conventional sequel and more like a self-contained Gothic tragedy.</w:t>
      </w:r>
      <w:r/>
    </w:p>
    <w:p>
      <w:pPr>
        <w:pStyle w:val="Heading2"/>
      </w:pPr>
      <w:r>
        <w:t>The real horror is trying to be normal</w:t>
      </w:r>
      <w:r/>
    </w:p>
    <w:p>
      <w:r/>
      <w:r>
        <w:t>Zaleska's struggle has an emotional shape that remains recognisable. She treats her vampirism as a shameful condition, searches for a cure and imagines that a normal life might be possible if she can suppress her deepest impulses. It isn't difficult to read that conflict as a coded story about queer identity.</w:t>
      </w:r>
      <w:r/>
    </w:p>
    <w:p>
      <w:r/>
      <w:r>
        <w:t>Research on lesbian vampire films has repeatedly linked the figure of the vampire to forbidden desire, social exclusion and the possibility of living outside accepted rules. In Dracula's Daughter, the metaphor is unusually direct: Zaleska wants to eliminate the part of herself that makes her different, but that difference keeps returning.</w:t>
      </w:r>
      <w:r/>
    </w:p>
    <w:p>
      <w:r/>
      <w:r>
        <w:t>That doesn't mean the film presents a straightforward liberation story. Its period morality still frames desire as dangerous and destructive. Even so, the character's pain gives the film a melancholy that goes beyond standard monster-movie villainy. She isn't simply frightening; she's lonely, which is often much more unsettling.</w:t>
      </w:r>
      <w:r/>
    </w:p>
    <w:p>
      <w:pPr>
        <w:pStyle w:val="Heading2"/>
      </w:pPr>
      <w:r>
        <w:t>Why the Janet scenes feel so charged</w:t>
      </w:r>
      <w:r/>
    </w:p>
    <w:p>
      <w:r/>
      <w:r>
        <w:t>The film's most memorable relationship is arguably not between Zaleska and Garth, but between Zaleska and Garth's secretary, Janet Blake. Zaleska abducts Janet as part of a plan to draw the doctor to her, yet the staging gives their encounters a distinctly intimate charge.</w:t>
      </w:r>
      <w:r/>
    </w:p>
    <w:p>
      <w:r/>
      <w:r>
        <w:t>As Vice has noted in its retrospective on the film, the hypnosis sequence and Zaleska's lingering attention towards Janet create an erotic atmosphere that the dialogue never openly acknowledges. The camera does a lot of suggestive work through close looks, pauses and physical proximity. In other words, the subtext isn't hiding very hard.</w:t>
      </w:r>
      <w:r/>
    </w:p>
    <w:p>
      <w:r/>
      <w:r>
        <w:t>Academic writing on lesbian vampires also helps explain why this dynamic feels familiar. The vampire often becomes a figure who offers forbidden intimacy while simultaneously threatening social order. Zaleska's interest in Janet sits right inside that tradition, balancing tenderness, possession and danger in a way that makes the scenes compellingly uncomfortable.</w:t>
      </w:r>
      <w:r/>
    </w:p>
    <w:p>
      <w:pPr>
        <w:pStyle w:val="Heading2"/>
      </w:pPr>
      <w:r>
        <w:t>A visual feast in miniature</w:t>
      </w:r>
      <w:r/>
    </w:p>
    <w:p>
      <w:r/>
      <w:r>
        <w:t>At around 70 minutes, Dracula's Daughter is hardly an epic, but its images have impressive staying power. Chiaroscuro lighting turns corridors and drawing rooms into psychological spaces, while the costumes give Zaleska a statuesque, almost funereal presence. She looks less like a conventional predator than a woman permanently dressed for mourning.</w:t>
      </w:r>
      <w:r/>
    </w:p>
    <w:p>
      <w:r/>
      <w:r>
        <w:t>Horror Homeroom's discussion of the film highlights how its visual coding supports its queer themes. Shadows, mirrors, theatrical poses and enclosed rooms create a world where identity is performed and watched. The result is elegant rather than frantic, with dread gathering quietly instead of arriving in a rush.</w:t>
      </w:r>
      <w:r/>
    </w:p>
    <w:p>
      <w:r/>
      <w:r>
        <w:t>Some viewers may find the pace heavy, especially beside the more energetic Universal monster films. Still, that languor is part of the appeal. The film feels like a fever dream in which everyone has too much time to stare and not enough courage to say what they want.</w:t>
      </w:r>
      <w:r/>
    </w:p>
    <w:p>
      <w:pPr>
        <w:pStyle w:val="Heading2"/>
      </w:pPr>
      <w:r>
        <w:t>How to watch it with fresh eyes</w:t>
      </w:r>
      <w:r/>
    </w:p>
    <w:p>
      <w:r/>
      <w:r>
        <w:t>The best way to approach Dracula's Daughter is as a Gothic mood piece rather than a tightly engineered scare machine. Look for the glances, costume details and moments when Zaleska's public composure slips. The film's power lies less in shocks than in what its characters cannot admit.</w:t>
      </w:r>
      <w:r/>
    </w:p>
    <w:p>
      <w:r/>
      <w:r>
        <w:t>It also helps to place it beside Carmilla and later lesbian vampire cinema. Scholarship on the subgenre traces a continuing fascination with women who are both alluring and threatening, especially when their desire challenges conventional ideas about romance and domestic life.</w:t>
      </w:r>
      <w:r/>
    </w:p>
    <w:p>
      <w:r/>
      <w:r>
        <w:t>That legacy doesn't make the film uncomplicated. Its queer coding is inseparable from older horror conventions that associate same-sex desire with death, corruption and secrecy. But the very fact that audiences and critics continue to find emotional recognition in Zaleska's struggle shows why the film has survived as more than a historical curiosity.</w:t>
      </w:r>
      <w:r/>
    </w:p>
    <w:p>
      <w:pPr>
        <w:pStyle w:val="Heading2"/>
      </w:pPr>
      <w:r>
        <w:t>A small film with a surprisingly long afterlife</w:t>
      </w:r>
      <w:r/>
    </w:p>
    <w:p>
      <w:r/>
      <w:r>
        <w:t>Dracula's Daughter never achieved the iconic status of its predecessor, yet its influence is easy to spot. Its portrait of a beautiful, isolated outsider wrestling with forbidden desire helped preserve the vampire as a figure for people who feel trapped between social expectation and private truth.</w:t>
      </w:r>
      <w:r/>
    </w:p>
    <w:p>
      <w:r/>
      <w:r>
        <w:t>Perhaps that's why the film still feels so alive. Beneath the period detail and velvet darkness is a simple, painful idea: you can try to destroy the part of yourself the world fears, but it may be the part that tells you who you are.</w:t>
      </w:r>
      <w:r/>
    </w:p>
    <w:p>
      <w:r/>
      <w:r>
        <w:t>It remains a quietly daring choice for a Halloween watch, especially if you prefer your horror with atmosphere, subtext and a little doomed longing.</w:t>
      </w:r>
      <w:r/>
    </w:p>
    <w:p>
      <w:r/>
      <w:r>
        <w:t>Watch it for the shadows, stay for the subtext.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w:t>
      </w:r>
      <w:hyperlink r:id="rId15">
        <w:r>
          <w:rPr>
            <w:color w:val="0000EE"/>
            <w:u w:val="single"/>
          </w:rPr>
          <w:t>[5]</w:t>
        </w:r>
      </w:hyperlink>
      <w:r>
        <w:t xml:space="preserve">- Paragraph 5: </w:t>
      </w:r>
      <w:hyperlink r:id="rId14">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[7]</w:t>
        </w:r>
      </w:hyperlink>
      <w:r>
        <w:t xml:space="preserve">, </w:t>
      </w:r>
      <w:hyperlink r:id="rId15">
        <w:r>
          <w:rPr>
            <w:color w:val="0000EE"/>
            <w:u w:val="single"/>
          </w:rPr>
          <w:t>[5]</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[6]</w:t>
        </w:r>
      </w:hyperlink>
      <w:r>
        <w:t xml:space="preserve">- Paragraph 9: </w:t>
      </w:r>
      <w:hyperlink r:id="rId11">
        <w:r>
          <w:rPr>
            <w:color w:val="0000EE"/>
            <w:u w:val="single"/>
          </w:rPr>
          <w:t>[4]</w:t>
        </w:r>
      </w:hyperlink>
      <w:r>
        <w:t xml:space="preserve">, </w:t>
      </w:r>
      <w:hyperlink r:id="rId15">
        <w:r>
          <w:rPr>
            <w:color w:val="0000EE"/>
            <w:u w:val="single"/>
          </w:rPr>
          <w:t>[5]</w:t>
        </w:r>
      </w:hyperlink>
      <w:r>
        <w:t xml:space="preserve">- Paragraph 10: </w:t>
      </w:r>
      <w:hyperlink r:id="rId14">
        <w:r>
          <w:rPr>
            <w:color w:val="0000EE"/>
            <w:u w:val="single"/>
          </w:rPr>
          <w:t>[3]</w:t>
        </w:r>
      </w:hyperlink>
      <w:r>
        <w:t xml:space="preserve">, </w:t>
      </w:r>
      <w:hyperlink r:id="rId15">
        <w:r>
          <w:rPr>
            <w:color w:val="0000EE"/>
            <w:u w:val="single"/>
          </w:rPr>
          <w:t>[5]</w:t>
        </w:r>
      </w:hyperlink>
      <w:r>
        <w:t xml:space="preserve">- Paragraph 11: </w:t>
      </w:r>
      <w:hyperlink r:id="rId11">
        <w:r>
          <w:rPr>
            <w:color w:val="0000EE"/>
            <w:u w:val="single"/>
          </w:rPr>
          <w:t>[4]</w:t>
        </w:r>
      </w:hyperlink>
      <w:r>
        <w:t xml:space="preserve">, </w:t>
      </w:r>
      <w:hyperlink r:id="rId13">
        <w:r>
          <w:rPr>
            <w:color w:val="0000EE"/>
            <w:u w:val="single"/>
          </w:rPr>
          <w:t>[7]</w:t>
        </w:r>
      </w:hyperlink>
      <w:r>
        <w:t xml:space="preserve">- Paragraph 12: </w:t>
      </w:r>
      <w:hyperlink r:id="rId15">
        <w:r>
          <w:rPr>
            <w:color w:val="0000EE"/>
            <w:u w:val="single"/>
          </w:rPr>
          <w:t>[5]</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4">
        <w:r>
          <w:rPr>
            <w:color w:val="0000EE"/>
            <w:u w:val="single"/>
          </w:rPr>
          <w:t>[3]</w:t>
        </w:r>
      </w:hyperlink>
      <w:r>
        <w:t xml:space="preserve">, </w:t>
      </w:r>
      <w:hyperlink r:id="rId15">
        <w:r>
          <w:rPr>
            <w:color w:val="0000EE"/>
            <w:u w:val="single"/>
          </w:rPr>
          <w:t>[5]</w:t>
        </w:r>
      </w:hyperlink>
      <w:r>
        <w:t xml:space="preserve">- Paragraph 15: </w:t>
      </w:r>
      <w:hyperlink r:id="rId11">
        <w:r>
          <w:rPr>
            <w:color w:val="0000EE"/>
            <w:u w:val="single"/>
          </w:rPr>
          <w:t>[4]</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5">
        <w:r>
          <w:rPr>
            <w:color w:val="0000EE"/>
            <w:u w:val="single"/>
          </w:rPr>
          <w:t>[5]</w:t>
        </w:r>
      </w:hyperlink>
      <w:r>
        <w:t xml:space="preserve">- Paragraph 17: </w:t>
      </w:r>
      <w:hyperlink r:id="rId14">
        <w:r>
          <w:rPr>
            <w:color w:val="0000EE"/>
            <w:u w:val="single"/>
          </w:rPr>
          <w:t>[3]</w:t>
        </w:r>
      </w:hyperlink>
      <w:r>
        <w:t xml:space="preserve">, </w:t>
      </w:r>
      <w:hyperlink r:id="rId11">
        <w:r>
          <w:rPr>
            <w:color w:val="0000EE"/>
            <w:u w:val="single"/>
          </w:rPr>
          <w:t>[4]</w:t>
        </w:r>
      </w:hyperlink>
      <w:r>
        <w:t xml:space="preserve">- Paragraph 18: </w:t>
      </w:r>
      <w:hyperlink r:id="rId15">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https://www.queerty.com/how-is-it-possible-that-a-nearly-century-old-vampire-movie-is-this-gay-20261010/</w:t>
        </w:r>
      </w:hyperlink>
      <w:r>
        <w:t xml:space="preserve"> - Please view link - unable to able to access data</w:t>
      </w:r>
      <w:r/>
    </w:p>
    <w:p>
      <w:pPr>
        <w:pStyle w:val="ListNumber"/>
        <w:spacing w:line="240" w:lineRule="auto"/>
        <w:ind w:left="720"/>
      </w:pPr>
      <w:r/>
      <w:hyperlink r:id="rId10">
        <w:r>
          <w:rPr>
            <w:color w:val="0000EE"/>
            <w:u w:val="single"/>
          </w:rPr>
          <w:t>https://en.wikipedia.org/wiki/Dracula%27s_Daughter</w:t>
        </w:r>
      </w:hyperlink>
      <w:r>
        <w:t xml:space="preserve"> - 'Dracula's Daughter' (1936) is a horror film that follows Countess Marya Zaleska, the daughter of Count Dracula, as she seeks to rid herself of her vampiric nature. The film is noted for its subtle lesbian implications, particularly in the scenes involving Countess Zaleska and her model, Lili. The Production Code Administration expressed concern over these elements, leading to modifications to avoid any 'questionable flavor'. The film is considered one of the earliest examples of the lesbian vampire trope in cinema. (</w:t>
      </w:r>
      <w:hyperlink r:id="rId16">
        <w:r>
          <w:rPr>
            <w:color w:val="0000EE"/>
            <w:u w:val="single"/>
          </w:rPr>
          <w:t>en.wikipedia.org</w:t>
        </w:r>
      </w:hyperlink>
      <w:r>
        <w:t>)</w:t>
      </w:r>
      <w:r/>
    </w:p>
    <w:p>
      <w:pPr>
        <w:pStyle w:val="ListNumber"/>
        <w:spacing w:line="240" w:lineRule="auto"/>
        <w:ind w:left="720"/>
      </w:pPr>
      <w:r/>
      <w:hyperlink r:id="rId14">
        <w:r>
          <w:rPr>
            <w:color w:val="0000EE"/>
            <w:u w:val="single"/>
          </w:rPr>
          <w:t>https://www.researchgate.net/publication/321053574_Seductive_Kindness_Power_Space_and_Lesbian_Vampires</w:t>
        </w:r>
      </w:hyperlink>
      <w:r>
        <w:t xml:space="preserve"> - This academic chapter examines the intersection of sexual identity, seduction, and spatial dynamics in 'Dracula's Daughter' (1936). The film is analysed as an early example of queer-coded sexuality, with Countess Marya Zaleska's struggle to rid herself of vampirism serving as a metaphor for lesbian identity. The chapter discusses how the film's portrayal of power and space reflects themes of hospitality and consent within the context of lesbian vampire narratives. (</w:t>
      </w:r>
      <w:hyperlink r:id="rId17">
        <w:r>
          <w:rPr>
            <w:color w:val="0000EE"/>
            <w:u w:val="single"/>
          </w:rPr>
          <w:t>researchgate.net</w:t>
        </w:r>
      </w:hyperlink>
      <w:r>
        <w:t>)</w:t>
      </w:r>
      <w:r/>
    </w:p>
    <w:p>
      <w:pPr>
        <w:pStyle w:val="ListNumber"/>
        <w:spacing w:line="240" w:lineRule="auto"/>
        <w:ind w:left="720"/>
      </w:pPr>
      <w:r/>
      <w:hyperlink r:id="rId11">
        <w:r>
          <w:rPr>
            <w:color w:val="0000EE"/>
            <w:u w:val="single"/>
          </w:rPr>
          <w:t>https://www.horrorhomeroom.com/coded-queerness-in-draculas-daughter-1936/</w:t>
        </w:r>
      </w:hyperlink>
      <w:r>
        <w:t xml:space="preserve"> - This article explores the queer coding in 'Dracula's Daughter' (1936), focusing on the character of Countess Marya Zaleska. The film is noted for its subtle lesbian subtext, particularly in the interactions between Zaleska and her manservant, Sandor. The article discusses how the film navigates the constraints of the Production Code Administration while incorporating themes of queerness and desire. (</w:t>
      </w:r>
      <w:hyperlink r:id="rId18">
        <w:r>
          <w:rPr>
            <w:color w:val="0000EE"/>
            <w:u w:val="single"/>
          </w:rPr>
          <w:t>horrorhomeroom.com</w:t>
        </w:r>
      </w:hyperlink>
      <w:r>
        <w:t>)</w:t>
      </w:r>
      <w:r/>
    </w:p>
    <w:p>
      <w:pPr>
        <w:pStyle w:val="ListNumber"/>
        <w:spacing w:line="240" w:lineRule="auto"/>
        <w:ind w:left="720"/>
      </w:pPr>
      <w:r/>
      <w:hyperlink r:id="rId15">
        <w:r>
          <w:rPr>
            <w:color w:val="0000EE"/>
            <w:u w:val="single"/>
          </w:rPr>
          <w:t>https://www.researchgate.net/publication/392037341_The_Lesbian_Vampire_Film_A_Subgenre_of_Horror</w:t>
        </w:r>
      </w:hyperlink>
      <w:r>
        <w:t xml:space="preserve"> - This chapter provides an overview of the lesbian vampire film subgenre, highlighting 'Dracula's Daughter' (1936) as a seminal work. The film is discussed in the context of its portrayal of female sexuality and its influence on subsequent films in the genre. The chapter examines how 'Dracula's Daughter' paved the way for the representation of lesbian vampires in horror cinema. (</w:t>
      </w:r>
      <w:hyperlink r:id="rId19">
        <w:r>
          <w:rPr>
            <w:color w:val="0000EE"/>
            <w:u w:val="single"/>
          </w:rPr>
          <w:t>researchgate.net</w:t>
        </w:r>
      </w:hyperlink>
      <w:r>
        <w:t>)</w:t>
      </w:r>
      <w:r/>
    </w:p>
    <w:p>
      <w:pPr>
        <w:pStyle w:val="ListNumber"/>
        <w:spacing w:line="240" w:lineRule="auto"/>
        <w:ind w:left="720"/>
      </w:pPr>
      <w:r/>
      <w:hyperlink r:id="rId12">
        <w:r>
          <w:rPr>
            <w:color w:val="0000EE"/>
            <w:u w:val="single"/>
          </w:rPr>
          <w:t>https://www.moriareviews.com/horror/draculas-daughter-1936.htm</w:t>
        </w:r>
      </w:hyperlink>
      <w:r>
        <w:t xml:space="preserve"> - This review of 'Dracula's Daughter' (1936) discusses the film's atmosphere, performances, and thematic elements. The review highlights the film's exploration of vampirism as a metaphor for repressed desire and its subtle incorporation of lesbian themes. The review also notes the film's influence on the horror genre and its place within Universal's monster movie legacy. (</w:t>
      </w:r>
      <w:hyperlink r:id="rId20">
        <w:r>
          <w:rPr>
            <w:color w:val="0000EE"/>
            <w:u w:val="single"/>
          </w:rPr>
          <w:t>moriareviews.com</w:t>
        </w:r>
      </w:hyperlink>
      <w:r>
        <w:t>)</w:t>
      </w:r>
      <w:r/>
    </w:p>
    <w:p>
      <w:pPr>
        <w:pStyle w:val="ListNumber"/>
        <w:spacing w:line="240" w:lineRule="auto"/>
        <w:ind w:left="720"/>
      </w:pPr>
      <w:r/>
      <w:hyperlink r:id="rId13">
        <w:r>
          <w:rPr>
            <w:color w:val="0000EE"/>
            <w:u w:val="single"/>
          </w:rPr>
          <w:t>https://www.vice.com/en/article/looking-back-at-draculas-daughter-the-erotic-1936-film-thats-really-about-lesbians/</w:t>
        </w:r>
      </w:hyperlink>
      <w:r>
        <w:t xml:space="preserve"> - This article reflects on 'Dracula's Daughter' (1936), discussing its themes of love and lesbianism. The film is analysed as an early example of queer representation in cinema, with a focus on its portrayal of Countess Marya Zaleska's struggle with her vampiric identity and desire. The article also examines the film's cultural impact and its place in the history of LGBTQ+ representation in film. (</w:t>
      </w:r>
      <w:hyperlink r:id="rId21">
        <w:r>
          <w:rPr>
            <w:color w:val="0000EE"/>
            <w:u w:val="single"/>
          </w:rPr>
          <w:t>vice.com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how-is-it-possible-that-a-nearly-century-old-vampire-movie-is-this-gay-20261010/" TargetMode="External"/><Relationship Id="rId10" Type="http://schemas.openxmlformats.org/officeDocument/2006/relationships/hyperlink" Target="https://en.wikipedia.org/wiki/Dracula%27s_Daughter" TargetMode="External"/><Relationship Id="rId11" Type="http://schemas.openxmlformats.org/officeDocument/2006/relationships/hyperlink" Target="https://www.horrorhomeroom.com/coded-queerness-in-draculas-daughter-1936/" TargetMode="External"/><Relationship Id="rId12" Type="http://schemas.openxmlformats.org/officeDocument/2006/relationships/hyperlink" Target="https://www.moriareviews.com/horror/draculas-daughter-1936.htm" TargetMode="External"/><Relationship Id="rId13" Type="http://schemas.openxmlformats.org/officeDocument/2006/relationships/hyperlink" Target="https://www.vice.com/en/article/looking-back-at-draculas-daughter-the-erotic-1936-film-thats-really-about-lesbians/" TargetMode="External"/><Relationship Id="rId14" Type="http://schemas.openxmlformats.org/officeDocument/2006/relationships/hyperlink" Target="https://www.researchgate.net/publication/321053574_Seductive_Kindness_Power_Space_and_Lesbian_Vampires" TargetMode="External"/><Relationship Id="rId15" Type="http://schemas.openxmlformats.org/officeDocument/2006/relationships/hyperlink" Target="https://www.researchgate.net/publication/392037341_The_Lesbian_Vampire_Film_A_Subgenre_of_Horror" TargetMode="External"/><Relationship Id="rId16" Type="http://schemas.openxmlformats.org/officeDocument/2006/relationships/hyperlink" Target="https://en.wikipedia.org/wiki/Dracula%27s_Daughter?utm_source=openai" TargetMode="External"/><Relationship Id="rId17" Type="http://schemas.openxmlformats.org/officeDocument/2006/relationships/hyperlink" Target="https://www.researchgate.net/publication/321053574_Seductive_Kindness_Power_Space_and_Lesbian_Vampires?utm_source=openai" TargetMode="External"/><Relationship Id="rId18" Type="http://schemas.openxmlformats.org/officeDocument/2006/relationships/hyperlink" Target="https://www.horrorhomeroom.com/coded-queerness-in-draculas-daughter-1936/?utm_source=openai" TargetMode="External"/><Relationship Id="rId19" Type="http://schemas.openxmlformats.org/officeDocument/2006/relationships/hyperlink" Target="https://www.researchgate.net/publication/392037341_The_Lesbian_Vampire_Film_A_Subgenre_of_Horror?utm_source=openai" TargetMode="External"/><Relationship Id="rId20" Type="http://schemas.openxmlformats.org/officeDocument/2006/relationships/hyperlink" Target="https://moriareviews.com/horror/draculas-daughter-1936.htm?utm_source=openai" TargetMode="External"/><Relationship Id="rId21" Type="http://schemas.openxmlformats.org/officeDocument/2006/relationships/hyperlink" Target="https://www.vice.com/en/article/looking-back-at-draculas-daughter-the-erotic-1936-film-thats-really-about-lesbian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