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Sex Diary: A San Francisco Week of Dating, Desire and Discovery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37-year-old San Francisco software engineer spends a revealing week navigating open relationships, dating apps and an unexpected overnight guest from New York. Against a backdrop of swimming, weddings and the Folsom Street Fair, his story captures the messy, funny reality of modern queer dating, where intimacy can arrive quickly, even when time is tight.</w:t>
      </w:r>
      <w:r/>
    </w:p>
    <w:p>
      <w:pPr>
        <w:pStyle w:val="Heading2"/>
      </w:pPr>
      <w:r>
        <w:t>Essential Takeaways</w:t>
      </w:r>
      <w:r/>
      <w:r/>
    </w:p>
    <w:p>
      <w:pPr>
        <w:pStyle w:val="ListBullet"/>
        <w:spacing w:line="240" w:lineRule="auto"/>
        <w:ind w:left="720"/>
      </w:pPr>
      <w:r/>
      <w:r>
        <w:rPr>
          <w:b/>
        </w:rPr>
        <w:t>A fresh start:</w:t>
      </w:r>
      <w:r>
        <w:t xml:space="preserve"> Recently single, the diarist experiments with dating outside his former monogamous expectations.</w:t>
      </w:r>
      <w:r/>
    </w:p>
    <w:p>
      <w:pPr>
        <w:pStyle w:val="ListBullet"/>
        <w:spacing w:line="240" w:lineRule="auto"/>
        <w:ind w:left="720"/>
      </w:pPr>
      <w:r/>
      <w:r>
        <w:rPr>
          <w:b/>
        </w:rPr>
        <w:t>Unexpected chemistry:</w:t>
      </w:r>
      <w:r>
        <w:t xml:space="preserve"> A visiting New Yorker becomes the week’s most memorable connection, despite limited time together.</w:t>
      </w:r>
      <w:r/>
    </w:p>
    <w:p>
      <w:pPr>
        <w:pStyle w:val="ListBullet"/>
        <w:spacing w:line="240" w:lineRule="auto"/>
        <w:ind w:left="720"/>
      </w:pPr>
      <w:r/>
      <w:r>
        <w:rPr>
          <w:b/>
        </w:rPr>
        <w:t>Open relationships explained:</w:t>
      </w:r>
      <w:r>
        <w:t xml:space="preserve"> Meeting a date’s husband brings honesty and reassurance into the picture.</w:t>
      </w:r>
      <w:r/>
    </w:p>
    <w:p>
      <w:pPr>
        <w:pStyle w:val="ListBullet"/>
        <w:spacing w:line="240" w:lineRule="auto"/>
        <w:ind w:left="720"/>
      </w:pPr>
      <w:r/>
      <w:r>
        <w:rPr>
          <w:b/>
        </w:rPr>
        <w:t>Life beyond the apps:</w:t>
      </w:r>
      <w:r>
        <w:t xml:space="preserve"> Swimming, work and friendships keep the week grounded in ordinary routines.</w:t>
      </w:r>
      <w:r/>
    </w:p>
    <w:p>
      <w:pPr>
        <w:pStyle w:val="ListBullet"/>
        <w:spacing w:line="240" w:lineRule="auto"/>
        <w:ind w:left="720"/>
      </w:pPr>
      <w:r/>
      <w:r>
        <w:rPr>
          <w:b/>
        </w:rPr>
        <w:t>A softer ending:</w:t>
      </w:r>
      <w:r>
        <w:t xml:space="preserve"> The diarist finishes hopeful, but more comfortable allowing lacklustre conversations to fade.</w:t>
      </w:r>
      <w:r/>
      <w:r/>
    </w:p>
    <w:p>
      <w:pPr>
        <w:pStyle w:val="Heading2"/>
      </w:pPr>
      <w:r>
        <w:t>A new chapter begins with a drink and a kiss</w:t>
      </w:r>
      <w:r/>
    </w:p>
    <w:p>
      <w:r/>
      <w:r>
        <w:t>The strongest detail in this week’s Sex Diaries isn’t the sex. It’s the sense of someone testing the edges of a newly unfamiliar life.</w:t>
      </w:r>
      <w:r/>
    </w:p>
    <w:p>
      <w:r/>
      <w:r>
        <w:t>The anonymous San Francisco diarist is 37, single and recently out of a monogamous relationship. His first date of the week is with Ben, a man in an open relationship, and the evening unfolds gently over drinks at a tiki bar before ending in a long kiss beside a waiting car.</w:t>
      </w:r>
      <w:r/>
    </w:p>
    <w:p>
      <w:r/>
      <w:r>
        <w:t>That early encounter sets the tone. He isn’t simply chasing a hookup, but he’s also no longer insisting that every connection fit the rules he once expected. The result feels less like a dramatic reinvention and more like quietly trying on a different version of himself.</w:t>
      </w:r>
      <w:r/>
    </w:p>
    <w:p>
      <w:pPr>
        <w:pStyle w:val="Heading2"/>
      </w:pPr>
      <w:r>
        <w:t>Swimming, work and dating apps keep the week moving</w:t>
      </w:r>
      <w:r/>
    </w:p>
    <w:p>
      <w:r/>
      <w:r>
        <w:t>There’s plenty of sex and flirting here, but the diary is also packed with swimming, gym sessions, coffee runs and work. The diarist’s open-water swimming community is especially important, giving the week a steady pulse beneath the romantic uncertainty.</w:t>
      </w:r>
      <w:r/>
    </w:p>
    <w:p>
      <w:r/>
      <w:r>
        <w:t>That contrast makes the story feel unusually recognisable. One minute he’s answering messages on Scruff or Grindr, and the next he’s cleaning out an alarming old fridge or standing in a supermarket queue, noticing an attractive stranger. Desire doesn’t replace everyday life; it slips between errands.</w:t>
      </w:r>
      <w:r/>
    </w:p>
    <w:p>
      <w:r/>
      <w:r>
        <w:t>The apps bring possibility, but also pressure. He admits he dislikes feeling dependent on them, while recognising that they’re now part of how he meets people. That push and pull will be familiar to anyone who’s ever opened an app out of boredom and ended up emotionally invested in a stranger’s profile.</w:t>
      </w:r>
      <w:r/>
    </w:p>
    <w:p>
      <w:pPr>
        <w:pStyle w:val="Heading2"/>
      </w:pPr>
      <w:r>
        <w:t>The out-of-town guest becomes the week’s surprise</w:t>
      </w:r>
      <w:r/>
    </w:p>
    <w:p>
      <w:r/>
      <w:r>
        <w:t>Rick, visiting from New York for Folsom, arrives through Grindr and quickly becomes the most emotionally charged connection of the week. Their first evening includes kissing, massages and oral sex, but neither man finishes before Rick has to leave.</w:t>
      </w:r>
      <w:r/>
    </w:p>
    <w:p>
      <w:r/>
      <w:r>
        <w:t>That unfinished encounter might easily have disappeared into the usual blur of a visiting hookup. Instead, they make plans to see each other again. After the diarist attends a wedding, Rick arrives with an overnight bag, and the pair spend the night watching a film rather than forcing a late-night sexual finale.</w:t>
      </w:r>
      <w:r/>
    </w:p>
    <w:p>
      <w:r/>
      <w:r>
        <w:t>There’s something charmingly modern about the scene: one man still wearing his wedding suit, the other carrying a small backpack, both too tired to do much more than kiss and sleep. The anticipated “booty call” becomes something quieter and more affectionate.</w:t>
      </w:r>
      <w:r/>
    </w:p>
    <w:p>
      <w:pPr>
        <w:pStyle w:val="Heading2"/>
      </w:pPr>
      <w:r>
        <w:t>Why small moments of consent matter</w:t>
      </w:r>
      <w:r/>
    </w:p>
    <w:p>
      <w:r/>
      <w:r>
        <w:t>The following morning, Rick comments on the lack of morning breath, a tiny observation that lands as both funny and intimate. They hurry out for breakfast before Rick heads to the fair, still joking about the fact that they haven’t actually had sex.</w:t>
      </w:r>
      <w:r/>
    </w:p>
    <w:p>
      <w:r/>
      <w:r>
        <w:t>Their repeated check-ins also give the encounter a reassuring shape. Rick asks before kissing him goodbye, while the diarist is open about his schedule and later acknowledges how difficult it can be to read the future of an out-of-town fling.</w:t>
      </w:r>
      <w:r/>
    </w:p>
    <w:p>
      <w:r/>
      <w:r>
        <w:t>Those details matter because casual dating isn’t necessarily careless dating. Clear expectations, basic consideration and a willingness to ask simple questions can make even a brief connection feel safe and memorable.</w:t>
      </w:r>
      <w:r/>
    </w:p>
    <w:p>
      <w:pPr>
        <w:pStyle w:val="Heading2"/>
      </w:pPr>
      <w:r>
        <w:t>Open relationships bring a different kind of honesty</w:t>
      </w:r>
      <w:r/>
    </w:p>
    <w:p>
      <w:r/>
      <w:r>
        <w:t>Ben’s relationship becomes more complicated when the diarist meets Marc, his husband, at a bar after the Folsom Street Fair. The situation initially feels unfamiliar, particularly because Ben remains flirtatious, but conversation soon makes the arrangement seem secure rather than secretive.</w:t>
      </w:r>
      <w:r/>
    </w:p>
    <w:p>
      <w:r/>
      <w:r>
        <w:t>Marc’s relaxed attitude gives the diarist a glimpse of a relationship structure he’s only beginning to understand. Ben isn’t hiding a partner or asking him to pretend one doesn’t exist. Instead, the people involved appear to have negotiated their own boundaries.</w:t>
      </w:r>
      <w:r/>
    </w:p>
    <w:p>
      <w:r/>
      <w:r>
        <w:t>Later, Ben and the diarist spend time together talking about the diarist’s previous relationship and its difficult ending. That conversation may be more significant than the kissing. For someone newly single, being listened to can feel like its own form of closeness.</w:t>
      </w:r>
      <w:r/>
    </w:p>
    <w:p>
      <w:pPr>
        <w:pStyle w:val="Heading2"/>
      </w:pPr>
      <w:r>
        <w:t>A hopeful ending without forcing the future</w:t>
      </w:r>
      <w:r/>
    </w:p>
    <w:p>
      <w:r/>
      <w:r>
        <w:t>By the end of the week, the diarist is juggling messages from Ben, a possible connection with Danny and the lingering possibility of seeing Rick again. Yet he’s less inclined to chase every conversation than he once was.</w:t>
      </w:r>
      <w:r/>
    </w:p>
    <w:p>
      <w:r/>
      <w:r>
        <w:t>That change is subtle but important. When Danny’s messages fade, he doesn’t spiral or try to revive the exchange indefinitely. He lets it end, even while admitting that he likes the man’s scruffy appearance and would have been curious to meet him.</w:t>
      </w:r>
      <w:r/>
    </w:p>
    <w:p>
      <w:r/>
      <w:r>
        <w:t>The broader Sex Diaries project has long turned anonymous weekly accounts into snapshots of changing sexual and romantic life, and it later inspired an HBO series. This latest entry works because it resists a neat conclusion. The diarist wants something lasting, but for now he’s enjoying the freedom to meet someone new, laugh at the awkward bits and let tomorrow remain tomorrow.</w:t>
      </w:r>
      <w:r/>
    </w:p>
    <w:p>
      <w:r/>
      <w:r>
        <w:t>A good week in dating doesn’t always end with a relationship. Sometimes it ends with better questions, a few warm memories and the feeling that life has opened up again.</w:t>
      </w:r>
      <w:r/>
    </w:p>
    <w:p>
      <w:r/>
      <w:r>
        <w:t>Explore connections that feel honest, enjoyable and right for you.</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13">
        <w:r>
          <w:rPr>
            <w:color w:val="0000EE"/>
            <w:u w:val="single"/>
          </w:rPr>
          <w:t>[6]</w:t>
        </w:r>
      </w:hyperlink>
      <w:r>
        <w:t xml:space="preserve">, </w:t>
      </w:r>
      <w:hyperlink r:id="rId9">
        <w:r>
          <w:rPr>
            <w:color w:val="0000EE"/>
            <w:u w:val="single"/>
          </w:rPr>
          <w:t>[7]</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12">
        <w:r>
          <w:rPr>
            <w:color w:val="0000EE"/>
            <w:u w:val="single"/>
          </w:rPr>
          <w:t>[5]</w:t>
        </w:r>
      </w:hyperlink>
      <w:r>
        <w:t xml:space="preserve">, </w:t>
      </w:r>
      <w:hyperlink r:id="rId13">
        <w:r>
          <w:rPr>
            <w:color w:val="0000EE"/>
            <w:u w:val="single"/>
          </w:rPr>
          <w:t>[6]</w:t>
        </w:r>
      </w:hyperlink>
      <w:r>
        <w:t xml:space="preserve">- Paragraph 6: </w:t>
      </w:r>
      <w:hyperlink r:id="rId9">
        <w:r>
          <w:rPr>
            <w:color w:val="0000EE"/>
            <w:u w:val="single"/>
          </w:rPr>
          <w:t>[2]</w:t>
        </w:r>
      </w:hyperlink>
      <w:r>
        <w:t xml:space="preserve">, </w:t>
      </w:r>
      <w:hyperlink r:id="rId9">
        <w:r>
          <w:rPr>
            <w:color w:val="0000EE"/>
            <w:u w:val="single"/>
          </w:rPr>
          <w:t>[7]</w:t>
        </w:r>
      </w:hyperlink>
      <w:r>
        <w:t xml:space="preserve">- Paragraph 7: </w:t>
      </w:r>
      <w:hyperlink r:id="rId10">
        <w:r>
          <w:rPr>
            <w:color w:val="0000EE"/>
            <w:u w:val="single"/>
          </w:rPr>
          <w:t>[3]</w:t>
        </w:r>
      </w:hyperlink>
      <w:r>
        <w:t xml:space="preserve">, </w:t>
      </w:r>
      <w:hyperlink r:id="rId11">
        <w:r>
          <w:rPr>
            <w:color w:val="0000EE"/>
            <w:u w:val="single"/>
          </w:rPr>
          <w:t>[4]</w:t>
        </w:r>
      </w:hyperlink>
      <w:r>
        <w:t xml:space="preserve">- Paragraph 8: </w:t>
      </w:r>
      <w:hyperlink r:id="rId12">
        <w:r>
          <w:rPr>
            <w:color w:val="0000EE"/>
            <w:u w:val="single"/>
          </w:rPr>
          <w:t>[5]</w:t>
        </w:r>
      </w:hyperlink>
      <w:r>
        <w:t xml:space="preserve">, </w:t>
      </w:r>
      <w:hyperlink r:id="rId13">
        <w:r>
          <w:rPr>
            <w:color w:val="0000EE"/>
            <w:u w:val="single"/>
          </w:rPr>
          <w:t>[6]</w:t>
        </w:r>
      </w:hyperlink>
      <w:r>
        <w:t xml:space="preserve">- Paragraph 9: </w:t>
      </w:r>
      <w:hyperlink r:id="rId9">
        <w:r>
          <w:rPr>
            <w:color w:val="0000EE"/>
            <w:u w:val="single"/>
          </w:rPr>
          <w:t>[2]</w:t>
        </w:r>
      </w:hyperlink>
      <w:r>
        <w:t xml:space="preserve">, </w:t>
      </w:r>
      <w:hyperlink r:id="rId9">
        <w:r>
          <w:rPr>
            <w:color w:val="0000EE"/>
            <w:u w:val="single"/>
          </w:rPr>
          <w:t>[7]</w:t>
        </w:r>
      </w:hyperlink>
      <w:r>
        <w:t xml:space="preserve">- Paragraph 10: </w:t>
      </w:r>
      <w:hyperlink r:id="rId10">
        <w:r>
          <w:rPr>
            <w:color w:val="0000EE"/>
            <w:u w:val="single"/>
          </w:rPr>
          <w:t>[3]</w:t>
        </w:r>
      </w:hyperlink>
      <w:r>
        <w:t xml:space="preserve">, </w:t>
      </w:r>
      <w:hyperlink r:id="rId12">
        <w:r>
          <w:rPr>
            <w:color w:val="0000EE"/>
            <w:u w:val="single"/>
          </w:rPr>
          <w:t>[5]</w:t>
        </w:r>
      </w:hyperlink>
      <w:r>
        <w:t xml:space="preserve">- Paragraph 11: </w:t>
      </w:r>
      <w:hyperlink r:id="rId11">
        <w:r>
          <w:rPr>
            <w:color w:val="0000EE"/>
            <w:u w:val="single"/>
          </w:rPr>
          <w:t>[4]</w:t>
        </w:r>
      </w:hyperlink>
      <w:r>
        <w:t xml:space="preserve">, </w:t>
      </w:r>
      <w:hyperlink r:id="rId13">
        <w:r>
          <w:rPr>
            <w:color w:val="0000EE"/>
            <w:u w:val="single"/>
          </w:rPr>
          <w:t>[6]</w:t>
        </w:r>
      </w:hyperlink>
      <w:r>
        <w:t xml:space="preserve">- Paragraph 12: </w:t>
      </w:r>
      <w:hyperlink r:id="rId9">
        <w:r>
          <w:rPr>
            <w:color w:val="0000EE"/>
            <w:u w:val="single"/>
          </w:rPr>
          <w:t>[2]</w:t>
        </w:r>
      </w:hyperlink>
      <w:r>
        <w:t xml:space="preserve">, </w:t>
      </w:r>
      <w:hyperlink r:id="rId10">
        <w:r>
          <w:rPr>
            <w:color w:val="0000EE"/>
            <w:u w:val="single"/>
          </w:rPr>
          <w:t>[3]</w:t>
        </w:r>
      </w:hyperlink>
      <w:r>
        <w:t xml:space="preserve">- Paragraph 13: </w:t>
      </w:r>
      <w:hyperlink r:id="rId12">
        <w:r>
          <w:rPr>
            <w:color w:val="0000EE"/>
            <w:u w:val="single"/>
          </w:rPr>
          <w:t>[5]</w:t>
        </w:r>
      </w:hyperlink>
      <w:r>
        <w:t xml:space="preserve">, </w:t>
      </w:r>
      <w:hyperlink r:id="rId9">
        <w:r>
          <w:rPr>
            <w:color w:val="0000EE"/>
            <w:u w:val="single"/>
          </w:rPr>
          <w:t>[7]</w:t>
        </w:r>
      </w:hyperlink>
      <w:r>
        <w:t xml:space="preserve">- Paragraph 14: </w:t>
      </w:r>
      <w:hyperlink r:id="rId9">
        <w:r>
          <w:rPr>
            <w:color w:val="0000EE"/>
            <w:u w:val="single"/>
          </w:rPr>
          <w:t>[2]</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https://www.thecut.com/article/new-sex-diaries-story-the-man-wearing-a-suit-for-a-booty-call.html</w:t>
        </w:r>
      </w:hyperlink>
      <w:r>
        <w:t xml:space="preserve"> - Please view link - unable to able to access data</w:t>
      </w:r>
      <w:r/>
    </w:p>
    <w:p>
      <w:pPr>
        <w:pStyle w:val="ListNumber"/>
        <w:spacing w:line="240" w:lineRule="auto"/>
        <w:ind w:left="720"/>
      </w:pPr>
      <w:r/>
      <w:hyperlink r:id="rId9">
        <w:r>
          <w:rPr>
            <w:color w:val="0000EE"/>
            <w:u w:val="single"/>
          </w:rPr>
          <w:t>https://www.thecut.com/article/new-sex-diaries-story-the-man-wearing-a-suit-for-a-booty-call.html</w:t>
        </w:r>
      </w:hyperlink>
      <w:r>
        <w:t xml:space="preserve"> - In this week's 'Sex Diaries' column, a 37-year-old software engineer from San Francisco recounts a week in his life, detailing his experiences with dating, relationships, and personal reflections. The narrative offers an intimate look into his daily routines, interactions, and the complexities of modern relationships, providing readers with a candid and personal perspective on love and intimacy.</w:t>
      </w:r>
      <w:r/>
    </w:p>
    <w:p>
      <w:pPr>
        <w:pStyle w:val="ListNumber"/>
        <w:spacing w:line="240" w:lineRule="auto"/>
        <w:ind w:left="720"/>
      </w:pPr>
      <w:r/>
      <w:hyperlink r:id="rId10">
        <w:r>
          <w:rPr>
            <w:color w:val="0000EE"/>
            <w:u w:val="single"/>
          </w:rPr>
          <w:t>https://www.voxmedia.com/2022/12/16/23512754/vox-media-studios-and-new-york-magazine-celebrate-the-premiere-of-sex-diaries-on-hbo</w:t>
        </w:r>
      </w:hyperlink>
      <w:r>
        <w:t xml:space="preserve"> - Vox Media Studios and New York Magazine announced the premiere of 'Sex Diaries,' a new docuseries based on the popular New York Magazine column. The series, which premiered on December 16, 2022, chronicles eight New Yorkers navigating sex and dating in the city, offering intimate profiles woven together with video diaries that share personal reflections on dating, cultivating relationships, and exploring sexual desire.</w:t>
      </w:r>
      <w:r/>
    </w:p>
    <w:p>
      <w:pPr>
        <w:pStyle w:val="ListNumber"/>
        <w:spacing w:line="240" w:lineRule="auto"/>
        <w:ind w:left="720"/>
      </w:pPr>
      <w:r/>
      <w:hyperlink r:id="rId11">
        <w:r>
          <w:rPr>
            <w:color w:val="0000EE"/>
            <w:u w:val="single"/>
          </w:rPr>
          <w:t>https://www.tvtango.com/series/sex_diaries_2022</w:t>
        </w:r>
      </w:hyperlink>
      <w:r>
        <w:t xml:space="preserve"> - TV Tango provides an overview of 'Sex Diaries,' a docuseries that premiered on December 16, 2022, on HBO. The series is based on Alyssa Shelasky's column about sex and dating in New York Magazine. Each episode features two stories, including 'The Bartender Seeking Lovers' and 'The Educator Exploring Open Relationships,' offering a contemporary look at a search for connection and unique explorations of sex, intimacy, and relationships today.</w:t>
      </w:r>
      <w:r/>
    </w:p>
    <w:p>
      <w:pPr>
        <w:pStyle w:val="ListNumber"/>
        <w:spacing w:line="240" w:lineRule="auto"/>
        <w:ind w:left="720"/>
      </w:pPr>
      <w:r/>
      <w:hyperlink r:id="rId12">
        <w:r>
          <w:rPr>
            <w:color w:val="0000EE"/>
            <w:u w:val="single"/>
          </w:rPr>
          <w:t>https://studios.voxmedia.com/show/sex-diaries.html</w:t>
        </w:r>
      </w:hyperlink>
      <w:r>
        <w:t xml:space="preserve"> - Vox Media Studios presents 'Sex Diaries,' a docuseries that chronicles eight New Yorkers in short, intimate profiles as they navigate sex and dating in the city. The series offers a contemporary look at a search for connection, providing unique explorations of sex, intimacy, and relationships today. The verité portraits are woven together with video diaries that share personal reflections on dating, cultivating relationships, and exploring sexual desire.</w:t>
      </w:r>
      <w:r/>
    </w:p>
    <w:p>
      <w:pPr>
        <w:pStyle w:val="ListNumber"/>
        <w:spacing w:line="240" w:lineRule="auto"/>
        <w:ind w:left="720"/>
      </w:pPr>
      <w:r/>
      <w:hyperlink r:id="rId13">
        <w:r>
          <w:rPr>
            <w:color w:val="0000EE"/>
            <w:u w:val="single"/>
          </w:rPr>
          <w:t>https://www.rottentomatoes.com/tv/sex_diaries</w:t>
        </w:r>
      </w:hyperlink>
      <w:r>
        <w:t xml:space="preserve"> - Rotten Tomatoes provides information on 'Sex Diaries,' a docuseries based on New York Magazine's column about sex and dating. Each episode is structured as a diary, chronologically weaving two subjects' stories and outlining a week in the lives of everyday New Yorkers as they navigate their sex and love lives. The series premiered on HBO Max on December 16, 2022, and is available to stream with a subscription.</w:t>
      </w:r>
      <w:r/>
    </w:p>
    <w:p>
      <w:pPr>
        <w:pStyle w:val="ListNumber"/>
        <w:spacing w:line="240" w:lineRule="auto"/>
        <w:ind w:left="720"/>
      </w:pPr>
      <w:r/>
      <w:hyperlink r:id="rId9">
        <w:r>
          <w:rPr>
            <w:color w:val="0000EE"/>
            <w:u w:val="single"/>
          </w:rPr>
          <w:t>https://www.thecut.com/article/new-sex-diaries-story-the-man-wearing-a-suit-for-a-booty-call.html</w:t>
        </w:r>
      </w:hyperlink>
      <w:r>
        <w:t xml:space="preserve"> - In this week's 'Sex Diaries' column, a 37-year-old software engineer from San Francisco recounts a week in his life, detailing his experiences with dating, relationships, and personal reflections. The narrative offers an intimate look into his daily routines, interactions, and the complexities of modern relationships, providing readers with a candid and personal perspective on love and intimacy.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cut.com/article/new-sex-diaries-story-the-man-wearing-a-suit-for-a-booty-call.html" TargetMode="External"/><Relationship Id="rId10" Type="http://schemas.openxmlformats.org/officeDocument/2006/relationships/hyperlink" Target="https://www.voxmedia.com/2022/12/16/23512754/vox-media-studios-and-new-york-magazine-celebrate-the-premiere-of-sex-diaries-on-hbo" TargetMode="External"/><Relationship Id="rId11" Type="http://schemas.openxmlformats.org/officeDocument/2006/relationships/hyperlink" Target="https://www.tvtango.com/series/sex_diaries_2022" TargetMode="External"/><Relationship Id="rId12" Type="http://schemas.openxmlformats.org/officeDocument/2006/relationships/hyperlink" Target="https://studios.voxmedia.com/show/sex-diaries.html" TargetMode="External"/><Relationship Id="rId13" Type="http://schemas.openxmlformats.org/officeDocument/2006/relationships/hyperlink" Target="https://www.rottentomatoes.com/tv/sex_diari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