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Pittsburgh HIV Benefit Celebrates Community Through Cabaret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gathered in Pittsburgh for Shepherd Wellness Community's Red Ribbon Benefit, a lively cabaret-style fundraiser blending music, fashion and heartfelt recognition. The popular evening raised the profile of HIV wellness work while offering guests something warmer than a standard charity dinner: connection, celebration and a reminder that community care still matters.</w:t>
      </w:r>
      <w:r/>
    </w:p>
    <w:p>
      <w:pPr>
        <w:pStyle w:val="Heading2"/>
      </w:pPr>
      <w:r>
        <w:t>A cabaret with plenty of heart</w:t>
      </w:r>
      <w:r/>
    </w:p>
    <w:p>
      <w:r/>
      <w:r>
        <w:t>The room came alive with song, dance, fashion and theatrical flair as more than 120 supporters attended Shepherd Wellness Community's Red Ribbon Benefit. Hosted by Pittsburgh favourites Dixie Surewood and Vaughn Hudspath, the event swapped the usual formal fundraiser script for something brighter, bolder and considerably more entertaining.</w:t>
      </w:r>
      <w:r/>
    </w:p>
    <w:p>
      <w:r/>
      <w:r>
        <w:t>That choice felt fitting for an organisation whose work centres on dignity and belonging. Rather than simply asking guests to donate, the evening invited them to celebrate the people and relationships that keep the community strong.</w:t>
      </w:r>
      <w:r/>
    </w:p>
    <w:p>
      <w:pPr>
        <w:pStyle w:val="Heading2"/>
      </w:pPr>
      <w:r>
        <w:t>Why Shepherd Wellness Community's work matters</w:t>
      </w:r>
      <w:r/>
    </w:p>
    <w:p>
      <w:r/>
      <w:r>
        <w:t>Shepherd Wellness Community supports people living with HIV/AIDS, helping them improve their wellbeing while creating space for friendship, practical support and inclusion. The organisation has served the community for decades, making the benefit part fundraiser, part social gathering and part statement of continued commitment.</w:t>
      </w:r>
      <w:r/>
    </w:p>
    <w:p>
      <w:r/>
      <w:r>
        <w:t>With its 40th anniversary approaching in 2027, the occasion also offered a useful moment to look backwards and forwards. HIV care has changed dramatically, but emotional support, stigma reduction and human connection remain essential parts of living well.</w:t>
      </w:r>
      <w:r/>
    </w:p>
    <w:p>
      <w:pPr>
        <w:pStyle w:val="Heading2"/>
      </w:pPr>
      <w:r>
        <w:t>Three community champions recognised</w:t>
      </w:r>
      <w:r/>
    </w:p>
    <w:p>
      <w:r/>
      <w:r>
        <w:t>The benefit also honoured three people whose contributions have made a lasting difference. Bill Friedlander and Jim Edmonds-Harpster were recognised for their dedicated service to Shepherd Wellness Community, while Dr Deborah McMahon received recognition for her wider contribution to the HIV community.</w:t>
      </w:r>
      <w:r/>
    </w:p>
    <w:p>
      <w:r/>
      <w:r>
        <w:t>Awards like these can easily become a brief pause between courses, but here they carried real weight. They highlighted the often-unseen work behind a community organisation, from steady volunteering and advocacy to professional expertise and long-term commitment.</w:t>
      </w:r>
      <w:r/>
    </w:p>
    <w:p>
      <w:pPr>
        <w:pStyle w:val="Heading2"/>
      </w:pPr>
      <w:r>
        <w:t>Entertainment made the message memorable</w:t>
      </w:r>
      <w:r/>
    </w:p>
    <w:p>
      <w:r/>
      <w:r>
        <w:t>A community cabaret brings a different energy to fundraising. The combination of polished performances, colourful fashion and familiar local hosts gave the night a celebratory, almost theatrical texture, while keeping the cause at its centre.</w:t>
      </w:r>
      <w:r/>
    </w:p>
    <w:p>
      <w:r/>
      <w:r>
        <w:t>That balance matters. Guests are more likely to remember a fundraiser when it feels personal and joyful, not merely transactional. A warm room, a strong performance and a shared sense of purpose can turn a donation into a lasting connection.</w:t>
      </w:r>
      <w:r/>
    </w:p>
    <w:p>
      <w:pPr>
        <w:pStyle w:val="Heading2"/>
      </w:pPr>
      <w:r>
        <w:t>Looking towards the next milestone</w:t>
      </w:r>
      <w:r/>
    </w:p>
    <w:p>
      <w:r/>
      <w:r>
        <w:t>As Shepherd Wellness Community moves towards its 40th anniversary, the Red Ribbon Benefit showed that its mission remains rooted in both care and community spirit. The evening celebrated past service, thanked current supporters and quietly underlined the work still ahead.</w:t>
      </w:r>
      <w:r/>
    </w:p>
    <w:p>
      <w:r/>
      <w:r>
        <w:t>For those who couldn't attend, the wider message is straightforward: supporting HIV wellness means backing health, dignity and belonging together. That is a cause worth making some noise about.</w:t>
      </w:r>
      <w:r/>
    </w:p>
    <w:p>
      <w:r/>
      <w:r>
        <w:t>It's a small reminder that community care can be both serious work and a joyful night out.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[3]</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2">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https://qburgh.com/faces-places-shepherd-wellness-red-ribbon-benefit/</w:t>
        </w:r>
      </w:hyperlink>
      <w:r>
        <w:t xml:space="preserve"> - Please view link - unable to able to access data</w:t>
      </w:r>
      <w:r/>
    </w:p>
    <w:p>
      <w:pPr>
        <w:pStyle w:val="ListNumber"/>
        <w:spacing w:line="240" w:lineRule="auto"/>
        <w:ind w:left="720"/>
      </w:pPr>
      <w:r/>
      <w:hyperlink r:id="rId10">
        <w:r>
          <w:rPr>
            <w:color w:val="0000EE"/>
            <w:u w:val="single"/>
          </w:rPr>
          <w:t>https://swconline.org/fundraisers/rrb2026/</w:t>
        </w:r>
      </w:hyperlink>
      <w:r>
        <w:t xml:space="preserve"> - The Shepherd Wellness Community (SWC) is hosting its 2026 Red Ribbon Benefit: A Community Cabaret on Thursday, October 8th, from 5:30 to 9:00 pm. The event will feature music, dance, fashion, food, and community support for individuals living with HIV/AIDS. Tickets are available for purchase, with proceeds supporting SWC's wellness dinners, HIV support groups, health education, and social gatherings. The benefit will also honour Bill Friedlander for his dedicated service and Dr. Deborah McMahon for her contributions to the HIV/AIDS community.</w:t>
      </w:r>
      <w:r/>
    </w:p>
    <w:p>
      <w:pPr>
        <w:pStyle w:val="ListNumber"/>
        <w:spacing w:line="240" w:lineRule="auto"/>
        <w:ind w:left="720"/>
      </w:pPr>
      <w:r/>
      <w:hyperlink r:id="rId12">
        <w:r>
          <w:rPr>
            <w:color w:val="0000EE"/>
            <w:u w:val="single"/>
          </w:rPr>
          <w:t>https://swconline.org/</w:t>
        </w:r>
      </w:hyperlink>
      <w:r>
        <w:t xml:space="preserve"> - Shepherd Wellness Community is the only HIV/AIDS community in western Pennsylvania. Since its founding in 1987, SWC has been dedicated to helping people living with HIV improve their wellness. The organisation offers wellness dinners, HIV support groups, health education, and safe social gatherings for its members. SWC continues to provide a supportive, caring community for individuals living with HIV, fostering connection, dignity, and belonging.</w:t>
      </w:r>
      <w:r/>
    </w:p>
    <w:p>
      <w:pPr>
        <w:pStyle w:val="ListNumber"/>
        <w:spacing w:line="240" w:lineRule="auto"/>
        <w:ind w:left="720"/>
      </w:pPr>
      <w:r/>
      <w:hyperlink r:id="rId11">
        <w:r>
          <w:rPr>
            <w:color w:val="0000EE"/>
            <w:u w:val="single"/>
          </w:rPr>
          <w:t>https://happeningnext.com/event/shepherd-wellness-community-red-ribbon-benefit-a-community-cabaret-eid3a0e5j8pwb</w:t>
        </w:r>
      </w:hyperlink>
      <w:r>
        <w:t xml:space="preserve"> - The Shepherd Wellness Community is hosting its Red Ribbon Benefit: A Community Cabaret on Thursday, October 8, 2026, from 6:30 pm to 9:00 pm at 4905 5th Ave, Pittsburgh, PA 15213-2941, United States. The event will feature music, dance, fashion, food, and community support for individuals living with HIV/AIDS. The benefit will also honour Bill Friedlander for his dedicated service and Dr. Deborah McMahon for her contributions to the HIV/AIDS community.</w:t>
      </w:r>
      <w:r/>
    </w:p>
    <w:p>
      <w:pPr>
        <w:pStyle w:val="ListNumber"/>
        <w:spacing w:line="240" w:lineRule="auto"/>
        <w:ind w:left="720"/>
      </w:pPr>
      <w:r/>
      <w:hyperlink r:id="rId13">
        <w:r>
          <w:rPr>
            <w:color w:val="0000EE"/>
            <w:u w:val="single"/>
          </w:rPr>
          <w:t>https://qburgh.com/event/red-ribbon-benefit-a-community-cabaret/</w:t>
        </w:r>
      </w:hyperlink>
      <w:r>
        <w:t xml:space="preserve"> - The Shepherd Wellness Community is hosting its Red Ribbon Benefit: A Community Cabaret on October 8, 2026, from 5:30 pm to 9:00 pm at Rodef Shalom Congregation, 4905 Fifth Avenue, Pittsburgh, PA. The event will feature music, dance, fashion, food, and community support for individuals living with HIV/AIDS. The benefit will also honour Bill Friedlander for his dedicated service and Dr. Deborah McMahon for her contributions to the HIV/AIDS community.</w:t>
      </w:r>
      <w:r/>
    </w:p>
    <w:p>
      <w:pPr>
        <w:pStyle w:val="ListNumber"/>
        <w:spacing w:line="240" w:lineRule="auto"/>
        <w:ind w:left="720"/>
      </w:pPr>
      <w:r/>
      <w:hyperlink r:id="rId14">
        <w:r>
          <w:rPr>
            <w:color w:val="0000EE"/>
            <w:u w:val="single"/>
          </w:rPr>
          <w:t>https://qburgh.com/shepherd-wellness-community-benefit/</w:t>
        </w:r>
      </w:hyperlink>
      <w:r>
        <w:t xml:space="preserve"> - The Shepherd Wellness Community hosted its annual Red Ribbon Benefit on October 9, 2025, featuring performances from the Pittsburgh Ballet Theatre, mezzo-soprano Marianne Cornetti, pianist Jack Kurutz, dance visionary Jesse Factor, and vocalist Richard Teaster. The event honoured individuals whose contributions have deeply shaped Shepherd Wellness Community and the broader HIV/AIDS community in Pittsburgh.</w:t>
      </w:r>
      <w:r/>
    </w:p>
    <w:p>
      <w:pPr>
        <w:pStyle w:val="ListNumber"/>
        <w:spacing w:line="240" w:lineRule="auto"/>
        <w:ind w:left="720"/>
      </w:pPr>
      <w:r/>
      <w:hyperlink r:id="rId15">
        <w:r>
          <w:rPr>
            <w:color w:val="0000EE"/>
            <w:u w:val="single"/>
          </w:rPr>
          <w:t>https://www.redribbon.org/</w:t>
        </w:r>
      </w:hyperlink>
      <w:r>
        <w:t xml:space="preserve"> - The Red Ribbon Campaign is the largest drug-use prevention campaign in the United States, taking place each year from October 23 through 31. The campaign aims to inspire children to be brave and stay drug-free, with activities such as the National Red Ribbon Photo Contest, where participants can win prizes for decorating their homes or schools in support of the campaign's theme.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faces-places-shepherd-wellness-red-ribbon-benefit/" TargetMode="External"/><Relationship Id="rId10" Type="http://schemas.openxmlformats.org/officeDocument/2006/relationships/hyperlink" Target="https://swconline.org/fundraisers/rrb2026/" TargetMode="External"/><Relationship Id="rId11" Type="http://schemas.openxmlformats.org/officeDocument/2006/relationships/hyperlink" Target="https://happeningnext.com/event/shepherd-wellness-community-red-ribbon-benefit-a-community-cabaret-eid3a0e5j8pwb" TargetMode="External"/><Relationship Id="rId12" Type="http://schemas.openxmlformats.org/officeDocument/2006/relationships/hyperlink" Target="https://swconline.org/" TargetMode="External"/><Relationship Id="rId13" Type="http://schemas.openxmlformats.org/officeDocument/2006/relationships/hyperlink" Target="https://qburgh.com/event/red-ribbon-benefit-a-community-cabaret/" TargetMode="External"/><Relationship Id="rId14" Type="http://schemas.openxmlformats.org/officeDocument/2006/relationships/hyperlink" Target="https://qburgh.com/shepherd-wellness-community-benefit/" TargetMode="External"/><Relationship Id="rId15" Type="http://schemas.openxmlformats.org/officeDocument/2006/relationships/hyperlink" Target="https://www.redribbo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