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Nîmes radical Pride puts LGBTQIA+ rights at centre stage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Hundreds of people took to the streets of Nîmes on Saturday 10 October for Fiertés Vénères, a politically focused Pride bringing together LGBTQIA+ campaigners, anti-fascist groups and supporters of Palestine. With glitter, placards and determined slogans, the march showed why Pride remains both a celebration and a protest.</w:t>
      </w:r>
      <w:r/>
    </w:p>
    <w:p>
      <w:pPr>
        <w:pStyle w:val="Heading2"/>
      </w:pPr>
      <w:r>
        <w:t>Essential Takeaways</w:t>
      </w:r>
      <w:r/>
      <w:r/>
    </w:p>
    <w:p>
      <w:pPr>
        <w:pStyle w:val="ListBullet"/>
        <w:spacing w:line="240" w:lineRule="auto"/>
        <w:ind w:left="720"/>
      </w:pPr>
      <w:r/>
      <w:r>
        <w:rPr>
          <w:b/>
        </w:rPr>
        <w:t>A sizeable turnout:</w:t>
      </w:r>
      <w:r>
        <w:t xml:space="preserve"> Several hundred people joined the march through central Nîmes.</w:t>
      </w:r>
      <w:r/>
    </w:p>
    <w:p>
      <w:pPr>
        <w:pStyle w:val="ListBullet"/>
        <w:spacing w:line="240" w:lineRule="auto"/>
        <w:ind w:left="720"/>
      </w:pPr>
      <w:r/>
      <w:r>
        <w:rPr>
          <w:b/>
        </w:rPr>
        <w:t>More than a party:</w:t>
      </w:r>
      <w:r>
        <w:t xml:space="preserve"> Organisers framed the event around discrimination, racism, police violence and LGBTQIA+ rights.</w:t>
      </w:r>
      <w:r/>
    </w:p>
    <w:p>
      <w:pPr>
        <w:pStyle w:val="ListBullet"/>
        <w:spacing w:line="240" w:lineRule="auto"/>
        <w:ind w:left="720"/>
      </w:pPr>
      <w:r/>
      <w:r>
        <w:rPr>
          <w:b/>
        </w:rPr>
        <w:t>Broad backing:</w:t>
      </w:r>
      <w:r>
        <w:t xml:space="preserve"> Around 40 associations from across southern France supported the gathering.</w:t>
      </w:r>
      <w:r/>
    </w:p>
    <w:p>
      <w:pPr>
        <w:pStyle w:val="ListBullet"/>
        <w:spacing w:line="240" w:lineRule="auto"/>
        <w:ind w:left="720"/>
      </w:pPr>
      <w:r/>
      <w:r>
        <w:rPr>
          <w:b/>
        </w:rPr>
        <w:t>A colourful protest:</w:t>
      </w:r>
      <w:r>
        <w:t xml:space="preserve"> Make-up, sequins and bold banners gave the demonstration a bright, energetic feel.</w:t>
      </w:r>
      <w:r/>
    </w:p>
    <w:p>
      <w:pPr>
        <w:pStyle w:val="ListBullet"/>
        <w:spacing w:line="240" w:lineRule="auto"/>
        <w:ind w:left="720"/>
      </w:pPr>
      <w:r/>
      <w:r>
        <w:rPr>
          <w:b/>
        </w:rPr>
        <w:t>A wider political message:</w:t>
      </w:r>
      <w:r>
        <w:t xml:space="preserve"> The march also expressed opposition to the far right and solidarity with Palestine.</w:t>
      </w:r>
      <w:r/>
      <w:r/>
    </w:p>
    <w:p>
      <w:pPr>
        <w:pStyle w:val="Heading2"/>
      </w:pPr>
      <w:r>
        <w:t>Nîmes Pride took a distinctly political turn</w:t>
      </w:r>
      <w:r/>
    </w:p>
    <w:p>
      <w:r/>
      <w:r>
        <w:t>The march began at Place Jules-Guesde, where a colourful crowd gathered beneath a forest of placards and flags. Sequins and face paint brought a celebratory sparkle, but the atmosphere was purposeful rather than purely festive.</w:t>
      </w:r>
      <w:r/>
    </w:p>
    <w:p>
      <w:r/>
      <w:r>
        <w:t>Fiertés Vénères was organised by the Nîmes anti-fascist and queer collective, with support from dozens of organisations across southern France. Event information published by the organisers described the gathering as a radical Pride rooted in collective action and opposition to discrimination.</w:t>
      </w:r>
      <w:r/>
    </w:p>
    <w:p>
      <w:pPr>
        <w:pStyle w:val="Heading2"/>
      </w:pPr>
      <w:r>
        <w:t>Why this Pride was about more than visibility</w:t>
      </w:r>
      <w:r/>
    </w:p>
    <w:p>
      <w:r/>
      <w:r>
        <w:t>For many participants, being seen is only the starting point. The demonstration challenged attacks on LGBTQIA+ people, racism linked to state institutions and allegations of police violence, while also highlighting the rights of trans people.</w:t>
      </w:r>
      <w:r/>
    </w:p>
    <w:p>
      <w:r/>
      <w:r>
        <w:t>One participant from Montpellier told Midi Libre that a radical Pride should carry demands as well as colour and music. He argued that mainstream celebrations can improve visibility, but politically organised marches are still needed when rights are under pressure.</w:t>
      </w:r>
      <w:r/>
    </w:p>
    <w:p>
      <w:r/>
      <w:r>
        <w:t>That distinction matters. A parade can feel joyful and still ask uncomfortable questions about safety, equality and who gets to live openly without fear.</w:t>
      </w:r>
      <w:r/>
    </w:p>
    <w:p>
      <w:pPr>
        <w:pStyle w:val="Heading2"/>
      </w:pPr>
      <w:r>
        <w:t>A coalition stretching beyond LGBTQIA+ groups</w:t>
      </w:r>
      <w:r/>
    </w:p>
    <w:p>
      <w:r/>
      <w:r>
        <w:t>The support behind Fiertés Vénères reflected a wider alliance between queer, anti-fascist and social-justice organisations. Listings for the event showed it forming part of a broader network of campaigners in the region, rather than standing as an isolated local gathering.</w:t>
      </w:r>
      <w:r/>
    </w:p>
    <w:p>
      <w:r/>
      <w:r>
        <w:t>The march also expressed solidarity with Palestine and opposition to the far right. That combination gave the event a wider political frame, linking LGBTQIA+ liberation with struggles against racism, authoritarianism and discrimination.</w:t>
      </w:r>
      <w:r/>
    </w:p>
    <w:p>
      <w:r/>
      <w:r>
        <w:t>It was a reminder that Pride has never had just one tone. For some, it is a street party; for others, it's a vital annual opportunity to make demands that may otherwise be ignored.</w:t>
      </w:r>
      <w:r/>
    </w:p>
    <w:p>
      <w:pPr>
        <w:pStyle w:val="Heading2"/>
      </w:pPr>
      <w:r>
        <w:t>What makes a radical Pride different?</w:t>
      </w:r>
      <w:r/>
    </w:p>
    <w:p>
      <w:r/>
      <w:r>
        <w:t>The practical difference is visible in the messaging. Alongside celebrations of identity, participants carry statements about trans rights, institutional racism, policing and political violence. The mood can shift quickly from joyful to angry, but that contrast is part of the point.</w:t>
      </w:r>
      <w:r/>
    </w:p>
    <w:p>
      <w:r/>
      <w:r>
        <w:t>Event details shared by the organising collective and local listings presented Fiertés Vénères as a protest built around participation, solidarity and political expression. Supporters say that this format gives people space to speak collectively, rather than reducing Pride to branding or entertainment.</w:t>
      </w:r>
      <w:r/>
    </w:p>
    <w:p>
      <w:r/>
      <w:r>
        <w:t>For anyone attending a similar event, the basics remain simple: check the meeting point, read the organisers' guidance, bring water and stay aware of the group's safety instructions. A comfortable pair of shoes also helps when the slogans continue long after the glitter starts to fade.</w:t>
      </w:r>
      <w:r/>
    </w:p>
    <w:p>
      <w:pPr>
        <w:pStyle w:val="Heading2"/>
      </w:pPr>
      <w:r>
        <w:t>A bright crowd with serious questions</w:t>
      </w:r>
      <w:r/>
    </w:p>
    <w:p>
      <w:r/>
      <w:r>
        <w:t>The Nîmes march combined the visual language people associate with Pride with a sharper call for change. That mix of colour and confrontation made the event feel lively, but it also underlined why campaigners continue to take to the streets.</w:t>
      </w:r>
      <w:r/>
    </w:p>
    <w:p>
      <w:r/>
      <w:r>
        <w:t>As the Pride movement develops across France, gatherings such as Fiertés Vénères are likely to keep pressing the question of what visibility should achieve. Being seen matters, but for many marchers, being heard matters even more.</w:t>
      </w:r>
      <w:r/>
    </w:p>
    <w:p>
      <w:r/>
      <w:r>
        <w:t>Pride is at its strongest when the celebration and the protest can share the same street.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4">
        <w:r>
          <w:rPr>
            <w:color w:val="0000EE"/>
            <w:u w:val="single"/>
          </w:rPr>
          <w:t>[5]</w:t>
        </w:r>
      </w:hyperlink>
      <w:r>
        <w:t xml:space="preserve">- Paragraph 9: </w:t>
      </w:r>
      <w:hyperlink r:id="rId11">
        <w:r>
          <w:rPr>
            <w:color w:val="0000EE"/>
            <w:u w:val="single"/>
          </w:rPr>
          <w:t>[4]</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2">
        <w:r>
          <w:rPr>
            <w:color w:val="0000EE"/>
            <w:u w:val="single"/>
          </w:rPr>
          <w:t>[3]</w:t>
        </w:r>
      </w:hyperlink>
      <w:r>
        <w:t xml:space="preserve">, </w:t>
      </w:r>
      <w:hyperlink r:id="rId14">
        <w:r>
          <w:rPr>
            <w:color w:val="0000EE"/>
            <w:u w:val="single"/>
          </w:rPr>
          <w:t>[5]</w:t>
        </w:r>
      </w:hyperlink>
      <w:r>
        <w:t xml:space="preserve">- Paragraph 12: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https://www.midilibre.fr/2026/10/10/dans-les-rues-de-nimes-sest-tenue-la-manifestation-fiertes-veneres-une-pride-radicale-contre-les-discriminations-13595019.php</w:t>
        </w:r>
      </w:hyperlink>
      <w:r>
        <w:t xml:space="preserve"> - Please view link - unable to able to access data</w:t>
      </w:r>
      <w:r/>
    </w:p>
    <w:p>
      <w:pPr>
        <w:pStyle w:val="ListNumber"/>
        <w:spacing w:line="240" w:lineRule="auto"/>
        <w:ind w:left="720"/>
      </w:pPr>
      <w:r/>
      <w:hyperlink r:id="rId10">
        <w:r>
          <w:rPr>
            <w:color w:val="0000EE"/>
            <w:u w:val="single"/>
          </w:rPr>
          <w:t>https://www.infoccitanie.fr/nimes-une-pride-radicale-du-sud-le-10-octobre/</w:t>
        </w:r>
      </w:hyperlink>
      <w:r>
        <w:t xml:space="preserve"> - On 1 October 2026, InfOccitanie reported that the 'Fiertés Vénères - Pride Radicale du Sud' was scheduled for 10 October in Nîmes. Organised by various collectives, associations, and organisations, including queer, trans, feminist, antifascist, and solidarity groups, the event aimed to offer a politically explicit Pride, intertwining LGBTQIA+ struggles with antifascist and antiracist movements. The organisers expressed concerns over the rise of extreme right-wing ideologies and fascism, seeking to create a space for collective mobilisation in the South of France. The event was set to feature a village associatif from 13:00 to 16:00 at Place Jules Guesde, followed by a manifestation from 16:00 to 18:30, and concluding with the ContraQueer soirée at Bar du Midi from 19:00 onwards. (</w:t>
      </w:r>
      <w:hyperlink r:id="rId16">
        <w:r>
          <w:rPr>
            <w:color w:val="0000EE"/>
            <w:u w:val="single"/>
          </w:rPr>
          <w:t>infoccitanie.fr</w:t>
        </w:r>
      </w:hyperlink>
      <w:r>
        <w:t>)</w:t>
      </w:r>
      <w:r/>
    </w:p>
    <w:p>
      <w:pPr>
        <w:pStyle w:val="ListNumber"/>
        <w:spacing w:line="240" w:lineRule="auto"/>
        <w:ind w:left="720"/>
      </w:pPr>
      <w:r/>
      <w:hyperlink r:id="rId12">
        <w:r>
          <w:rPr>
            <w:color w:val="0000EE"/>
            <w:u w:val="single"/>
          </w:rPr>
          <w:t>https://gard.demosphere.net/rv/10351</w:t>
        </w:r>
      </w:hyperlink>
      <w:r>
        <w:t xml:space="preserve"> - Démosphère Gard &amp; Cévennes published an event listing for the 'Fiertés Vénères - Pride Radicale du Sud de la France' on 10 October 2026 in Nîmes. The event was organised by the Collectif Nîmois Antifasciste et Queer, with support from various associations and collectives. The organisers called for a radical Pride that was not merely festive but carried demands aiming to bring about change. They opposed depoliticised Prides and rejected homonationalism, emphasising the need for collective organisation against fascism. The programme included a village associatif from 13:00 to 16:00 at Place Jules Guesde, a manifestation from 16:00 to 18:30, and the ContraQueer soirée at Bar du Midi from 19:00 onwards. (</w:t>
      </w:r>
      <w:hyperlink r:id="rId17">
        <w:r>
          <w:rPr>
            <w:color w:val="0000EE"/>
            <w:u w:val="single"/>
          </w:rPr>
          <w:t>gard.demosphere.net</w:t>
        </w:r>
      </w:hyperlink>
      <w:r>
        <w:t>)</w:t>
      </w:r>
      <w:r/>
    </w:p>
    <w:p>
      <w:pPr>
        <w:pStyle w:val="ListNumber"/>
        <w:spacing w:line="240" w:lineRule="auto"/>
        <w:ind w:left="720"/>
      </w:pPr>
      <w:r/>
      <w:hyperlink r:id="rId11">
        <w:r>
          <w:rPr>
            <w:color w:val="0000EE"/>
            <w:u w:val="single"/>
          </w:rPr>
          <w:t>https://sites.google.com/view/collectif-cnaq/fiertesveneres</w:t>
        </w:r>
      </w:hyperlink>
      <w:r>
        <w:t xml:space="preserve"> - The Collectif Nîmois Antifasciste et Queer (CNAQ) announced the 'Fiertés Vénères' event on 10 October 2026 in Nîmes. They criticised depoliticised Prides and homonationalism, advocating for a radical Pride that was not just festive but aimed to bring about change. The organisers called for collective organisation against fascism and highlighted the importance of investing in social movements beyond electoral politics. The event featured a village associatif from 13:00 to 16:00 at Place Jules Guesde, a manifestation from 16:00 to 18:30, and the ContraQueer soirée at Bar du Midi from 19:00 onwards. (</w:t>
      </w:r>
      <w:hyperlink r:id="rId18">
        <w:r>
          <w:rPr>
            <w:color w:val="0000EE"/>
            <w:u w:val="single"/>
          </w:rPr>
          <w:t>sites.google.com</w:t>
        </w:r>
      </w:hyperlink>
      <w:r>
        <w:t>)</w:t>
      </w:r>
      <w:r/>
    </w:p>
    <w:p>
      <w:pPr>
        <w:pStyle w:val="ListNumber"/>
        <w:spacing w:line="240" w:lineRule="auto"/>
        <w:ind w:left="720"/>
      </w:pPr>
      <w:r/>
      <w:hyperlink r:id="rId14">
        <w:r>
          <w:rPr>
            <w:color w:val="0000EE"/>
            <w:u w:val="single"/>
          </w:rPr>
          <w:t>https://www.objectifsud.fr/actualites/nimes-les-fiertes-veneres-contre-lextreme-droite-soutiennent-la-palestine-170486.php</w:t>
        </w:r>
      </w:hyperlink>
      <w:r>
        <w:t xml:space="preserve"> - Objectif Sud reported on 10 October 2026 that the 'Fiertés Vénères' took place in Nîmes, organised by seven local structures. This radical Pride defended a conception of LGBTQIA+ struggles inseparable from antifascism. The organisers' call gathered signatures from 43 organisations, extending beyond the Gard region. The event aimed to oppose the far-right and contest the commercialisation of Pride marches, advocating for authentic social mobilisations against fascism, racism, and imperialism. The collective demanded intersectional struggles, including the demedicalisation of transitions, decriminalisation of sex work, an end to police violence, and support for Palestine against Zionist occupation. (</w:t>
      </w:r>
      <w:hyperlink r:id="rId19">
        <w:r>
          <w:rPr>
            <w:color w:val="0000EE"/>
            <w:u w:val="single"/>
          </w:rPr>
          <w:t>objectifsud.fr</w:t>
        </w:r>
      </w:hyperlink>
      <w:r>
        <w:t>)</w:t>
      </w:r>
      <w:r/>
    </w:p>
    <w:p>
      <w:pPr>
        <w:pStyle w:val="ListNumber"/>
        <w:spacing w:line="240" w:lineRule="auto"/>
        <w:ind w:left="720"/>
      </w:pPr>
      <w:r/>
      <w:hyperlink r:id="rId13">
        <w:r>
          <w:rPr>
            <w:color w:val="0000EE"/>
            <w:u w:val="single"/>
          </w:rPr>
          <w:t>https://nimes-evasion.fr/fiertes-veneres-pride-radicale-nimes-programme/</w:t>
        </w:r>
      </w:hyperlink>
      <w:r>
        <w:t xml:space="preserve"> - Nîmes Évasion provided details on 9 October 2026 about the 'Fiertés Vénères', described as the radical Pride of the South of France. Organised by the Collectif Nîmois Antifasciste et Queer, joined by about forty associations from the South of France, the mobilisation linked LGBTQIA+ struggles with antifascist and antiracist movements. The organisers aimed to position themselves against police violence and state racism, against homonationalism and the nationalist and racist instrumentalisation of LGBTQIA+ people, as well as in solidarity with Palestine. The programme included a village associatif from 13:00 to 16:00 at Place Jules-Guesde, a manifestation from 16:00 to 18:30, and the ContraQueer soirée at Bar du Midi from 19:00 onwards. (</w:t>
      </w:r>
      <w:hyperlink r:id="rId20">
        <w:r>
          <w:rPr>
            <w:color w:val="0000EE"/>
            <w:u w:val="single"/>
          </w:rPr>
          <w:t>nimes-evasion.fr</w:t>
        </w:r>
      </w:hyperlink>
      <w:r>
        <w:t>)</w:t>
      </w:r>
      <w:r/>
    </w:p>
    <w:p>
      <w:pPr>
        <w:pStyle w:val="ListNumber"/>
        <w:spacing w:line="240" w:lineRule="auto"/>
        <w:ind w:left="720"/>
      </w:pPr>
      <w:r/>
      <w:hyperlink r:id="rId15">
        <w:r>
          <w:rPr>
            <w:color w:val="0000EE"/>
            <w:u w:val="single"/>
          </w:rPr>
          <w:t>https://www.unenouvelleenergie.fr/event/rentree-politique-nimes/</w:t>
        </w:r>
      </w:hyperlink>
      <w:r>
        <w:t xml:space="preserve"> - Nouvelle Énergie announced an event titled 'Rentrée Politique Nîmes' on 10 October 2026 at 10:30 in Nîmes. The event was an afterwork session to discuss political news and actions related to David Lisnard. It was scheduled to take place at Espace Pablo Neruda, 1 Place Hubert Rouger. (</w:t>
      </w:r>
      <w:hyperlink r:id="rId21">
        <w:r>
          <w:rPr>
            <w:color w:val="0000EE"/>
            <w:u w:val="single"/>
          </w:rPr>
          <w:t>unenouvelleenergie.fr</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idilibre.fr/2026/10/10/dans-les-rues-de-nimes-sest-tenue-la-manifestation-fiertes-veneres-une-pride-radicale-contre-les-discriminations-13595019.php" TargetMode="External"/><Relationship Id="rId10" Type="http://schemas.openxmlformats.org/officeDocument/2006/relationships/hyperlink" Target="https://www.infoccitanie.fr/nimes-une-pride-radicale-du-sud-le-10-octobre/" TargetMode="External"/><Relationship Id="rId11" Type="http://schemas.openxmlformats.org/officeDocument/2006/relationships/hyperlink" Target="https://sites.google.com/view/collectif-cnaq/fiertesveneres" TargetMode="External"/><Relationship Id="rId12" Type="http://schemas.openxmlformats.org/officeDocument/2006/relationships/hyperlink" Target="https://gard.demosphere.net/rv/10351" TargetMode="External"/><Relationship Id="rId13" Type="http://schemas.openxmlformats.org/officeDocument/2006/relationships/hyperlink" Target="https://nimes-evasion.fr/fiertes-veneres-pride-radicale-nimes-programme/" TargetMode="External"/><Relationship Id="rId14" Type="http://schemas.openxmlformats.org/officeDocument/2006/relationships/hyperlink" Target="https://www.objectifsud.fr/actualites/nimes-les-fiertes-veneres-contre-lextreme-droite-soutiennent-la-palestine-170486.php" TargetMode="External"/><Relationship Id="rId15" Type="http://schemas.openxmlformats.org/officeDocument/2006/relationships/hyperlink" Target="https://www.unenouvelleenergie.fr/event/rentree-politique-nimes/" TargetMode="External"/><Relationship Id="rId16" Type="http://schemas.openxmlformats.org/officeDocument/2006/relationships/hyperlink" Target="https://www.infoccitanie.fr/nimes-une-pride-radicale-du-sud-le-10-octobre/?utm_source=openai" TargetMode="External"/><Relationship Id="rId17" Type="http://schemas.openxmlformats.org/officeDocument/2006/relationships/hyperlink" Target="https://gard.demosphere.net/rv/10351?utm_source=openai" TargetMode="External"/><Relationship Id="rId18" Type="http://schemas.openxmlformats.org/officeDocument/2006/relationships/hyperlink" Target="https://sites.google.com/view/collectif-cnaq/fiertesveneres?utm_source=openai" TargetMode="External"/><Relationship Id="rId19" Type="http://schemas.openxmlformats.org/officeDocument/2006/relationships/hyperlink" Target="https://www.objectifsud.fr/actualites/nimes-les-fiertes-veneres-contre-lextreme-droite-soutiennent-la-palestine-170486.php?utm_source=openai" TargetMode="External"/><Relationship Id="rId20" Type="http://schemas.openxmlformats.org/officeDocument/2006/relationships/hyperlink" Target="https://nimes-evasion.fr/fiertes-veneres-pride-radicale-nimes-programme/?utm_source=openai" TargetMode="External"/><Relationship Id="rId21" Type="http://schemas.openxmlformats.org/officeDocument/2006/relationships/hyperlink" Target="https://www.unenouvelleenergie.fr/event/rentree-politique-nime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