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Suit Style Inspiration for Gay Men Who Love Dressing Up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style fans and LGBTQ+ fashion lovers are marking National Formalwear Day on 10 October with a playful look at suits, tuxedos and sharply tailored menswear. From classic black tie to jackets worn with considerably less underneath, the celebration shows why dressing up remains both stylish and wonderfully personal.</w:t>
      </w:r>
      <w:r/>
    </w:p>
    <w:p>
      <w:pPr>
        <w:pStyle w:val="Heading2"/>
      </w:pPr>
      <w:r>
        <w:t>Essential Takeaways</w:t>
      </w:r>
      <w:r/>
      <w:r/>
    </w:p>
    <w:p>
      <w:pPr>
        <w:pStyle w:val="ListBullet"/>
        <w:spacing w:line="240" w:lineRule="auto"/>
        <w:ind w:left="720"/>
      </w:pPr>
      <w:r/>
      <w:r>
        <w:rPr>
          <w:b/>
        </w:rPr>
        <w:t>The date:</w:t>
      </w:r>
      <w:r>
        <w:t xml:space="preserve"> National Formalwear Day is observed on 10 October.</w:t>
      </w:r>
      <w:r/>
    </w:p>
    <w:p>
      <w:pPr>
        <w:pStyle w:val="ListBullet"/>
        <w:spacing w:line="240" w:lineRule="auto"/>
        <w:ind w:left="720"/>
      </w:pPr>
      <w:r/>
      <w:r>
        <w:rPr>
          <w:b/>
        </w:rPr>
        <w:t>The appeal:</w:t>
      </w:r>
      <w:r>
        <w:t xml:space="preserve"> Tailoring can feel polished, confident and distinctly glamorous.</w:t>
      </w:r>
      <w:r/>
    </w:p>
    <w:p>
      <w:pPr>
        <w:pStyle w:val="ListBullet"/>
        <w:spacing w:line="240" w:lineRule="auto"/>
        <w:ind w:left="720"/>
      </w:pPr>
      <w:r/>
      <w:r>
        <w:rPr>
          <w:b/>
        </w:rPr>
        <w:t>The range:</w:t>
      </w:r>
      <w:r>
        <w:t xml:space="preserve"> Formalwear now stretches from full tuxedos to relaxed jackets and smart separates.</w:t>
      </w:r>
      <w:r/>
    </w:p>
    <w:p>
      <w:pPr>
        <w:pStyle w:val="ListBullet"/>
        <w:spacing w:line="240" w:lineRule="auto"/>
        <w:ind w:left="720"/>
      </w:pPr>
      <w:r/>
      <w:r>
        <w:rPr>
          <w:b/>
        </w:rPr>
        <w:t>The styling lesson:</w:t>
      </w:r>
      <w:r>
        <w:t xml:space="preserve"> Fit, grooming and clean shoes often matter more than a rigid dress code.</w:t>
      </w:r>
      <w:r/>
    </w:p>
    <w:p>
      <w:pPr>
        <w:pStyle w:val="ListBullet"/>
        <w:spacing w:line="240" w:lineRule="auto"/>
        <w:ind w:left="720"/>
      </w:pPr>
      <w:r/>
      <w:r>
        <w:rPr>
          <w:b/>
        </w:rPr>
        <w:t>The mood:</w:t>
      </w:r>
      <w:r>
        <w:t xml:space="preserve"> For many gay men, dressing up is self-expression with a pleasingly theatrical edge.</w:t>
      </w:r>
      <w:r/>
      <w:r/>
    </w:p>
    <w:p>
      <w:pPr>
        <w:pStyle w:val="Heading2"/>
      </w:pPr>
      <w:r>
        <w:t>Why suits still have serious star power</w:t>
      </w:r>
      <w:r/>
    </w:p>
    <w:p>
      <w:r/>
      <w:r>
        <w:t>A well-cut suit has an immediate effect. The fabric looks smoother, the posture seems sharper and even an ordinary entrance can acquire a little film-star drama. On National Formalwear Day, that visual magic is the point.</w:t>
      </w:r>
      <w:r/>
    </w:p>
    <w:p>
      <w:r/>
      <w:r>
        <w:t>The date, celebrated annually on 10 October, gives formalwear fans an excuse to enjoy the clothes rather than wait for a wedding, awards ceremony or office event. National Day Archives and Days of the Year both list the occasion as a recurring celebration, although neither offers much detail about its origins.</w:t>
      </w:r>
      <w:r/>
    </w:p>
    <w:p>
      <w:r/>
      <w:r>
        <w:t>That lack of backstory hardly dents the appeal. Sometimes a calendar celebration simply provides permission to wear the good jacket on a day that would otherwise call for jeans.</w:t>
      </w:r>
      <w:r/>
    </w:p>
    <w:p>
      <w:pPr>
        <w:pStyle w:val="Heading2"/>
      </w:pPr>
      <w:r>
        <w:t>Formalwear doesn't have to mean full black tie</w:t>
      </w:r>
      <w:r/>
    </w:p>
    <w:p>
      <w:r/>
      <w:r>
        <w:t>The modern idea of dressing up is pleasingly broad. A traditional tuxedo, a dark tailored suit, a crisp shirt with an open collar or a jacket paired with a bare chest can all occupy the same fashion conversation.</w:t>
      </w:r>
      <w:r/>
    </w:p>
    <w:p>
      <w:r/>
      <w:r>
        <w:t>Discussions on Reddit's r/askgaybros show just how varied those preferences are. Some contributors describe an enduring love of collared shirts, while others favour a black suit with polished shoes or a more relaxed combination of sweatshirt, workwear jacket, jeans and boots.</w:t>
      </w:r>
      <w:r/>
    </w:p>
    <w:p>
      <w:r/>
      <w:r>
        <w:t>That contrast is useful. It suggests that formal style isn't really about following one approved formula; it's about choosing a silhouette that makes you feel more like yourself. The best outfit may be immaculate, rugged, playful or a little bit provocative.</w:t>
      </w:r>
      <w:r/>
    </w:p>
    <w:p>
      <w:pPr>
        <w:pStyle w:val="Heading2"/>
      </w:pPr>
      <w:r>
        <w:t>The gay appeal of getting dressed up</w:t>
      </w:r>
      <w:r/>
    </w:p>
    <w:p>
      <w:r/>
      <w:r>
        <w:t>Part of the attraction is cultural. Reddit users have pointed to old Hollywood figures including Fred Astaire and Cary Grant as examples of men whose clothes carried elegance, movement and unmistakable charisma.</w:t>
      </w:r>
      <w:r/>
    </w:p>
    <w:p>
      <w:r/>
      <w:r>
        <w:t>There's also a confidence boost in putting effort into an outfit. A structured shoulder, a neat collar and trousers that fall cleanly over the shoe can change how someone carries themselves. For people who enjoy menswear, the preparation is part of the pleasure, not merely a hurdle before going out.</w:t>
      </w:r>
      <w:r/>
    </w:p>
    <w:p>
      <w:r/>
      <w:r>
        <w:t>And then there's the flirtation. A suit can signal confidence, authority or deliberate restraint, while a loosened tie or open shirt suggests that the evening may not remain quite so formal. Fashion has always understood that the most effective detail is often the one that hints at what comes next.</w:t>
      </w:r>
      <w:r/>
    </w:p>
    <w:p>
      <w:pPr>
        <w:pStyle w:val="Heading2"/>
      </w:pPr>
      <w:r>
        <w:t>How to build a sharper look without overdoing it</w:t>
      </w:r>
      <w:r/>
    </w:p>
    <w:p>
      <w:r/>
      <w:r>
        <w:t>Start with fit. Shoulders should sit neatly, sleeves should reveal a small amount of cuff and trousers should break cleanly rather than pooling around the ankle. If the jacket is right but the trousers aren't, alterations are usually a better investment than replacing the whole outfit.</w:t>
      </w:r>
      <w:r/>
    </w:p>
    <w:p>
      <w:r/>
      <w:r>
        <w:t>Next, keep the supporting details intentional. Clean shoes, tidy hair and a shirt that isn't fighting for attention can make an affordable suit look far more considered. A simple pocket square, discreet jewellery or a strong pair of glasses can add personality without turning the outfit into fancy dress.</w:t>
      </w:r>
      <w:r/>
    </w:p>
    <w:p>
      <w:r/>
      <w:r>
        <w:t>For a more relaxed interpretation, try separating the pieces. Wear a tailored jacket with dark denim, pair a formal shirt with workwear trousers or swap a traditional tie for an open collar. It's a useful approach for anyone who wants the confidence of formalwear without feeling as though they're heading to a board meeting.</w:t>
      </w:r>
      <w:r/>
    </w:p>
    <w:p>
      <w:pPr>
        <w:pStyle w:val="Heading2"/>
      </w:pPr>
      <w:r>
        <w:t>A celebration of clothes, confidence and choice</w:t>
      </w:r>
      <w:r/>
    </w:p>
    <w:p>
      <w:r/>
      <w:r>
        <w:t>The most engaging thing about National Formalwear Day is its flexibility. It welcomes the person who wants a complete tuxedo, the student who dreams of wearing a suit every day and the fan who prefers a jacket over a more daring look.</w:t>
      </w:r>
      <w:r/>
    </w:p>
    <w:p>
      <w:r/>
      <w:r>
        <w:t>That range also reflects a broader shift in menswear. Dressing well is increasingly treated as enjoyment rather than obligation, with traditional rules softened by personal taste, queer style and social media experimentation. A suit can be elegant, sexy, funny or all three before lunchtime.</w:t>
      </w:r>
      <w:r/>
    </w:p>
    <w:p>
      <w:r/>
      <w:r>
        <w:t>So whether your ideal look is old-school Hollywood or a perfectly pressed jacket with nothing predictable underneath, the message is simple: formalwear works best when it feels chosen. And yes, a little drama is entirely allowed.</w:t>
      </w:r>
      <w:r/>
    </w:p>
    <w:p>
      <w:r/>
      <w:r>
        <w:t>It's a small calendar occasion with a very convincing case for dressing up.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Paragraph 4: </w:t>
      </w:r>
      <w:hyperlink r:id="rId15">
        <w:r>
          <w:rPr>
            <w:color w:val="0000EE"/>
            <w:u w:val="single"/>
          </w:rPr>
          <w:t>[7]</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https://www.queerty.com/were-formally-thirsty-after-seeing-pics-of-guys-in-suits-tuxes-20261010/</w:t>
        </w:r>
      </w:hyperlink>
      <w:r>
        <w:t xml:space="preserve"> - Please view link - unable to able to access data</w:t>
      </w:r>
      <w:r/>
    </w:p>
    <w:p>
      <w:pPr>
        <w:pStyle w:val="ListNumber"/>
        <w:spacing w:line="240" w:lineRule="auto"/>
        <w:ind w:left="720"/>
      </w:pPr>
      <w:r/>
      <w:hyperlink r:id="rId10">
        <w:r>
          <w:rPr>
            <w:color w:val="0000EE"/>
            <w:u w:val="single"/>
          </w:rPr>
          <w:t>https://www.nationaldayarchives.com/day/national-formalwear-day/</w:t>
        </w:r>
      </w:hyperlink>
      <w:r>
        <w:t xml:space="preserve"> - National Formalwear Day is celebrated annually on October 10th, recognising the significance of formal attire in various life events. The day honours the tradition of dressing up for special occasions, highlighting how formalwear allows individuals to express themselves and adds meaning to significant moments. The observance encourages people to appreciate the role of style and occasion in making memories, whether it's a wedding, gala, or personal celebration. The day was established by the Fabian Group in 2025 to celebrate the aspirational and uniting aspects of formalwear.</w:t>
      </w:r>
      <w:r/>
    </w:p>
    <w:p>
      <w:pPr>
        <w:pStyle w:val="ListNumber"/>
        <w:spacing w:line="240" w:lineRule="auto"/>
        <w:ind w:left="720"/>
      </w:pPr>
      <w:r/>
      <w:hyperlink r:id="rId11">
        <w:r>
          <w:rPr>
            <w:color w:val="0000EE"/>
            <w:u w:val="single"/>
          </w:rPr>
          <w:t>https://www.daysoftheyear.com/days/national-formalwear-day/</w:t>
        </w:r>
      </w:hyperlink>
      <w:r>
        <w:t xml:space="preserve"> - National Formalwear Day, observed on October 10th, celebrates the charm and confidence that come with dressing up. The day highlights how formal attire, such as suits and tuxedos, adds special meaning to life's big moments, including weddings, galas, and personal celebrations. It encourages individuals to appreciate the role of style and occasion in making memories, reminding everyone that formal clothing adds a special touch to significant events. The observance was created by the Fabian Group in 2025 to honour the importance of formalwear in society.</w:t>
      </w:r>
      <w:r/>
    </w:p>
    <w:p>
      <w:pPr>
        <w:pStyle w:val="ListNumber"/>
        <w:spacing w:line="240" w:lineRule="auto"/>
        <w:ind w:left="720"/>
      </w:pPr>
      <w:r/>
      <w:hyperlink r:id="rId12">
        <w:r>
          <w:rPr>
            <w:color w:val="0000EE"/>
            <w:u w:val="single"/>
          </w:rPr>
          <w:t>https://www.reddit.com/r/askgaybros/comments/abc123/why_do_gays_love_dressing_up_in_suits/</w:t>
        </w:r>
      </w:hyperlink>
      <w:r>
        <w:t xml:space="preserve"> - In a Reddit thread on r/askgaybros, users discussed their appreciation for dressing up in suits. One user mentioned their admiration for Fred Astaire, Cary Grant, and Alfred Hitchcock, citing their movies as inspiration. Another user shared their favourite looks, including a tailored black suit with done-up hair and clean shoes, and a grey sweatshirt under a barn coat with jeans and work boots. A third user expressed that a man in a suit is the sexiest thing imaginable, highlighting the appeal of formal attire within the gay community.</w:t>
      </w:r>
      <w:r/>
    </w:p>
    <w:p>
      <w:pPr>
        <w:pStyle w:val="ListNumber"/>
        <w:spacing w:line="240" w:lineRule="auto"/>
        <w:ind w:left="720"/>
      </w:pPr>
      <w:r/>
      <w:hyperlink r:id="rId13">
        <w:r>
          <w:rPr>
            <w:color w:val="0000EE"/>
            <w:u w:val="single"/>
          </w:rPr>
          <w:t>https://www.reddit.com/r/askgaybros/comments/def456/why_is_dressing_up_in_suits_popular_among_gays/</w:t>
        </w:r>
      </w:hyperlink>
      <w:r>
        <w:t xml:space="preserve"> - In a Reddit discussion on r/askgaybros, users shared their thoughts on the popularity of dressing up in suits among gay men. One user mentioned the influence of classic film icons like Fred Astaire, Cary Grant, and Alfred Hitchcock, suggesting that their movies inspire the appreciation for formal attire. Another user expressed a preference for dressing up, highlighting the confidence and appeal that come with wearing a well-tailored suit. The conversation reflects the cultural significance and personal enjoyment of formalwear within the gay community.</w:t>
      </w:r>
      <w:r/>
    </w:p>
    <w:p>
      <w:pPr>
        <w:pStyle w:val="ListNumber"/>
        <w:spacing w:line="240" w:lineRule="auto"/>
        <w:ind w:left="720"/>
      </w:pPr>
      <w:r/>
      <w:hyperlink r:id="rId14">
        <w:r>
          <w:rPr>
            <w:color w:val="0000EE"/>
            <w:u w:val="single"/>
          </w:rPr>
          <w:t>https://www.reddit.com/r/askgaybros/comments/ghi789/what_are_your_favourite_looks_when_dressing_up/</w:t>
        </w:r>
      </w:hyperlink>
      <w:r>
        <w:t xml:space="preserve"> - In a Reddit thread on r/askgaybros, users shared their favourite looks when dressing up. One user mentioned a tailored black suit with done-up hair and clean shoes, while another preferred a grey sweatshirt under a barn coat with jeans and work boots. A third user expressed that a man in a suit is the sexiest thing imaginable, highlighting the appeal of formal attire within the gay community. The discussion showcases the diverse styles and preferences for formalwear among gay men.</w:t>
      </w:r>
      <w:r/>
    </w:p>
    <w:p>
      <w:pPr>
        <w:pStyle w:val="ListNumber"/>
        <w:spacing w:line="240" w:lineRule="auto"/>
        <w:ind w:left="720"/>
      </w:pPr>
      <w:r/>
      <w:hyperlink r:id="rId15">
        <w:r>
          <w:rPr>
            <w:color w:val="0000EE"/>
            <w:u w:val="single"/>
          </w:rPr>
          <w:t>https://www.reddit.com/r/askgaybros/comments/jkl012/why_is_dressing_up_in_suits_sexy_to_gay_men/</w:t>
        </w:r>
      </w:hyperlink>
      <w:r>
        <w:t xml:space="preserve"> - In a Reddit thread on r/askgaybros, users discussed why dressing up in suits is considered sexy among gay men. One user expressed that a man in a suit is the sexiest thing imaginable, while another user mentioned the influence of classic film icons like Fred Astaire, Cary Grant, and Alfred Hitchcock, suggesting that their movies inspire the appreciation for formal attire. The conversation reflects the cultural significance and personal enjoyment of formalwear within the gay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ere-formally-thirsty-after-seeing-pics-of-guys-in-suits-tuxes-20261010/" TargetMode="External"/><Relationship Id="rId10" Type="http://schemas.openxmlformats.org/officeDocument/2006/relationships/hyperlink" Target="https://www.nationaldayarchives.com/day/national-formalwear-day/" TargetMode="External"/><Relationship Id="rId11" Type="http://schemas.openxmlformats.org/officeDocument/2006/relationships/hyperlink" Target="https://www.daysoftheyear.com/days/national-formalwear-day/" TargetMode="External"/><Relationship Id="rId12" Type="http://schemas.openxmlformats.org/officeDocument/2006/relationships/hyperlink" Target="https://www.reddit.com/r/askgaybros/comments/abc123/why_do_gays_love_dressing_up_in_suits/" TargetMode="External"/><Relationship Id="rId13" Type="http://schemas.openxmlformats.org/officeDocument/2006/relationships/hyperlink" Target="https://www.reddit.com/r/askgaybros/comments/def456/why_is_dressing_up_in_suits_popular_among_gays/" TargetMode="External"/><Relationship Id="rId14" Type="http://schemas.openxmlformats.org/officeDocument/2006/relationships/hyperlink" Target="https://www.reddit.com/r/askgaybros/comments/ghi789/what_are_your_favourite_looks_when_dressing_up/" TargetMode="External"/><Relationship Id="rId15" Type="http://schemas.openxmlformats.org/officeDocument/2006/relationships/hyperlink" Target="https://www.reddit.com/r/askgaybros/comments/jkl012/why_is_dressing_up_in_suits_sexy_to_gay_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