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Entertainment Picks and Culture Moments This Week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of queer entertainment have plenty to enjoy this week, from Murray Hill's candid memoir and Troye Sivan merchandise to drag brunch joy, cult cinema and a campy Rocky Horror revival. Here's why these colourful books, shows and cultural moments are proving especially hard to ignore.</w:t>
      </w:r>
      <w:r/>
    </w:p>
    <w:p>
      <w:pPr>
        <w:pStyle w:val="Heading2"/>
      </w:pPr>
      <w:r>
        <w:t>Murray Hill brings the laughs, and the life lessons</w:t>
      </w:r>
      <w:r/>
    </w:p>
    <w:p>
      <w:r/>
      <w:r>
        <w:t xml:space="preserve">The standout pick is Murray Hill's memoir, </w:t>
      </w:r>
      <w:r>
        <w:rPr>
          <w:i/>
        </w:rPr>
        <w:t>Showbiz!: My Life as a Middle-Aged Man</w:t>
      </w:r>
      <w:r>
        <w:t>, a lively account of growing up in a conservative home, discovering comedy and building an unconventional place in popular culture. It promises plenty of jokes, but there's a more thoughtful story underneath: the making of a performer who refused to follow a neat career path.</w:t>
      </w:r>
      <w:r/>
    </w:p>
    <w:p>
      <w:r/>
      <w:r>
        <w:t>The book's appeal lies in that mix of mischief and honesty. Goodreads lists the memoir as a substantial new release, while Kirkus Reviews highlights Hill's distinctive comic voice and personal journey. For readers who like celebrity memoirs with genuine personality rather than polished publicity, this looks like a particularly entertaining choice. According to Goodreads and Kirkus Reviews, the book combines humour with a candid look at Hill's life and work.</w:t>
      </w:r>
      <w:r/>
    </w:p>
    <w:p>
      <w:pPr>
        <w:pStyle w:val="Heading2"/>
      </w:pPr>
      <w:r>
        <w:t>A memoir about finding your own stage</w:t>
      </w:r>
      <w:r/>
    </w:p>
    <w:p>
      <w:r/>
      <w:r>
        <w:t>Hill's story also taps into a wider appetite for creative reinvention. He isn't presenting success as a straight line, but as a series of experiments, risks and odd turns, which feels reassuring in an age when everyone is expected to have a five-year plan.</w:t>
      </w:r>
      <w:r/>
    </w:p>
    <w:p>
      <w:r/>
      <w:r>
        <w:t>In an NPR interview, Hill discussed showing up as his full, authentic self and charting a course that suited him. That idea gives the memoir extra warmth. Behind the camp and punchlines is a familiar human question: what happens when you stop waiting for permission to become the person you already are? NPR and Publishers Weekly both place the book within that broader story of identity, performance and self-definition.</w:t>
      </w:r>
      <w:r/>
    </w:p>
    <w:p>
      <w:pPr>
        <w:pStyle w:val="Heading2"/>
      </w:pPr>
      <w:r>
        <w:t>Grey sweatpants, candles and the art of a good mood</w:t>
      </w:r>
      <w:r/>
    </w:p>
    <w:p>
      <w:r/>
      <w:r>
        <w:t>The week's lighter obsessions are just as revealing. Grey sweatpants have become a seasonal ritual, while a Ghost Tour candle turns candy corn, caramel and buttercream into a deliberately sugary autumn alternative to the usual pumpkin-and-cinnamon overload.</w:t>
      </w:r>
      <w:r/>
    </w:p>
    <w:p>
      <w:r/>
      <w:r>
        <w:t>It's a very modern kind of lifestyle pleasure: part joke, part aesthetic and entirely shareable. The best picks don't simply do a job, they create a mood, whether that's a soft pair of joggers, a warm candle or a piece of merchandise that signals exactly which pop star, film or fandom has your attention.</w:t>
      </w:r>
      <w:r/>
    </w:p>
    <w:p>
      <w:pPr>
        <w:pStyle w:val="Heading2"/>
      </w:pPr>
      <w:r>
        <w:t>Pop culture is thriving on camp and nostalgia</w:t>
      </w:r>
      <w:r/>
    </w:p>
    <w:p>
      <w:r/>
      <w:r>
        <w:t xml:space="preserve">Elsewhere, the week's highlights lean proudly into nostalgia. The 30th anniversary of </w:t>
      </w:r>
      <w:r>
        <w:rPr>
          <w:i/>
        </w:rPr>
        <w:t>Scream</w:t>
      </w:r>
      <w:r>
        <w:t xml:space="preserve"> brings Ghostface collectibles and a reminder that horror can be stylish, funny and very queer-friendly. Meanwhile, the continued fascination with </w:t>
      </w:r>
      <w:r>
        <w:rPr>
          <w:i/>
        </w:rPr>
        <w:t>The Rocky Horror Show</w:t>
      </w:r>
      <w:r>
        <w:t xml:space="preserve"> proves that audiences still want live entertainment with a little glitter, unruliness and audience participation.</w:t>
      </w:r>
      <w:r/>
    </w:p>
    <w:p>
      <w:r/>
      <w:r>
        <w:t>Rosie O'Donnell's turn as the Narrator adds another layer of joyful recognition. Hearing a familiar comic voice lead audiences through the "Time Warp" sounds like the kind of theatrical memory people carry around for years. It's not subtle, but that's precisely the point.</w:t>
      </w:r>
      <w:r/>
    </w:p>
    <w:p>
      <w:pPr>
        <w:pStyle w:val="Heading2"/>
      </w:pPr>
      <w:r>
        <w:t>Drag brunch remains a small masterpiece</w:t>
      </w:r>
      <w:r/>
    </w:p>
    <w:p>
      <w:r/>
      <w:r>
        <w:t>Miranda Lambert's description of drag brunch as a place where people can be fully themselves captures why the format has lasted. There are mimosas, music and jokes, but the real draw is the permission to relax into exuberance for a few hours.</w:t>
      </w:r>
      <w:r/>
    </w:p>
    <w:p>
      <w:r/>
      <w:r>
        <w:t xml:space="preserve">That same spirit runs through the week's other favourites, from a celebrity memoir to Troye Sivan's </w:t>
      </w:r>
      <w:r>
        <w:rPr>
          <w:i/>
        </w:rPr>
        <w:t>She's the Best</w:t>
      </w:r>
      <w:r>
        <w:t xml:space="preserve"> merchandise. These aren't just products or events; they're ways of declaring what makes you laugh, dance, dress up or feel at home. And frankly, culture could use more spaces that make being fully yourself feel this easy.</w:t>
      </w:r>
      <w:r/>
    </w:p>
    <w:p>
      <w:r/>
      <w:r>
        <w:t>It's a wonderfully camp mix of books, music, theatre and small pleasures.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2">
        <w:r>
          <w:rPr>
            <w:color w:val="0000EE"/>
            <w:u w:val="single"/>
          </w:rPr>
          <w:t>[4]</w:t>
        </w:r>
      </w:hyperlink>
      <w:r>
        <w:t xml:space="preserve">, </w:t>
      </w:r>
      <w:hyperlink r:id="rId13">
        <w:r>
          <w:rPr>
            <w:color w:val="0000EE"/>
            <w:u w:val="single"/>
          </w:rPr>
          <w:t>[5]</w:t>
        </w:r>
      </w:hyperlink>
      <w:r>
        <w:t xml:space="preserve">- Paragraph 4: </w:t>
      </w:r>
      <w:hyperlink r:id="rId14">
        <w:r>
          <w:rPr>
            <w:color w:val="0000EE"/>
            <w:u w:val="single"/>
          </w:rPr>
          <w:t>[6]</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4">
        <w:r>
          <w:rPr>
            <w:color w:val="0000EE"/>
            <w:u w:val="single"/>
          </w:rPr>
          <w:t>[6]</w:t>
        </w:r>
      </w:hyperlink>
      <w:r>
        <w:t xml:space="preserve">- Paragraph 9: </w:t>
      </w:r>
      <w:hyperlink r:id="rId13">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https://www.queerty.com/rocky-horror-rosie-ghost-tours-grey-sweatpants-szn-10-things-were-obsessed-with-this-week-20261010/</w:t>
        </w:r>
      </w:hyperlink>
      <w:r>
        <w:t xml:space="preserve"> - Please view link - unable to able to access data</w:t>
      </w:r>
      <w:r/>
    </w:p>
    <w:p>
      <w:pPr>
        <w:pStyle w:val="ListNumber"/>
        <w:spacing w:line="240" w:lineRule="auto"/>
        <w:ind w:left="720"/>
      </w:pPr>
      <w:r/>
      <w:hyperlink r:id="rId10">
        <w:r>
          <w:rPr>
            <w:color w:val="0000EE"/>
            <w:u w:val="single"/>
          </w:rPr>
          <w:t>https://www.goodreads.com/book/show/248283649-showbiz</w:t>
        </w:r>
      </w:hyperlink>
      <w:r>
        <w:t xml:space="preserve"> - Murray Hill's memoir, 'Showbiz!: My Life as a Middle-Aged Man', delves into his journey from a conservative upbringing to becoming a trailblazing drag king and comedian. The book offers an honest and humorous account of his life, highlighting his resilience and commitment to spreading joy through performance art. It is set to be released on October 6, 2026, and is available for pre-order on various platforms, including Amazon. The memoir has received positive early reviews for its candidness and wit.</w:t>
      </w:r>
      <w:r/>
    </w:p>
    <w:p>
      <w:pPr>
        <w:pStyle w:val="ListNumber"/>
        <w:spacing w:line="240" w:lineRule="auto"/>
        <w:ind w:left="720"/>
      </w:pPr>
      <w:r/>
      <w:hyperlink r:id="rId11">
        <w:r>
          <w:rPr>
            <w:color w:val="0000EE"/>
            <w:u w:val="single"/>
          </w:rPr>
          <w:t>https://www.kirkusreviews.com/book-reviews/murray-hill/showbiz/</w:t>
        </w:r>
      </w:hyperlink>
      <w:r>
        <w:t xml:space="preserve"> - Kirkus Reviews provides an insightful critique of Murray Hill's upcoming memoir, 'Showbiz!: My Life as a Middle-Aged Man'. The review praises Hill's storytelling, comparing his unsinkability to that of Liza Minnelli and his comedic style to Don Rickles. It highlights his journey from a repressed Catholic upbringing to becoming a prominent figure in the drag king scene. The memoir is anticipated to offer a compelling narrative of Hill's life and career, set to be released on October 6, 2026.</w:t>
      </w:r>
      <w:r/>
    </w:p>
    <w:p>
      <w:pPr>
        <w:pStyle w:val="ListNumber"/>
        <w:spacing w:line="240" w:lineRule="auto"/>
        <w:ind w:left="720"/>
      </w:pPr>
      <w:r/>
      <w:hyperlink r:id="rId12">
        <w:r>
          <w:rPr>
            <w:color w:val="0000EE"/>
            <w:u w:val="single"/>
          </w:rPr>
          <w:t>https://www.kcbx.org/npr-top-news/2026-10-06/here-i-am-my-full-authentic-self-murray-hill-charts-his-own-course-in-showbiz</w:t>
        </w:r>
      </w:hyperlink>
      <w:r>
        <w:t xml:space="preserve"> - An NPR article features an interview with Murray Hill, discussing his new memoir, 'Showbiz!: My Life as a Middle-Aged Man'. Hill shares insights into his upbringing in a conservative Catholic household and how he found solace in showbiz memoirs and old-school comedians. The piece explores his journey to self-discovery and his commitment to representing himself authentically in the entertainment industry. The memoir is set to be released on October 6, 2026, and offers a candid look into Hill's life and career.</w:t>
      </w:r>
      <w:r/>
    </w:p>
    <w:p>
      <w:pPr>
        <w:pStyle w:val="ListNumber"/>
        <w:spacing w:line="240" w:lineRule="auto"/>
        <w:ind w:left="720"/>
      </w:pPr>
      <w:r/>
      <w:hyperlink r:id="rId13">
        <w:r>
          <w:rPr>
            <w:color w:val="0000EE"/>
            <w:u w:val="single"/>
          </w:rPr>
          <w:t>https://www.publishersweekly.com/9781668053706</w:t>
        </w:r>
      </w:hyperlink>
      <w:r>
        <w:t xml:space="preserve"> - Publishers Weekly offers a detailed review of Murray Hill's memoir, 'Showbiz!: My Life as a Middle-Aged Man'. The review highlights Hill's candidness in discussing his tumultuous early life, including experiences of abuse and his struggles with alcohol and cocaine. It commends his ability to balance humor with serious topics, making the memoir both entertaining and insightful. The book is set to be released on October 6, 2026, and is available for pre-order on various platforms.</w:t>
      </w:r>
      <w:r/>
    </w:p>
    <w:p>
      <w:pPr>
        <w:pStyle w:val="ListNumber"/>
        <w:spacing w:line="240" w:lineRule="auto"/>
        <w:ind w:left="720"/>
      </w:pPr>
      <w:r/>
      <w:hyperlink r:id="rId14">
        <w:r>
          <w:rPr>
            <w:color w:val="0000EE"/>
            <w:u w:val="single"/>
          </w:rPr>
          <w:t>https://oblongbooks.com/book/9781668053706</w:t>
        </w:r>
      </w:hyperlink>
      <w:r>
        <w:t xml:space="preserve"> - Oblong Books provides information on Murray Hill's upcoming memoir, 'Showbiz!: My Life as a Middle-Aged Man'. The description outlines Hill's journey from a conservative New England household to becoming a trailblazing drag king and comedian. It emphasizes his commitment to spreading joy through performance art and his resilience in the face of adversity. The memoir is set to be released on October 6, 2026, and is available for pre-order on their website.</w:t>
      </w:r>
      <w:r/>
    </w:p>
    <w:p>
      <w:pPr>
        <w:pStyle w:val="ListNumber"/>
        <w:spacing w:line="240" w:lineRule="auto"/>
        <w:ind w:left="720"/>
      </w:pPr>
      <w:r/>
      <w:hyperlink r:id="rId15">
        <w:r>
          <w:rPr>
            <w:color w:val="0000EE"/>
            <w:u w:val="single"/>
          </w:rPr>
          <w:t>https://www.audiobooksnow.com/audiobook/showbiz/10476728/</w:t>
        </w:r>
      </w:hyperlink>
      <w:r>
        <w:t xml:space="preserve"> - AudiobooksNow offers a pre-order option for the audiobook version of Murray Hill's memoir, 'Showbiz!: My Life as a Middle-Aged Man'. The audiobook is narrated by Hill himself, providing an authentic and engaging listening experience. The memoir delves into Hill's life, from his conservative upbringing to his rise as a prominent figure in the drag king scene. It is set to be released on October 6, 2026, and is available for pre-order on their platform.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rocky-horror-rosie-ghost-tours-grey-sweatpants-szn-10-things-were-obsessed-with-this-week-20261010/" TargetMode="External"/><Relationship Id="rId10" Type="http://schemas.openxmlformats.org/officeDocument/2006/relationships/hyperlink" Target="https://www.goodreads.com/book/show/248283649-showbiz" TargetMode="External"/><Relationship Id="rId11" Type="http://schemas.openxmlformats.org/officeDocument/2006/relationships/hyperlink" Target="https://www.kirkusreviews.com/book-reviews/murray-hill/showbiz/" TargetMode="External"/><Relationship Id="rId12" Type="http://schemas.openxmlformats.org/officeDocument/2006/relationships/hyperlink" Target="https://www.kcbx.org/npr-top-news/2026-10-06/here-i-am-my-full-authentic-self-murray-hill-charts-his-own-course-in-showbiz" TargetMode="External"/><Relationship Id="rId13" Type="http://schemas.openxmlformats.org/officeDocument/2006/relationships/hyperlink" Target="https://www.publishersweekly.com/9781668053706" TargetMode="External"/><Relationship Id="rId14" Type="http://schemas.openxmlformats.org/officeDocument/2006/relationships/hyperlink" Target="https://oblongbooks.com/book/9781668053706" TargetMode="External"/><Relationship Id="rId15" Type="http://schemas.openxmlformats.org/officeDocument/2006/relationships/hyperlink" Target="https://www.audiobooksnow.com/audiobook/showbiz/1047672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