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National Coming Out Day Events in Pasadena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Pasadena is preparing for its 10th annual National Coming Out Day event at Memorial Park, bringing music, crafts, community groups and family-friendly activities together. The free gathering offers a welcoming space to celebrate LGBTQIA+ identities, discover local support and reflect on why visibility still matters.</w:t>
      </w:r>
      <w:r/>
    </w:p>
    <w:p>
      <w:pPr>
        <w:pStyle w:val="Heading2"/>
      </w:pPr>
      <w:r>
        <w:t>Essential Takeaways</w:t>
      </w:r>
      <w:r/>
      <w:r/>
    </w:p>
    <w:p>
      <w:pPr>
        <w:pStyle w:val="ListBullet"/>
        <w:spacing w:line="240" w:lineRule="auto"/>
        <w:ind w:left="720"/>
      </w:pPr>
      <w:r/>
      <w:r>
        <w:rPr>
          <w:b/>
        </w:rPr>
        <w:t>Free community event:</w:t>
      </w:r>
      <w:r>
        <w:t xml:space="preserve"> The celebration runs from 11am to 1pm at the Memorial Park Band Shell.</w:t>
      </w:r>
      <w:r/>
    </w:p>
    <w:p>
      <w:pPr>
        <w:pStyle w:val="ListBullet"/>
        <w:spacing w:line="240" w:lineRule="auto"/>
        <w:ind w:left="720"/>
      </w:pPr>
      <w:r/>
      <w:r>
        <w:rPr>
          <w:b/>
        </w:rPr>
        <w:t>Plenty to explore:</w:t>
      </w:r>
      <w:r>
        <w:t xml:space="preserve"> Expect music, resource tables, crafts, giveaways and a car display.</w:t>
      </w:r>
      <w:r/>
    </w:p>
    <w:p>
      <w:pPr>
        <w:pStyle w:val="ListBullet"/>
        <w:spacing w:line="240" w:lineRule="auto"/>
        <w:ind w:left="720"/>
      </w:pPr>
      <w:r/>
      <w:r>
        <w:rPr>
          <w:b/>
        </w:rPr>
        <w:t>A notable keynote:</w:t>
      </w:r>
      <w:r>
        <w:t xml:space="preserve"> Jer-Adrianne “Juju” Lelliott will speak about inclusion and community support.</w:t>
      </w:r>
      <w:r/>
    </w:p>
    <w:p>
      <w:pPr>
        <w:pStyle w:val="ListBullet"/>
        <w:spacing w:line="240" w:lineRule="auto"/>
        <w:ind w:left="720"/>
      </w:pPr>
      <w:r/>
      <w:r>
        <w:rPr>
          <w:b/>
        </w:rPr>
        <w:t>Open to everyone:</w:t>
      </w:r>
      <w:r>
        <w:t xml:space="preserve"> The event welcomes all ages and supports people across the LGBTQIA+ spectrum.</w:t>
      </w:r>
      <w:r/>
    </w:p>
    <w:p>
      <w:pPr>
        <w:pStyle w:val="ListBullet"/>
        <w:spacing w:line="240" w:lineRule="auto"/>
        <w:ind w:left="720"/>
      </w:pPr>
      <w:r/>
      <w:r>
        <w:rPr>
          <w:b/>
        </w:rPr>
        <w:t>Easy to reach:</w:t>
      </w:r>
      <w:r>
        <w:t xml:space="preserve"> Memorial Park Station on the Metro A Line is nearby.</w:t>
      </w:r>
      <w:r/>
      <w:r/>
    </w:p>
    <w:p>
      <w:pPr>
        <w:pStyle w:val="Heading2"/>
      </w:pPr>
      <w:r>
        <w:t>Pasadena’s National Coming Out Day celebration reaches a milestone</w:t>
      </w:r>
      <w:r/>
    </w:p>
    <w:p>
      <w:r/>
      <w:r>
        <w:t>A decade of city-backed National Coming Out Day celebrations is no small achievement. Pasadena’s latest gathering brings a warm, visible sense of community to the Memorial Park Band Shell, where visitors can browse information tables, listen to music and pick up giveaways while supplies last.</w:t>
      </w:r>
      <w:r/>
    </w:p>
    <w:p>
      <w:r/>
      <w:r>
        <w:t xml:space="preserve">The event is designed to support people who identify as lesbian, gay, bisexual, transgender, queer, intersex or asexual, as well as people whose identities aren't neatly captured by the acronym. According to the City of Pasadena, the celebration is part of its wider effort to build an inclusive community. </w:t>
      </w:r>
      <w:r/>
    </w:p>
    <w:p>
      <w:r/>
      <w:r>
        <w:t>Coming out can be deeply personal, of course, so the event isn't about asking anyone to share more than they're comfortable with. Instead, it creates room for visibility, connection and support, which can be just as powerful.</w:t>
      </w:r>
      <w:r/>
    </w:p>
    <w:p>
      <w:pPr>
        <w:pStyle w:val="Heading2"/>
      </w:pPr>
      <w:r>
        <w:t>What to expect at Memorial Park</w:t>
      </w:r>
      <w:r/>
    </w:p>
    <w:p>
      <w:r/>
      <w:r>
        <w:t>The programme has the relaxed feel of a neighbourhood festival rather than a formal ceremony. Music, crafts, giveaways and a display from Great Autos Car Club should give visitors plenty to see, while local organisations will be on hand with practical information and support.</w:t>
      </w:r>
      <w:r/>
    </w:p>
    <w:p>
      <w:r/>
      <w:r>
        <w:t>Participating groups include the SGV LGBTQ Center, Planned Parenthood Pasadena and San Gabriel Valley and PFLAG Pasadena. The Pasadena Public Health Department, Pasadena Public Library and Parks, Recreation and Community Services Department are presenting the event, according to city announcements.</w:t>
      </w:r>
      <w:r/>
    </w:p>
    <w:p>
      <w:r/>
      <w:r>
        <w:t>That mix matters. A community celebration is more useful when it offers both joyful moments and clear routes to help, whether someone is looking for health information, family support or local connections.</w:t>
      </w:r>
      <w:r/>
    </w:p>
    <w:p>
      <w:pPr>
        <w:pStyle w:val="Heading2"/>
      </w:pPr>
      <w:r>
        <w:t>Meet the keynote speaker, Jer-Adrianne “Juju” Lelliott</w:t>
      </w:r>
      <w:r/>
    </w:p>
    <w:p>
      <w:r/>
      <w:r>
        <w:t>This year's keynote speaker is Jer-Adrianne “Juju” Lelliott, executive director of Newcomers Access Center. The organisation works with refugee and immigrant families, helping them connect with services and resources.</w:t>
      </w:r>
      <w:r/>
    </w:p>
    <w:p>
      <w:r/>
      <w:r>
        <w:t>Lelliott also serves as vice chair of the Los Angeles County LGBTQ+ Commission and sits on Pasadena's Northwest Commission. Her background in health and human services brings a practical perspective to a day that is ultimately about people feeling seen and supported.</w:t>
      </w:r>
      <w:r/>
    </w:p>
    <w:p>
      <w:r/>
      <w:r>
        <w:t>Her doctoral research at USC Rossier focused on perinatal care for trans, genderqueer and nonbinary parents. That detail adds another layer to the programme, particularly for visitors interested in how healthcare can become more responsive and inclusive.</w:t>
      </w:r>
      <w:r/>
    </w:p>
    <w:p>
      <w:pPr>
        <w:pStyle w:val="Heading2"/>
      </w:pPr>
      <w:r>
        <w:t>Why local visibility still matters</w:t>
      </w:r>
      <w:r/>
    </w:p>
    <w:p>
      <w:r/>
      <w:r>
        <w:t>National Coming Out Day is observed on 11 October, but its roots stretch back to 1988, when activists Jean O'Leary and Robert Eichberg organised the first event. The observance followed the previous year's National March on Washington for Lesbian and Gay Rights, and it soon spread nationwide.</w:t>
      </w:r>
      <w:r/>
    </w:p>
    <w:p>
      <w:r/>
      <w:r>
        <w:t>Pasadena held its first city celebration in 2016. Since then, the event has moved between venues including City Hall, Pasadena Central Library and Memorial Park, with a virtual edition delivered through Zoom and Instagram Live in 2020.</w:t>
      </w:r>
      <w:r/>
    </w:p>
    <w:p>
      <w:r/>
      <w:r>
        <w:t>The city has also strengthened its local legal framework. In March 2026, Pasadena adopted Ordinance No. 7467, an anti-discrimination measure covering areas including employment, housing, education and commerce. It protects against discrimination based on actual or perceived sexual orientation and gender identity or expression.</w:t>
      </w:r>
      <w:r/>
    </w:p>
    <w:p>
      <w:pPr>
        <w:pStyle w:val="Heading2"/>
      </w:pPr>
      <w:r>
        <w:t>A simple, welcoming day out in Pasadena</w:t>
      </w:r>
      <w:r/>
    </w:p>
    <w:p>
      <w:r/>
      <w:r>
        <w:t>The celebration takes place on Saturday, 10 October, from 11am to 1pm at the Memorial Park Band Shell, 85 E. Holly Street. Admission is free, and all ages are welcome.</w:t>
      </w:r>
      <w:r/>
    </w:p>
    <w:p>
      <w:r/>
      <w:r>
        <w:t>Visitors arriving by public transport can use the nearby Metro A Line station. If you're driving, it may be worth allowing extra time, particularly if you want to arrive early for the giveaways and browse the resource tables without a rush.</w:t>
      </w:r>
      <w:r/>
    </w:p>
    <w:p>
      <w:r/>
      <w:r>
        <w:t>The forecast issued before the event called for patchy morning fog, followed by mostly cloudy skies and a high near 78 degrees. A light layer and comfortable shoes should do nicely, especially if you plan to linger. For families and first-time visitors, the atmosphere promises to be friendly, low-pressure and easy to dip into.</w:t>
      </w:r>
      <w:r/>
    </w:p>
    <w:p>
      <w:r/>
      <w:r>
        <w:t>A free gathering won't solve every challenge facing LGBTQIA+ communities, but it can make connection feel more possible. In Pasadena, that message will be heard with music, conversation and a very public welcome.</w:t>
      </w:r>
      <w:r/>
    </w:p>
    <w:p>
      <w:r/>
      <w:r>
        <w:t>Explore the event at your own pace, and bring someone who'd appreciate a little more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[3]</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1">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https://pasadenanow.com/main/city-marks-10th-annual-national-coming-out-day-with-memorial-park-event</w:t>
        </w:r>
      </w:hyperlink>
      <w:r>
        <w:t xml:space="preserve"> - Please view link - unable to able to access data</w:t>
      </w:r>
      <w:r/>
    </w:p>
    <w:p>
      <w:pPr>
        <w:pStyle w:val="ListNumber"/>
        <w:spacing w:line="240" w:lineRule="auto"/>
        <w:ind w:left="720"/>
      </w:pPr>
      <w:r/>
      <w:hyperlink r:id="rId10">
        <w:r>
          <w:rPr>
            <w:color w:val="0000EE"/>
            <w:u w:val="single"/>
          </w:rPr>
          <w:t>https://www.cityofpasadena.net/city-manager/news/city-of-pasadena-celebrates-national-coming-out-day/</w:t>
        </w:r>
      </w:hyperlink>
      <w:r>
        <w:t xml:space="preserve"> - The City of Pasadena is hosting its 10th annual National Coming Out Day celebration on Saturday, October 10, from 11 a.m. to 1 p.m. at Memorial Park's Band Shell, 85 E. Holly St. The free event is open to all ages and supports individuals who have come out as lesbian, gay, bisexual, transgender, queer, intersex, asexual, or those whose sexual orientation or gender identity is not specifically named within the LGBTQIA+ acronym. Activities include music, resource tables, giveaways, a car display, and crafts. Participating organizations include SGV LGBTQ Center, Planned Parenthood Pasadena and San Gabriel Valley, PFLAG Pasadena, and Great Autos Car Club. (</w:t>
      </w:r>
      <w:hyperlink r:id="rId14">
        <w:r>
          <w:rPr>
            <w:color w:val="0000EE"/>
            <w:u w:val="single"/>
          </w:rPr>
          <w:t>cityofpasadena.net</w:t>
        </w:r>
      </w:hyperlink>
      <w:r>
        <w:t>)</w:t>
      </w:r>
      <w:r/>
    </w:p>
    <w:p>
      <w:pPr>
        <w:pStyle w:val="ListNumber"/>
        <w:spacing w:line="240" w:lineRule="auto"/>
        <w:ind w:left="720"/>
      </w:pPr>
      <w:r/>
      <w:hyperlink r:id="rId12">
        <w:r>
          <w:rPr>
            <w:color w:val="0000EE"/>
            <w:u w:val="single"/>
          </w:rPr>
          <w:t>https://www.cityofpasadena.net/city-manager/news/pasadena-celebrates-national-coming-out-day-4/</w:t>
        </w:r>
      </w:hyperlink>
      <w:r>
        <w:t xml:space="preserve"> - Pasadena's 9th annual National Coming Out Day celebration took place on Saturday, October 11, 2025, from 11 a.m. to 1 p.m. at Memorial Park, 85 E. Holly St. The free event was open to all ages and supported individuals who have come out as lesbian, gay, bisexual, transgender, queer, intersex, asexual, or those whose sexual orientation or gender identity is not specifically named within the LGBTQIA+ acronym. Activities included music, resource tables, crafts, giveaways, and more. The event was presented by the Pasadena Public Health Department, Pasadena Public Library, and Pasadena Parks, Recreation and Community Services Department. (</w:t>
      </w:r>
      <w:hyperlink r:id="rId15">
        <w:r>
          <w:rPr>
            <w:color w:val="0000EE"/>
            <w:u w:val="single"/>
          </w:rPr>
          <w:t>cityofpasadena.net</w:t>
        </w:r>
      </w:hyperlink>
      <w:r>
        <w:t>)</w:t>
      </w:r>
      <w:r/>
    </w:p>
    <w:p>
      <w:pPr>
        <w:pStyle w:val="ListNumber"/>
        <w:spacing w:line="240" w:lineRule="auto"/>
        <w:ind w:left="720"/>
      </w:pPr>
      <w:r/>
      <w:hyperlink r:id="rId11">
        <w:r>
          <w:rPr>
            <w:color w:val="0000EE"/>
            <w:u w:val="single"/>
          </w:rPr>
          <w:t>https://www.cityofpasadena.net/city-manager/news/pasadena-to-celebrate-national-coming-out-day-with-community-event/</w:t>
        </w:r>
      </w:hyperlink>
      <w:r>
        <w:t xml:space="preserve"> - Pasadena commemorated National Coming Out Day with a community event on Saturday, October 10, 2026, from 11:00 a.m. to 1:00 p.m. at the Memorial Park Band Shell, 85 E. Holly Street. The event celebrated the city's efforts to foster an inclusive community and marked National Coming Out Day. Activities included music, resource tables, a car display, crafts, giveaways, and more. The event was presented by the Pasadena Public Health Department, Pasadena Public Library, and Pasadena Parks, Recreation and Community Services Department. The celebration was open to all ages. (</w:t>
      </w:r>
      <w:hyperlink r:id="rId16">
        <w:r>
          <w:rPr>
            <w:color w:val="0000EE"/>
            <w:u w:val="single"/>
          </w:rPr>
          <w:t>coloradoboulevard.net</w:t>
        </w:r>
      </w:hyperlink>
      <w:r>
        <w:t>)</w:t>
      </w:r>
      <w:r/>
    </w:p>
    <w:p>
      <w:pPr>
        <w:pStyle w:val="ListNumber"/>
        <w:spacing w:line="240" w:lineRule="auto"/>
        <w:ind w:left="720"/>
      </w:pPr>
      <w:r/>
      <w:hyperlink r:id="rId13">
        <w:r>
          <w:rPr>
            <w:color w:val="0000EE"/>
            <w:u w:val="single"/>
          </w:rPr>
          <w:t>https://www.cityofpasadena.net/city-manager/news/city-of-pasadena-celebrates-national-coming-out-day-4/</w:t>
        </w:r>
      </w:hyperlink>
      <w:r>
        <w:t xml:space="preserve"> - Pasadena's 9th annual National Coming Out Day celebration took place on Saturday, October 11, 2025, from 11 a.m. to 1 p.m. at Memorial Park, 85 E. Holly St. The free event was open to all ages and supported individuals who have come out as lesbian, gay, bisexual, transgender, queer, intersex, asexual, or those whose sexual orientation or gender identity is not specifically named within the LGBTQIA+ acronym. Activities included music, resource tables, crafts, giveaways, and more. The event was presented by the Pasadena Public Health Department, Pasadena Public Library, and Pasadena Parks, Recreation and Community Services Department. (</w:t>
      </w:r>
      <w:hyperlink r:id="rId15">
        <w:r>
          <w:rPr>
            <w:color w:val="0000EE"/>
            <w:u w:val="single"/>
          </w:rPr>
          <w:t>cityofpasadena.net</w:t>
        </w:r>
      </w:hyperlink>
      <w:r>
        <w:t>)</w:t>
      </w:r>
      <w:r/>
    </w:p>
    <w:p>
      <w:pPr>
        <w:pStyle w:val="ListNumber"/>
        <w:spacing w:line="240" w:lineRule="auto"/>
        <w:ind w:left="720"/>
      </w:pPr>
      <w:r/>
      <w:hyperlink r:id="rId11">
        <w:r>
          <w:rPr>
            <w:color w:val="0000EE"/>
            <w:u w:val="single"/>
          </w:rPr>
          <w:t>https://www.cityofpasadena.net/city-manager/news/pasadena-to-celebrate-national-coming-out-day-with-community-event/</w:t>
        </w:r>
      </w:hyperlink>
      <w:r>
        <w:t xml:space="preserve"> - Pasadena commemorated National Coming Out Day with a community event on Saturday, October 10, 2026, from 11:00 a.m. to 1:00 p.m. at the Memorial Park Band Shell, 85 E. Holly Street. The event celebrated the city's efforts to foster an inclusive community and marked National Coming Out Day. Activities included music, resource tables, a car display, crafts, giveaways, and more. The event was presented by the Pasadena Public Health Department, Pasadena Public Library, and Pasadena Parks, Recreation and Community Services Department. The celebration was open to all ages. (</w:t>
      </w:r>
      <w:hyperlink r:id="rId16">
        <w:r>
          <w:rPr>
            <w:color w:val="0000EE"/>
            <w:u w:val="single"/>
          </w:rPr>
          <w:t>coloradoboulevard.net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sadenanow.com/main/city-marks-10th-annual-national-coming-out-day-with-memorial-park-event" TargetMode="External"/><Relationship Id="rId10" Type="http://schemas.openxmlformats.org/officeDocument/2006/relationships/hyperlink" Target="https://www.cityofpasadena.net/city-manager/news/city-of-pasadena-celebrates-national-coming-out-day/" TargetMode="External"/><Relationship Id="rId11" Type="http://schemas.openxmlformats.org/officeDocument/2006/relationships/hyperlink" Target="https://www.cityofpasadena.net/city-manager/news/pasadena-to-celebrate-national-coming-out-day-with-community-event/" TargetMode="External"/><Relationship Id="rId12" Type="http://schemas.openxmlformats.org/officeDocument/2006/relationships/hyperlink" Target="https://www.cityofpasadena.net/city-manager/news/pasadena-celebrates-national-coming-out-day-4/" TargetMode="External"/><Relationship Id="rId13" Type="http://schemas.openxmlformats.org/officeDocument/2006/relationships/hyperlink" Target="https://www.cityofpasadena.net/city-manager/news/city-of-pasadena-celebrates-national-coming-out-day-4/" TargetMode="External"/><Relationship Id="rId14" Type="http://schemas.openxmlformats.org/officeDocument/2006/relationships/hyperlink" Target="https://www.cityofpasadena.net/city-manager/news/city-of-pasadena-celebrates-national-coming-out-day/?utm_source=openai" TargetMode="External"/><Relationship Id="rId15" Type="http://schemas.openxmlformats.org/officeDocument/2006/relationships/hyperlink" Target="https://www.cityofpasadena.net/city-manager/news/pasadena-celebrates-national-coming-out-day-4/?utm_source=openai" TargetMode="External"/><Relationship Id="rId16" Type="http://schemas.openxmlformats.org/officeDocument/2006/relationships/hyperlink" Target="https://www.coloradoboulevard.net/pasadena-to-celebrate-national-coming-out-day-with-community-even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