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Philadelphia Leather Pride Night 2026: Charity, Community and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Philadelphia Leather Pride Night returns to Center City on Sunday, 1 November 2026, bringing together Philadelphia's leather, kink, fetish and LGBTQIA+ communities for an afternoon of auctions, entertainment and chosen-family warmth. With every ticket, bid and donation supporting three community organisations, it's a celebration with real purpose.</w:t>
      </w:r>
      <w:r/>
    </w:p>
    <w:p>
      <w:pPr>
        <w:pStyle w:val="Heading2"/>
      </w:pPr>
      <w:r>
        <w:t>Essential Takeaways</w:t>
      </w:r>
      <w:r/>
      <w:r/>
    </w:p>
    <w:p>
      <w:pPr>
        <w:pStyle w:val="ListBullet"/>
        <w:spacing w:line="240" w:lineRule="auto"/>
        <w:ind w:left="720"/>
      </w:pPr>
      <w:r/>
      <w:r>
        <w:rPr>
          <w:b/>
        </w:rPr>
        <w:t>When:</w:t>
      </w:r>
      <w:r>
        <w:t xml:space="preserve"> Sunday, 1 November 2026, with doors opening at 3pm and the live auction at 4.15pm.</w:t>
      </w:r>
      <w:r/>
    </w:p>
    <w:p>
      <w:pPr>
        <w:pStyle w:val="ListBullet"/>
        <w:spacing w:line="240" w:lineRule="auto"/>
        <w:ind w:left="720"/>
      </w:pPr>
      <w:r/>
      <w:r>
        <w:rPr>
          <w:b/>
        </w:rPr>
        <w:t>Where:</w:t>
      </w:r>
      <w:r>
        <w:t xml:space="preserve"> Congregation Rodeph Shalom in Center City Philadelphia.</w:t>
      </w:r>
      <w:r/>
    </w:p>
    <w:p>
      <w:pPr>
        <w:pStyle w:val="ListBullet"/>
        <w:spacing w:line="240" w:lineRule="auto"/>
        <w:ind w:left="720"/>
      </w:pPr>
      <w:r/>
      <w:r>
        <w:rPr>
          <w:b/>
        </w:rPr>
        <w:t>What's on offer:</w:t>
      </w:r>
      <w:r>
        <w:t xml:space="preserve"> Live and silent auctions featuring experiences, clothing, art, books, jewellery and fetish items.</w:t>
      </w:r>
      <w:r/>
    </w:p>
    <w:p>
      <w:pPr>
        <w:pStyle w:val="ListBullet"/>
        <w:spacing w:line="240" w:lineRule="auto"/>
        <w:ind w:left="720"/>
      </w:pPr>
      <w:r/>
      <w:r>
        <w:rPr>
          <w:b/>
        </w:rPr>
        <w:t>Who benefits:</w:t>
      </w:r>
      <w:r>
        <w:t xml:space="preserve"> Project HOME's Gloria Casarez Residence, the Human Rights Campaign and the Leather Archives &amp; Museum.</w:t>
      </w:r>
      <w:r/>
    </w:p>
    <w:p>
      <w:pPr>
        <w:pStyle w:val="ListBullet"/>
        <w:spacing w:line="240" w:lineRule="auto"/>
        <w:ind w:left="720"/>
      </w:pPr>
      <w:r/>
      <w:r>
        <w:rPr>
          <w:b/>
        </w:rPr>
        <w:t>Why attend:</w:t>
      </w:r>
      <w:r>
        <w:t xml:space="preserve"> Expect community tables, a buffet, cash bar, entertainment, speakers and plenty of time to reconnect.</w:t>
      </w:r>
      <w:r/>
      <w:r/>
    </w:p>
    <w:p>
      <w:pPr>
        <w:pStyle w:val="Heading2"/>
      </w:pPr>
      <w:r>
        <w:t>Philadelphia Leather Pride Night is back with plenty to celebrate</w:t>
      </w:r>
      <w:r/>
    </w:p>
    <w:p>
      <w:r/>
      <w:r>
        <w:t>Philadelphia Leather Pride Night is returning for its 17th annual gathering, and the mood looks set to be both festive and purposeful. The event brings together a broad mix of leather enthusiasts, titleholders, kinksters, LGBTQIA+ advocates and curious first-time visitors under one welcoming roof.</w:t>
      </w:r>
      <w:r/>
    </w:p>
    <w:p>
      <w:r/>
      <w:r>
        <w:t>Congregation Rodeph Shalom will host the event in Center City, with doors opening at 3pm. The live auction begins at 4.15pm, giving guests time to settle in, meet community organisations and browse the day's offerings before the bidding gets lively. Event listings confirm the venue and timing for Philadelphia Leather Pride Night 2026. (Philly Gay Calendar, Stay Happening)</w:t>
      </w:r>
      <w:r/>
    </w:p>
    <w:p>
      <w:r/>
      <w:r>
        <w:t>There should be a pleasing sense of anticipation in the room. After all, auctions like this thrive on surprise, and the most memorable prize is often the one nobody expected to see.</w:t>
      </w:r>
      <w:r/>
    </w:p>
    <w:p>
      <w:pPr>
        <w:pStyle w:val="Heading2"/>
      </w:pPr>
      <w:r>
        <w:t>The auction promises unusual finds and memorable experiences</w:t>
      </w:r>
      <w:r/>
    </w:p>
    <w:p>
      <w:r/>
      <w:r>
        <w:t>The auction is the headline attraction, with both live and silent formats planned. Items are expected to span theatre tickets, event passes, hotel stays, leather and fetish clothing, adult-themed toys, equipment, books, artwork and jewellery.</w:t>
      </w:r>
      <w:r/>
    </w:p>
    <w:p>
      <w:r/>
      <w:r>
        <w:t>That broad mix gives the event a particularly social kind of energy. Some guests will arrive with a clear target in mind, while others may simply wander past a table and discover something that catches their eye. If you're planning to bid, it makes sense to set a spending limit beforehand, especially when the atmosphere becomes warm, noisy and wonderfully competitive.</w:t>
      </w:r>
      <w:r/>
    </w:p>
    <w:p>
      <w:r/>
      <w:r>
        <w:t>The event's listings describe Philadelphia Leather Pride Night as a gathering built around both fundraising and community connection, rather than a straightforward shopping opportunity. (Qcal, GayOut)</w:t>
      </w:r>
      <w:r/>
    </w:p>
    <w:p>
      <w:pPr>
        <w:pStyle w:val="Heading2"/>
      </w:pPr>
      <w:r>
        <w:t>More than bidding: community is the real draw</w:t>
      </w:r>
      <w:r/>
    </w:p>
    <w:p>
      <w:r/>
      <w:r>
        <w:t>Before the auction begins, attendees can visit information tables hosted by organisations connected to Philadelphia's leather and LGBTQIA+ communities. This year's listed participants include Leather Girls of Color, Project HOME, the Human Rights Campaign and the Leather Archives &amp; Museum.</w:t>
      </w:r>
      <w:r/>
    </w:p>
    <w:p>
      <w:r/>
      <w:r>
        <w:t>There's also a light buffet, a cash bar and entertainment, so the afternoon should feel more like a community social than a formal fundraiser. That matters for newcomers, who may find it easier to start conversations around shared interests, local work and the organisations represented in the room.</w:t>
      </w:r>
      <w:r/>
    </w:p>
    <w:p>
      <w:r/>
      <w:r>
        <w:t>Akasha Eden, International Ms Leather, is scheduled to deliver the keynote address. The joint emcees will be 2026 Mr. and Ms. NJ Leather, Cortez Onyx and Lady Victoria Courtez, adding a strong regional connection to the programme. (Philly Gay Calendar, Stay Happening)</w:t>
      </w:r>
      <w:r/>
    </w:p>
    <w:p>
      <w:pPr>
        <w:pStyle w:val="Heading2"/>
      </w:pPr>
      <w:r>
        <w:t>Every winning paddle supports three important causes</w:t>
      </w:r>
      <w:r/>
    </w:p>
    <w:p>
      <w:r/>
      <w:r>
        <w:t>PLPN's fundraising has a clear, practical focus. The event says all proceeds will benefit Project HOME's Gloria Casarez Residence, the Human Rights Campaign and the Leather Archives &amp; Museum.</w:t>
      </w:r>
      <w:r/>
    </w:p>
    <w:p>
      <w:r/>
      <w:r>
        <w:t>Project HOME's residence provides housing and supportive services while honouring the legacy of Gloria Casarez and her work with Philadelphia's LGBTQIA+ community. The Human Rights Campaign works on LGBTQIA+ equality and rights, while the Leather Archives &amp; Museum preserves the history and stories of leather, kink, fetish and alternative sexuality communities.</w:t>
      </w:r>
      <w:r/>
    </w:p>
    <w:p>
      <w:r/>
      <w:r>
        <w:t>The 2025 event raised more than $9,000, and organisers are hoping to exceed that figure this year. That gives the auction a satisfying sense of momentum: a bid can bring home a memorable item while helping fund housing, advocacy and cultural preservation. (Bear World Magazine, Qcal)</w:t>
      </w:r>
      <w:r/>
    </w:p>
    <w:p>
      <w:pPr>
        <w:pStyle w:val="Heading2"/>
      </w:pPr>
      <w:r>
        <w:t>How to make the most of the 2026 event</w:t>
      </w:r>
      <w:r/>
    </w:p>
    <w:p>
      <w:r/>
      <w:r>
        <w:t>If this is your first Philadelphia Leather Pride Night, arrive early enough to explore the information tables and get comfortable with the layout. Checking the auction items before the live bidding starts should also help you decide where to focus your attention and avoid getting swept up in the moment.</w:t>
      </w:r>
      <w:r/>
    </w:p>
    <w:p>
      <w:r/>
      <w:r>
        <w:t>Bring a friend if you're new to the scene, but don't worry if you're attending alone. The event is designed around conversation and connection, and the mix of community groups, entertainment and auction activity creates plenty of natural openings to say hello.</w:t>
      </w:r>
      <w:r/>
    </w:p>
    <w:p>
      <w:r/>
      <w:r>
        <w:t>For the smoothest visit, confirm ticket details and any final schedule changes through the official PLPN website before travelling. The venue is Congregation Rodeph Shalom in Center City Philadelphia, a location also listed by Interfaith Philadelphia. (Interfaith Philadelphia, GayOut)</w:t>
      </w:r>
      <w:r/>
    </w:p>
    <w:p>
      <w:pPr>
        <w:pStyle w:val="Heading2"/>
      </w:pPr>
      <w:r>
        <w:t>A fundraiser with a warm sense of purpose</w:t>
      </w:r>
      <w:r/>
    </w:p>
    <w:p>
      <w:r/>
      <w:r>
        <w:t>The strongest reason to attend may have little to do with what ends up on the auction table. PLPN offers a chance to see a community celebrate its identity, remember its history and put money behind organisations doing tangible work.</w:t>
      </w:r>
      <w:r/>
    </w:p>
    <w:p>
      <w:r/>
      <w:r>
        <w:t>Come for the unusual finds, stay for the conversations and leave knowing your support has travelled further than the room. For many attendees, that's the part they'll remember longest.</w:t>
      </w:r>
      <w:r/>
    </w:p>
    <w:p>
      <w:r/>
      <w:r>
        <w:t>Come for the auction, stay for the community and give because it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https://bearworldmag.com/philadelphia-leather-pride-night-returns-november-1st/?utm_source=rss&amp;utm_medium=rss&amp;utm_campaign=philadelphia-leather-pride-night-returns-november-1st</w:t>
        </w:r>
      </w:hyperlink>
      <w:r>
        <w:t xml:space="preserve"> - Please view link - unable to able to access data</w:t>
      </w:r>
      <w:r/>
    </w:p>
    <w:p>
      <w:pPr>
        <w:pStyle w:val="ListNumber"/>
        <w:spacing w:line="240" w:lineRule="auto"/>
        <w:ind w:left="720"/>
      </w:pPr>
      <w:r/>
      <w:hyperlink r:id="rId10">
        <w:r>
          <w:rPr>
            <w:color w:val="0000EE"/>
            <w:u w:val="single"/>
          </w:rPr>
          <w:t>https://bearworldmag.com/philadelphia-leather-pride-night-returns-november-1st/</w:t>
        </w:r>
      </w:hyperlink>
      <w:r>
        <w:t xml:space="preserve"> - Bear World Magazine announces the 17th Annual Philadelphia Leather Pride Night (PLPN) on Sunday, November 1, 2026, at Congregation Rodeph Shalom in Center City Philadelphia. The event features live and silent charity auctions with items like theater tickets, event passes, hotel stays, leather and fetish clothing, adult-themed toys, equipment, books, art, and jewelry. Proceeds support Project HOME – Gloria Casarez Residence, Human Rights Campaign, and Leather Archives &amp; Museum. The event includes a light buffet, cash bar, entertainment, keynote address by Akasha Eden, and emcees Cortez Onyx and Lady Victoria Courtez.</w:t>
      </w:r>
      <w:r/>
    </w:p>
    <w:p>
      <w:pPr>
        <w:pStyle w:val="ListNumber"/>
        <w:spacing w:line="240" w:lineRule="auto"/>
        <w:ind w:left="720"/>
      </w:pPr>
      <w:r/>
      <w:hyperlink r:id="rId11">
        <w:r>
          <w:rPr>
            <w:color w:val="0000EE"/>
            <w:u w:val="single"/>
          </w:rPr>
          <w:t>https://phillygaycalendar.com/events/philly-leather-pride-2026-chosen-family/</w:t>
        </w:r>
      </w:hyperlink>
      <w:r>
        <w:t xml:space="preserve"> - PhillyGayCalendar.com promotes the 2026 Philadelphia Leather Pride Night, themed 'Chosen Family: Honoring Our Legacy. Building Our Future.' Scheduled for Sunday, November 1, 2026, at Congregation Rodeph Shalom, the event includes a keynote address by Akasha, International Ms Leather 2026, entertainment, live and silent auctions led by Jo Arnone, a complimentary light buffet, and non-alcoholic beverages with a limited cash bar. Proceeds benefit Project HOME’s Gloria Casarez Residence, the Human Rights Campaign, and the Leather Archives &amp; Museum. Tickets are priced at $45 for individuals, $160 for a table of four, and $300 for a table of eight.</w:t>
      </w:r>
      <w:r/>
    </w:p>
    <w:p>
      <w:pPr>
        <w:pStyle w:val="ListNumber"/>
        <w:spacing w:line="240" w:lineRule="auto"/>
        <w:ind w:left="720"/>
      </w:pPr>
      <w:r/>
      <w:hyperlink r:id="rId12">
        <w:r>
          <w:rPr>
            <w:color w:val="0000EE"/>
            <w:u w:val="single"/>
          </w:rPr>
          <w:t>https://stayhappening.com/e/philly-leather-pride-night-2026-E2ISYPQKCUV</w:t>
        </w:r>
      </w:hyperlink>
      <w:r>
        <w:t xml:space="preserve"> - StayHappening.com details the Philly Leather Pride Night 2026 event on Sunday, November 1, 2026, at Congregation Rodeph Shalom in Philadelphia. The event features a live auction with unique items, a complimentary light buffet, non-alcoholic beverages, and a limited cash bar. The Million-Dollar Auctioneer Jo Arnone will lead the live auction. Proceeds support Project HOME, the Human Rights Campaign, and the Leather Archives &amp; Museum. The event aims to raise funds for these organizations and foster community spirit.</w:t>
      </w:r>
      <w:r/>
    </w:p>
    <w:p>
      <w:pPr>
        <w:pStyle w:val="ListNumber"/>
        <w:spacing w:line="240" w:lineRule="auto"/>
        <w:ind w:left="720"/>
      </w:pPr>
      <w:r/>
      <w:hyperlink r:id="rId13">
        <w:r>
          <w:rPr>
            <w:color w:val="0000EE"/>
            <w:u w:val="single"/>
          </w:rPr>
          <w:t>https://qcal.app/event/philly-leather-pride-night-2026-philadelphia-pa-us</w:t>
        </w:r>
      </w:hyperlink>
      <w:r>
        <w:t xml:space="preserve"> - Qcal.app lists the Philly Leather Pride Night 2026 event on Sunday, November 1, 2026, at Congregation Rodeph Shalom in Philadelphia. The event includes live entertainment, speakers, a complimentary buffet, and live and silent auctions supporting nonprofit organizations. The 2026 theme is 'Chosen Family: Honoring Our Legacy. Building Our Future.' Proceeds benefit Project HOME, the Human Rights Campaign, and the Leather Archives &amp; Museum. The event is open to the public, with exact address details provided upon ticket purchase.</w:t>
      </w:r>
      <w:r/>
    </w:p>
    <w:p>
      <w:pPr>
        <w:pStyle w:val="ListNumber"/>
        <w:spacing w:line="240" w:lineRule="auto"/>
        <w:ind w:left="720"/>
      </w:pPr>
      <w:r/>
      <w:hyperlink r:id="rId14">
        <w:r>
          <w:rPr>
            <w:color w:val="0000EE"/>
            <w:u w:val="single"/>
          </w:rPr>
          <w:t>https://www.gayout.com/usa-canada/united-states/philadelphia/events/philly-leather-pride-night-2026-2026-11-01</w:t>
        </w:r>
      </w:hyperlink>
      <w:r>
        <w:t xml:space="preserve"> - GayOut.com provides information about the Philly Leather Pride Night 2026 event on Sunday, November 1, 2026, at Congregation Rodeph Shalom in Philadelphia. The event is part of the LGBTQ+ community's celebration, featuring live entertainment, speakers, a complimentary buffet, and live and silent auctions supporting nonprofit organizations. The exact time of the event is to be announced. The venue is located at 615 N Broad St, Philadelphia, Pennsylvania, United States.</w:t>
      </w:r>
      <w:r/>
    </w:p>
    <w:p>
      <w:pPr>
        <w:pStyle w:val="ListNumber"/>
        <w:spacing w:line="240" w:lineRule="auto"/>
        <w:ind w:left="720"/>
      </w:pPr>
      <w:r/>
      <w:hyperlink r:id="rId15">
        <w:r>
          <w:rPr>
            <w:color w:val="0000EE"/>
            <w:u w:val="single"/>
          </w:rPr>
          <w:t>https://www.interfaithphiladelphia.org/location/congregation-rodeph-shalom/</w:t>
        </w:r>
      </w:hyperlink>
      <w:r>
        <w:t xml:space="preserve"> - Interfaith Philadelphia provides details about Congregation Rodeph Shalom, the venue for the Philly Leather Pride Night 2026 event. Located at 615 N Broad St, Philadelphia, PA 19123, the congregation is guided by enduring values and committed to moral action. They aim to create profound connections within the community. The venue is accessible and hosts various events, including the upcoming Philly Leather Pride Night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earworldmag.com/philadelphia-leather-pride-night-returns-november-1st/?utm_source=rss&amp;utm_medium=rss&amp;utm_campaign=philadelphia-leather-pride-night-returns-november-1st" TargetMode="External"/><Relationship Id="rId10" Type="http://schemas.openxmlformats.org/officeDocument/2006/relationships/hyperlink" Target="https://bearworldmag.com/philadelphia-leather-pride-night-returns-november-1st/" TargetMode="External"/><Relationship Id="rId11" Type="http://schemas.openxmlformats.org/officeDocument/2006/relationships/hyperlink" Target="https://phillygaycalendar.com/events/philly-leather-pride-2026-chosen-family/" TargetMode="External"/><Relationship Id="rId12" Type="http://schemas.openxmlformats.org/officeDocument/2006/relationships/hyperlink" Target="https://stayhappening.com/e/philly-leather-pride-night-2026-E2ISYPQKCUV" TargetMode="External"/><Relationship Id="rId13" Type="http://schemas.openxmlformats.org/officeDocument/2006/relationships/hyperlink" Target="https://qcal.app/event/philly-leather-pride-night-2026-philadelphia-pa-us" TargetMode="External"/><Relationship Id="rId14" Type="http://schemas.openxmlformats.org/officeDocument/2006/relationships/hyperlink" Target="https://www.gayout.com/usa-canada/united-states/philadelphia/events/philly-leather-pride-night-2026-2026-11-01" TargetMode="External"/><Relationship Id="rId15" Type="http://schemas.openxmlformats.org/officeDocument/2006/relationships/hyperlink" Target="https://www.interfaithphiladelphia.org/location/congregation-rodeph-shal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