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LGBTQ+ Catholic pilgrimage brings hidden history into 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Pilgrims, priests and allies have followed a three-day LGBTQ+ Catholic history pilgrimage through New York City, connecting the HIV/AIDS crisis, faith, loss and resilience. The journey visited churches, memorials and Stonewall, offering participants a thoughtful way to understand how suffering and service have shaped the city’s Catholic LGBTQ+ story.</w:t>
      </w:r>
      <w:r/>
    </w:p>
    <w:p>
      <w:pPr>
        <w:pStyle w:val="Heading2"/>
      </w:pPr>
      <w:r>
        <w:t>Essential Takeaways</w:t>
      </w:r>
      <w:r/>
      <w:r/>
    </w:p>
    <w:p>
      <w:pPr>
        <w:pStyle w:val="ListBullet"/>
        <w:spacing w:line="240" w:lineRule="auto"/>
        <w:ind w:left="720"/>
      </w:pPr>
      <w:r/>
      <w:r>
        <w:rPr>
          <w:b/>
        </w:rPr>
        <w:t>A three-day journey:</w:t>
      </w:r>
      <w:r>
        <w:t xml:space="preserve"> Outreach led the pilgrimage through New York City from 25 to 27 September.</w:t>
      </w:r>
      <w:r/>
    </w:p>
    <w:p>
      <w:pPr>
        <w:pStyle w:val="ListBullet"/>
        <w:spacing w:line="240" w:lineRule="auto"/>
        <w:ind w:left="720"/>
      </w:pPr>
      <w:r/>
      <w:r>
        <w:rPr>
          <w:b/>
        </w:rPr>
        <w:t>History with a spiritual frame:</w:t>
      </w:r>
      <w:r>
        <w:t xml:space="preserve"> The route used the Easter Triduum to explore suffering, ministry, exclusion and perseverance.</w:t>
      </w:r>
      <w:r/>
    </w:p>
    <w:p>
      <w:pPr>
        <w:pStyle w:val="ListBullet"/>
        <w:spacing w:line="240" w:lineRule="auto"/>
        <w:ind w:left="720"/>
      </w:pPr>
      <w:r/>
      <w:r>
        <w:rPr>
          <w:b/>
        </w:rPr>
        <w:t>Significant locations:</w:t>
      </w:r>
      <w:r>
        <w:t xml:space="preserve"> Stops included St Veronica’s Church, the New York City AIDS Memorial and the Stonewall Inn.</w:t>
      </w:r>
      <w:r/>
    </w:p>
    <w:p>
      <w:pPr>
        <w:pStyle w:val="ListBullet"/>
        <w:spacing w:line="240" w:lineRule="auto"/>
        <w:ind w:left="720"/>
      </w:pPr>
      <w:r/>
      <w:r>
        <w:rPr>
          <w:b/>
        </w:rPr>
        <w:t>A broad group of pilgrims:</w:t>
      </w:r>
      <w:r>
        <w:t xml:space="preserve"> LGBTQ+ Catholics, clergy, religious sisters, relatives and allies took part.</w:t>
      </w:r>
      <w:r/>
    </w:p>
    <w:p>
      <w:pPr>
        <w:pStyle w:val="ListBullet"/>
        <w:spacing w:line="240" w:lineRule="auto"/>
        <w:ind w:left="720"/>
      </w:pPr>
      <w:r/>
      <w:r>
        <w:rPr>
          <w:b/>
        </w:rPr>
        <w:t>A practical lesson in listening:</w:t>
      </w:r>
      <w:r>
        <w:t xml:space="preserve"> Participants said the experience deepened their understanding of LGBTQ+ Catholic life and ministry.</w:t>
      </w:r>
      <w:r/>
      <w:r/>
    </w:p>
    <w:p>
      <w:pPr>
        <w:pStyle w:val="Heading2"/>
      </w:pPr>
      <w:r>
        <w:t>A pilgrimage that treats history as lived experience</w:t>
      </w:r>
      <w:r/>
    </w:p>
    <w:p>
      <w:r/>
      <w:r>
        <w:t>This wasn't simply a tour of notable New York landmarks. It was a reflective journey through places marked by grief, courage and care, with the HIV/AIDS crisis at its emotional centre.</w:t>
      </w:r>
      <w:r/>
    </w:p>
    <w:p>
      <w:r/>
      <w:r>
        <w:t>Outreach, a Catholic LGBTQ+ resource, organised the pilgrimage as a way to explore the city’s history through faith. According to the National Catholic Reporter, the programme followed the shape of the Easter Triduum, linking the pain of crisis with the persistence of ministry and the possibility of renewal.</w:t>
      </w:r>
      <w:r/>
    </w:p>
    <w:p>
      <w:r/>
      <w:r>
        <w:t>That structure gave the weekend a clear emotional rhythm. Rather than presenting history as a tidy timeline, the pilgrimage invited people to sit with difficult memories and ask what solidarity looked like at the time.</w:t>
      </w:r>
      <w:r/>
    </w:p>
    <w:p>
      <w:pPr>
        <w:pStyle w:val="Heading2"/>
      </w:pPr>
      <w:r>
        <w:t>From St Veronica’s to Stonewall</w:t>
      </w:r>
      <w:r/>
    </w:p>
    <w:p>
      <w:r/>
      <w:r>
        <w:t>The route brought together religious and civic landmarks that don't always appear in the same historical account. At St Veronica’s Church, pilgrims remembered the Missionaries of Charity’s care for people living with AIDS. The group also visited the New York City AIDS Memorial, located at the former site of St Vincent’s Hospital.</w:t>
      </w:r>
      <w:r/>
    </w:p>
    <w:p>
      <w:r/>
      <w:r>
        <w:t>The final stop at the Stonewall Inn widened the conversation beyond Catholic institutions. The national monument is closely associated with the 1969 riots and the modern gay liberation movement, making it a powerful reminder of the wider struggle for dignity and recognition.</w:t>
      </w:r>
      <w:r/>
    </w:p>
    <w:p>
      <w:r/>
      <w:r>
        <w:t>Outreach’s announcement described the pilgrimage as an opportunity to encounter LGBTQ+ Catholic history in New York rather than simply read about it. That distinction matters. A quiet church, a memorial wall and a busy city street can each carry memories that aren't obvious to passers-by.</w:t>
      </w:r>
      <w:r/>
    </w:p>
    <w:p>
      <w:pPr>
        <w:pStyle w:val="Heading2"/>
      </w:pPr>
      <w:r>
        <w:t>Why the HIV/AIDS years remain central</w:t>
      </w:r>
      <w:r/>
    </w:p>
    <w:p>
      <w:r/>
      <w:r>
        <w:t>For older participants, the pilgrimage offered a chance to reconnect experiences that had often been endured privately. Gene Cavallo, who lived through the crisis, said the journey helped him bring together parts of his past that had previously felt separate, according to the account published by New Ways Ministry.</w:t>
      </w:r>
      <w:r/>
    </w:p>
    <w:p>
      <w:r/>
      <w:r>
        <w:t>Younger pilgrims approached the same history from a different position. Kris Estrada, aged 21, hadn't lived through the worst years of the epidemic, but said learning about the suffering and perseverance of gay Catholics still resonated with him.</w:t>
      </w:r>
      <w:r/>
    </w:p>
    <w:p>
      <w:r/>
      <w:r>
        <w:t>That generational exchange is one of the pilgrimage’s most valuable features. The crisis isn't only a matter of historical record; its effects continue through community memory, parish life and the stories families and partners carry forward.</w:t>
      </w:r>
      <w:r/>
    </w:p>
    <w:p>
      <w:pPr>
        <w:pStyle w:val="Heading2"/>
      </w:pPr>
      <w:r>
        <w:t>A lesson for Catholic ministry today</w:t>
      </w:r>
      <w:r/>
    </w:p>
    <w:p>
      <w:r/>
      <w:r>
        <w:t>The pilgrimage also had a practical purpose for clergy. Fr Daniel Serbicki, a priest in the Diocese of Buffalo, described the experience as a way to understand and accompany the people he serves more fully.</w:t>
      </w:r>
      <w:r/>
    </w:p>
    <w:p>
      <w:r/>
      <w:r>
        <w:t>That emphasis on accompaniment reflects a wider shift in conversations about LGBTQ+ ministry. Announcements from Outreach and coverage of the New York event presented the pilgrimage not as a symbolic gesture alone, but as a form of formation, asking participants to listen before they presume to lead.</w:t>
      </w:r>
      <w:r/>
    </w:p>
    <w:p>
      <w:r/>
      <w:r>
        <w:t>For ministers, the lesson is straightforward but demanding: knowing the history of a community can change how pastoral care is offered. It can make room for grief, acknowledge mistrust and recognise the work already done by LGBTQ+ Catholics themselves.</w:t>
      </w:r>
      <w:r/>
    </w:p>
    <w:p>
      <w:pPr>
        <w:pStyle w:val="Heading2"/>
      </w:pPr>
      <w:r>
        <w:t>What participants carried home</w:t>
      </w:r>
      <w:r/>
    </w:p>
    <w:p>
      <w:r/>
      <w:r>
        <w:t>Sr Jeannie Humphries, an Ursuline sister, said the pilgrimage revealed how much she hadn't known about LGBTQ+ Catholic history in the 1980s and early 1990s. She also stressed the strength people showed in remaining true to themselves despite considerable adversity.</w:t>
      </w:r>
      <w:r/>
    </w:p>
    <w:p>
      <w:r/>
      <w:r>
        <w:t>The experience clearly meant different things to different pilgrims. For some, it was a form of personal reconciliation with the past. For others, it was an introduction to a history they inherited rather than experienced directly. For clergy and allies, it offered a reminder that support begins with attention.</w:t>
      </w:r>
      <w:r/>
    </w:p>
    <w:p>
      <w:r/>
      <w:r>
        <w:t>The simplest message may also be the most lasting: every person deserves dignity and love. In a city where memory is often layered into streets, churches and public spaces, that's a message with plenty of room to travel.</w:t>
      </w:r>
      <w:r/>
    </w:p>
    <w:p>
      <w:r/>
      <w:r>
        <w:t>It's a quietly powerful way to turn remembrance into understanding.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5">
        <w:r>
          <w:rPr>
            <w:color w:val="0000EE"/>
            <w:u w:val="single"/>
          </w:rPr>
          <w:t>[6]</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https://www.newwaysministry.org/2026/10/09/outreach-pilgrimage-connects-catholic-lgbtq-history/</w:t>
        </w:r>
      </w:hyperlink>
      <w:r>
        <w:t xml:space="preserve"> - Please view link - unable to able to access data</w:t>
      </w:r>
      <w:r/>
    </w:p>
    <w:p>
      <w:pPr>
        <w:pStyle w:val="ListNumber"/>
        <w:spacing w:line="240" w:lineRule="auto"/>
        <w:ind w:left="720"/>
      </w:pPr>
      <w:r/>
      <w:hyperlink r:id="rId10">
        <w:r>
          <w:rPr>
            <w:color w:val="0000EE"/>
            <w:u w:val="single"/>
          </w:rPr>
          <w:t>https://www.ncronline.org/news/new-york-lgbtq-catholic-pilgrims-trace-history-hivaids-perseverance?site_redirect=1</w:t>
        </w:r>
      </w:hyperlink>
      <w:r>
        <w:t xml:space="preserve"> - A recent Catholic pilgrimage in New York City, organised by Outreach, traced the history of LGBTQ+ Catholics, focusing on the HIV/AIDS crisis and the Church's response. The event, led by Jesuit Fr. James Martin, included visits to significant sites such as St. Veronica’s Church, the New York City AIDS Memorial, and the Stonewall Inn. Participants reflected on themes of suffering, ministry, exclusion, and perseverance, highlighting the rich history of LGBTQ+ ministry in the city. The pilgrimage aimed to connect participants with the experiences of LGBTQ+ Catholics during the AIDS crisis and to foster a deeper understanding of their history.</w:t>
      </w:r>
      <w:r/>
    </w:p>
    <w:p>
      <w:pPr>
        <w:pStyle w:val="ListNumber"/>
        <w:spacing w:line="240" w:lineRule="auto"/>
        <w:ind w:left="720"/>
      </w:pPr>
      <w:r/>
      <w:hyperlink r:id="rId11">
        <w:r>
          <w:rPr>
            <w:color w:val="0000EE"/>
            <w:u w:val="single"/>
          </w:rPr>
          <w:t>https://outreach.faith/2026/07/register-today-outreach-announces-new-york-city-lgbtq-catholic-history-pilgrimage/</w:t>
        </w:r>
      </w:hyperlink>
      <w:r>
        <w:t xml:space="preserve"> - Outreach announced a three-day pilgrimage in New York City from September 25 to 27, 2026, focusing on the history of LGBTQ+ Catholics, particularly during the HIV/AIDS epidemic. Led by Fr. James Martin, the pilgrimage aimed to bring together LGBTQ+ Catholics, allies, and those involved in pastoral ministry. The programme included visits to significant LGBTQ+ sites, Masses at Jesuit parishes, and reflections on the Church’s pastoral ministry, with the goal of celebrating and elevating the experience of LGBTQ+ Catholics in the life of the Church.</w:t>
      </w:r>
      <w:r/>
    </w:p>
    <w:p>
      <w:pPr>
        <w:pStyle w:val="ListNumber"/>
        <w:spacing w:line="240" w:lineRule="auto"/>
        <w:ind w:left="720"/>
      </w:pPr>
      <w:r/>
      <w:hyperlink r:id="rId12">
        <w:r>
          <w:rPr>
            <w:color w:val="0000EE"/>
            <w:u w:val="single"/>
          </w:rPr>
          <w:t>https://infovaticana.com/en/2026/08/01/following-the-rome-jubilee-james-martin-announces-a-new-pilgrimage-for-lgbt-catholics-in-new-york/</w:t>
        </w:r>
      </w:hyperlink>
      <w:r>
        <w:t xml:space="preserve"> - Following the Rome Jubilee, Fr. James Martin announced a new pilgrimage for LGBTQ+ Catholics in New York City, scheduled for September 25 to 27, 2026. Organised by Outreach, the pilgrimage aimed to bring together LGBTQ+ individuals, their allies, and those engaged in pastoral work with this community. The initiative sought to remember the victims of the HIV/AIDS epidemic, reflect on the evolution of pastoral care, and continue to promote the mission of Outreach, highlighting New York's historic significance for LGBTQ+ Catholics.</w:t>
      </w:r>
      <w:r/>
    </w:p>
    <w:p>
      <w:pPr>
        <w:pStyle w:val="ListNumber"/>
        <w:spacing w:line="240" w:lineRule="auto"/>
        <w:ind w:left="720"/>
      </w:pPr>
      <w:r/>
      <w:hyperlink r:id="rId14">
        <w:r>
          <w:rPr>
            <w:color w:val="0000EE"/>
            <w:u w:val="single"/>
          </w:rPr>
          <w:t>https://wisevoter.com/world/us/ny/new-york-city/2026/10/01/lgbtq-catholic-pilgrimage-new-york-city</w:t>
        </w:r>
      </w:hyperlink>
      <w:r>
        <w:t xml:space="preserve"> - A recent three-day pilgrimage in New York City, organised by Outreach, focused on the history of LGBTQ+ Catholic ministry and the HIV/AIDS epidemic. Participants visited historical sites to reflect on the Catholic response to the crisis. The event aimed to expand the reach of LGBTQ+ Catholic ministry by offering regional programming outside of traditional national conferences, providing a space for reflection on the intersection of faith and the history of the HIV/AIDS crisis.</w:t>
      </w:r>
      <w:r/>
    </w:p>
    <w:p>
      <w:pPr>
        <w:pStyle w:val="ListNumber"/>
        <w:spacing w:line="240" w:lineRule="auto"/>
        <w:ind w:left="720"/>
      </w:pPr>
      <w:r/>
      <w:hyperlink r:id="rId15">
        <w:r>
          <w:rPr>
            <w:color w:val="0000EE"/>
            <w:u w:val="single"/>
          </w:rPr>
          <w:t>https://apnews.com/article/8756a79c5fd0323cd019990f6655b749</w:t>
        </w:r>
      </w:hyperlink>
      <w:r>
        <w:t xml:space="preserve"> - The Jesuits in the U.S. are expanding their LGBTQ+ outreach through a ministry called Outreach, founded in 2022 by Rev. James Martin. This initiative seeks to support LGBTQ+ Catholics, despite the Church's ongoing doctrinal opposition to same-sex marriage and gender transition. The program has hosted conferences and developed a wide-ranging website offering resources and information. A recent milestone was the appointment of journalist Michael O'Loughlin as the initiative's first executive director. O'Loughlin, a gay Catholic and author of a book on Catholic responses to the AIDS crisis, aims to broaden the scope of Outreach’s work nationally.</w:t>
      </w:r>
      <w:r/>
    </w:p>
    <w:p>
      <w:pPr>
        <w:pStyle w:val="ListNumber"/>
        <w:spacing w:line="240" w:lineRule="auto"/>
        <w:ind w:left="720"/>
      </w:pPr>
      <w:r/>
      <w:hyperlink r:id="rId13">
        <w:r>
          <w:rPr>
            <w:color w:val="0000EE"/>
            <w:u w:val="single"/>
          </w:rPr>
          <w:t>https://outreach.faith/2026/09/outreachs-pilgrimage-to-new-york-city-a-sacred-triduum/</w:t>
        </w:r>
      </w:hyperlink>
      <w:r>
        <w:t xml:space="preserve"> - Outreach's pilgrimage to New York City, held from September 25 to 27, 2026, followed the format of the Paschal Triduum, commemorating the central moments of the Paschal Mystery. The pilgrimage aimed to connect participants with the experiences of LGBTQ+ Catholics during the AIDS crisis and to foster a deeper understanding of their history. The event included visits to significant sites such as St. Veronica’s Church, the New York City AIDS Memorial, and the Stonewall Inn, providing a space for reflection on the intersection of faith and the history of the HIV/AIDS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09/outreach-pilgrimage-connects-catholic-lgbtq-history/" TargetMode="External"/><Relationship Id="rId10" Type="http://schemas.openxmlformats.org/officeDocument/2006/relationships/hyperlink" Target="https://www.ncronline.org/news/new-york-lgbtq-catholic-pilgrims-trace-history-hivaids-perseverance?site_redirect=1" TargetMode="External"/><Relationship Id="rId11" Type="http://schemas.openxmlformats.org/officeDocument/2006/relationships/hyperlink" Target="https://outreach.faith/2026/07/register-today-outreach-announces-new-york-city-lgbtq-catholic-history-pilgrimage/" TargetMode="External"/><Relationship Id="rId12" Type="http://schemas.openxmlformats.org/officeDocument/2006/relationships/hyperlink" Target="https://infovaticana.com/en/2026/08/01/following-the-rome-jubilee-james-martin-announces-a-new-pilgrimage-for-lgbt-catholics-in-new-york/" TargetMode="External"/><Relationship Id="rId13" Type="http://schemas.openxmlformats.org/officeDocument/2006/relationships/hyperlink" Target="https://outreach.faith/2026/09/outreachs-pilgrimage-to-new-york-city-a-sacred-triduum/" TargetMode="External"/><Relationship Id="rId14" Type="http://schemas.openxmlformats.org/officeDocument/2006/relationships/hyperlink" Target="https://wisevoter.com/world/us/ny/new-york-city/2026/10/01/lgbtq-catholic-pilgrimage-new-york-city" TargetMode="External"/><Relationship Id="rId15" Type="http://schemas.openxmlformats.org/officeDocument/2006/relationships/hyperlink" Target="https://apnews.com/article/8756a79c5fd0323cd019990f6655b7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