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 Johnston’s Queer Roles Helped Him Accept Himself</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Michael Johnston is reflecting on how playing gay characters helped him understand his own sexuality, even while he was still working through fear and self-doubt. From Teen Wolf to Slash and his breakout in Obsession, the actor’s story shows why authentic LGBTQ+ visibility can matter both on screen and far beyond it.</w:t>
      </w:r>
      <w:r/>
    </w:p>
    <w:p>
      <w:pPr>
        <w:pStyle w:val="Heading2"/>
      </w:pPr>
      <w:r>
        <w:t>Essential Takeaways</w:t>
      </w:r>
      <w:r/>
      <w:r/>
    </w:p>
    <w:p>
      <w:pPr>
        <w:pStyle w:val="ListBullet"/>
        <w:spacing w:line="240" w:lineRule="auto"/>
        <w:ind w:left="720"/>
      </w:pPr>
      <w:r/>
      <w:r>
        <w:rPr>
          <w:b/>
        </w:rPr>
        <w:t>Early roles became personal:</w:t>
      </w:r>
      <w:r>
        <w:t xml:space="preserve"> Johnston played queer characters before he felt fully comfortable with his own sexuality.</w:t>
      </w:r>
      <w:r/>
    </w:p>
    <w:p>
      <w:pPr>
        <w:pStyle w:val="ListBullet"/>
        <w:spacing w:line="240" w:lineRule="auto"/>
        <w:ind w:left="720"/>
      </w:pPr>
      <w:r/>
      <w:r>
        <w:rPr>
          <w:b/>
        </w:rPr>
        <w:t>A difficult upbringing shaped him:</w:t>
      </w:r>
      <w:r>
        <w:t xml:space="preserve"> He grew up in a Southern Baptist family in North Carolina, where being gay was presented through frightening messages.</w:t>
      </w:r>
      <w:r/>
    </w:p>
    <w:p>
      <w:pPr>
        <w:pStyle w:val="ListBullet"/>
        <w:spacing w:line="240" w:lineRule="auto"/>
        <w:ind w:left="720"/>
      </w:pPr>
      <w:r/>
      <w:r>
        <w:rPr>
          <w:b/>
        </w:rPr>
        <w:t>Visibility reached viewers:</w:t>
      </w:r>
      <w:r>
        <w:t xml:space="preserve"> Fans told him his performances helped them feel less alone, and in some cases encouraged them to come out to their parents.</w:t>
      </w:r>
      <w:r/>
    </w:p>
    <w:p>
      <w:pPr>
        <w:pStyle w:val="ListBullet"/>
        <w:spacing w:line="240" w:lineRule="auto"/>
        <w:ind w:left="720"/>
      </w:pPr>
      <w:r/>
      <w:r>
        <w:rPr>
          <w:b/>
        </w:rPr>
        <w:t>His career is moving forward:</w:t>
      </w:r>
      <w:r>
        <w:t xml:space="preserve"> The actor is now attracting attention through the horror hit Obsession and hopes to take on more queer stories.</w:t>
      </w:r>
      <w:r/>
    </w:p>
    <w:p>
      <w:pPr>
        <w:pStyle w:val="ListBullet"/>
        <w:spacing w:line="240" w:lineRule="auto"/>
        <w:ind w:left="720"/>
      </w:pPr>
      <w:r/>
      <w:r>
        <w:rPr>
          <w:b/>
        </w:rPr>
        <w:t>The story isn't a new announcement:</w:t>
      </w:r>
      <w:r>
        <w:t xml:space="preserve"> Johnston is looking back on a personal journey, rather than presenting the interview as a fresh coming-out statement.</w:t>
      </w:r>
      <w:r/>
      <w:r/>
    </w:p>
    <w:p>
      <w:pPr>
        <w:pStyle w:val="Heading2"/>
      </w:pPr>
      <w:r>
        <w:t>Playing queer characters before he felt ready</w:t>
      </w:r>
      <w:r/>
    </w:p>
    <w:p>
      <w:r/>
      <w:r>
        <w:t>There’s a striking tension at the heart of Michael Johnston’s story. While appearing on screen as gay characters, he was still trying to make peace with his own sexuality off screen.</w:t>
      </w:r>
      <w:r/>
    </w:p>
    <w:p>
      <w:r/>
      <w:r>
        <w:t>Johnston, best known to many viewers for playing Corey Bryant in Teen Wolf, has discussed that period in an Attitude cover interview reported by Out. He also appeared as Neil in the queer film Slash, taking on roles that gave him a way into feelings he hadn't yet learned to name comfortably.</w:t>
      </w:r>
      <w:r/>
    </w:p>
    <w:p>
      <w:r/>
      <w:r>
        <w:t>That makes the performances feel more layered in hindsight. They weren't simply acting exercises. They became a quiet form of self-examination, with scripts and characters offering space to explore experiences that still felt frightening in real life.</w:t>
      </w:r>
      <w:r/>
    </w:p>
    <w:p>
      <w:pPr>
        <w:pStyle w:val="Heading2"/>
      </w:pPr>
      <w:r>
        <w:t>A Southern Baptist upbringing left a lasting mark</w:t>
      </w:r>
      <w:r/>
    </w:p>
    <w:p>
      <w:r/>
      <w:r>
        <w:t>Johnston has described growing up in a Southern Baptist family in North Carolina, where messages about homosexuality made self-acceptance especially difficult. For someone coming of age in that environment, recognising his sexuality wasn't an easy, tidy revelation.</w:t>
      </w:r>
      <w:r/>
    </w:p>
    <w:p>
      <w:r/>
      <w:r>
        <w:t>Instead, it was a gradual process of challenging the idea that being gay represented weakness or shame. According to coverage from TheWrap and ComingSoon, Johnston has connected his eventual shift in perspective with the empathy he developed through both his life and his work.</w:t>
      </w:r>
      <w:r/>
    </w:p>
    <w:p>
      <w:r/>
      <w:r>
        <w:t>That change matters because it moves the conversation beyond celebrity disclosure. Johnston isn't only discussing when he understood himself. He's describing how he learned to see a part of himself differently, and how that perspective began to feel like a strength.</w:t>
      </w:r>
      <w:r/>
    </w:p>
    <w:p>
      <w:pPr>
        <w:pStyle w:val="Heading2"/>
      </w:pPr>
      <w:r>
        <w:t>Viewers found reassurance in his performances</w:t>
      </w:r>
      <w:r/>
    </w:p>
    <w:p>
      <w:r/>
      <w:r>
        <w:t>The most moving part of Johnston's reflections may be what happened after the episodes and films reached audiences. He has recalled receiving thousands of messages from viewers who said his work had helped them feel better about themselves.</w:t>
      </w:r>
      <w:r/>
    </w:p>
    <w:p>
      <w:r/>
      <w:r>
        <w:t>Some people told him they had found the confidence to come out to their parents. Others simply recognised something familiar in the characters he played. That response is a reminder that representation doesn't always arrive as a grand speech or a perfectly packaged role. Sometimes it begins with the simple relief of seeing someone else go through something similar.</w:t>
      </w:r>
      <w:r/>
    </w:p>
    <w:p>
      <w:r/>
      <w:r>
        <w:t>Industry coverage, including reports from AOL and Just Jared, highlights how personal those reactions were. For viewers facing isolation, a queer character can offer a small but powerful signal that their life is possible, visible and worth understanding.</w:t>
      </w:r>
      <w:r/>
    </w:p>
    <w:p>
      <w:pPr>
        <w:pStyle w:val="Heading2"/>
      </w:pPr>
      <w:r>
        <w:t>From Teen Wolf to Obsession, the next chapter is opening</w:t>
      </w:r>
      <w:r/>
    </w:p>
    <w:p>
      <w:r/>
      <w:r>
        <w:t>Johnston is now enjoying fresh attention through Obsession, a horror project that has helped push his career into a new phase. The genre's intensity may be very different from his earlier queer roles, but the interest around him has kept his personal reflections firmly in the conversation.</w:t>
      </w:r>
      <w:r/>
    </w:p>
    <w:p>
      <w:r/>
      <w:r>
        <w:t>He has also acknowledged the people close to him. While accepting a Film Award at the Attitude Awards, he mentioned that his mother and partner were present. Reporting has not confirmed his partner's identity, so there’s no need to speculate, but the moment placed his personal life alongside a significant professional achievement.</w:t>
      </w:r>
      <w:r/>
    </w:p>
    <w:p>
      <w:r/>
      <w:r>
        <w:t>For now, Johnston says he wants to see more queer storytelling as new opportunities arrive. That feels like a natural direction for an actor whose earlier work helped audiences, even while he was still finding his own footing.</w:t>
      </w:r>
      <w:r/>
    </w:p>
    <w:p>
      <w:pPr>
        <w:pStyle w:val="Heading2"/>
      </w:pPr>
      <w:r>
        <w:t>Why this kind of visibility still matters</w:t>
      </w:r>
      <w:r/>
    </w:p>
    <w:p>
      <w:r/>
      <w:r>
        <w:t>Representation can be imperfect, complicated and deeply personal. Johnston's experience shows that a performer doesn't need to have every part of their identity resolved before their work can mean something to someone watching.</w:t>
      </w:r>
      <w:r/>
    </w:p>
    <w:p>
      <w:r/>
      <w:r>
        <w:t>That may be the unexpected comfort in his story. The actor was still learning to accept himself, yet viewers were already finding courage in the characters he brought to life. Sometimes the person offering reassurance is still searching for it too.</w:t>
      </w:r>
      <w:r/>
    </w:p>
    <w:p>
      <w:r/>
      <w:r>
        <w:t>As Johnston's profile grows, audiences will likely watch not only for what he does next, but for whether the industry gives him room to tell more nuanced queer stories. His journey suggests there’s plenty more emotional territory to explore.</w:t>
      </w:r>
      <w:r/>
    </w:p>
    <w:p>
      <w:r/>
      <w:r>
        <w:t>It's a powerful reminder that one role can reach places an actor may never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https://b-gay.com/michael-johnston-played-gay-characters-before-he-could-fully-accept-himself/</w:t>
        </w:r>
      </w:hyperlink>
      <w:r>
        <w:t xml:space="preserve"> - Please view link - unable to able to access data</w:t>
      </w:r>
      <w:r/>
    </w:p>
    <w:p>
      <w:pPr>
        <w:pStyle w:val="ListNumber"/>
        <w:spacing w:line="240" w:lineRule="auto"/>
        <w:ind w:left="720"/>
      </w:pPr>
      <w:r/>
      <w:hyperlink r:id="rId10">
        <w:r>
          <w:rPr>
            <w:color w:val="0000EE"/>
            <w:u w:val="single"/>
          </w:rPr>
          <w:t>https://www.mandatory.com/news/1867002-obsession-star-michael-johnston-queer-project-steamy-moment</w:t>
        </w:r>
      </w:hyperlink>
      <w:r>
        <w:t xml:space="preserve"> - Michael Johnston, known for his role in 'Obsession', reflects on his journey as a gay actor. He discusses how portraying queer characters, such as Corey Bryant in 'Teen Wolf', coincided with his personal path to self-acceptance. Johnston shares insights into the challenges and growth he experienced during this period, highlighting the significance of these roles in his life and career.</w:t>
      </w:r>
      <w:r/>
    </w:p>
    <w:p>
      <w:pPr>
        <w:pStyle w:val="ListNumber"/>
        <w:spacing w:line="240" w:lineRule="auto"/>
        <w:ind w:left="720"/>
      </w:pPr>
      <w:r/>
      <w:hyperlink r:id="rId11">
        <w:r>
          <w:rPr>
            <w:color w:val="0000EE"/>
            <w:u w:val="single"/>
          </w:rPr>
          <w:t>https://www.thewrap.com/creative-content/movies/obsession-star-michael-johnston-gay-coming-out-teen-wolf/</w:t>
        </w:r>
      </w:hyperlink>
      <w:r>
        <w:t xml:space="preserve"> - In an interview, Michael Johnston discusses the challenges of coming out while portraying a gay character on 'Teen Wolf'. He shares his experiences of self-discovery and the fear associated with embracing his sexuality during that time. Johnston reflects on the impact of his role as Corey Bryant on his personal journey and the broader LGBTQ+ community.</w:t>
      </w:r>
      <w:r/>
    </w:p>
    <w:p>
      <w:pPr>
        <w:pStyle w:val="ListNumber"/>
        <w:spacing w:line="240" w:lineRule="auto"/>
        <w:ind w:left="720"/>
      </w:pPr>
      <w:r/>
      <w:hyperlink r:id="rId12">
        <w:r>
          <w:rPr>
            <w:color w:val="0000EE"/>
            <w:u w:val="single"/>
          </w:rPr>
          <w:t>https://www.aol.com/articles/obsession-star-talks-gay-actors-050206000.html</w:t>
        </w:r>
      </w:hyperlink>
      <w:r>
        <w:t xml:space="preserve"> - Michael Johnston, star of 'Obsession', talks about his experiences as a gay actor. He discusses how playing queer characters, including Corey Bryant in 'Teen Wolf', helped him confront his own sexuality. Johnston also shares details about his upcoming queer project, promising audiences a 'steamy' on-screen moment.</w:t>
      </w:r>
      <w:r/>
    </w:p>
    <w:p>
      <w:pPr>
        <w:pStyle w:val="ListNumber"/>
        <w:spacing w:line="240" w:lineRule="auto"/>
        <w:ind w:left="720"/>
      </w:pPr>
      <w:r/>
      <w:hyperlink r:id="rId13">
        <w:r>
          <w:rPr>
            <w:color w:val="0000EE"/>
            <w:u w:val="single"/>
          </w:rPr>
          <w:t>https://www.comingsoon.net/movies/news/2180017-obsession-star-michael-johnston-coming-out-teen-wolf</w:t>
        </w:r>
      </w:hyperlink>
      <w:r>
        <w:t xml:space="preserve"> - Michael Johnston reflects on the personal significance of his role as Corey Bryant in 'Teen Wolf'. He discusses how portraying a gay character aligned with his own journey toward self-acceptance, describing the period as 'terrifying'. Johnston shares insights into his experiences of coming out and the impact of his role on his life.</w:t>
      </w:r>
      <w:r/>
    </w:p>
    <w:p>
      <w:pPr>
        <w:pStyle w:val="ListNumber"/>
        <w:spacing w:line="240" w:lineRule="auto"/>
        <w:ind w:left="720"/>
      </w:pPr>
      <w:r/>
      <w:hyperlink r:id="rId14">
        <w:r>
          <w:rPr>
            <w:color w:val="0000EE"/>
            <w:u w:val="single"/>
          </w:rPr>
          <w:t>https://www.justjared.com/2026/08/20/obsessions-michael-johnston-recalls-playing-gay-role-on-teen-wolf-during-terrifying-time-being-in-denial-about-his-own-sexuality/</w:t>
        </w:r>
      </w:hyperlink>
      <w:r>
        <w:t xml:space="preserve"> - Michael Johnston recalls his experiences playing a gay character on 'Teen Wolf' during a challenging time in his life. He discusses the fear and denial he faced regarding his own sexuality and how the role of Corey Bryant intersected with his personal journey. Johnston reflects on the impact of this period on his self-acceptance.</w:t>
      </w:r>
      <w:r/>
    </w:p>
    <w:p>
      <w:pPr>
        <w:pStyle w:val="ListNumber"/>
        <w:spacing w:line="240" w:lineRule="auto"/>
        <w:ind w:left="720"/>
      </w:pPr>
      <w:r/>
      <w:hyperlink r:id="rId15">
        <w:r>
          <w:rPr>
            <w:color w:val="0000EE"/>
            <w:u w:val="single"/>
          </w:rPr>
          <w:t>https://www.allocine.fr/personne/fichepersonne-767966/biographie/</w:t>
        </w:r>
      </w:hyperlink>
      <w:r>
        <w:t xml:space="preserve"> - Michael Johnston's biography on AlloCiné details his early life and career. Born in 1996 in North Carolina, he began his acting career with voice roles in 2012. He gained recognition for his role as Corey Bryant in 'Teen Wolf' and starred in the film 'Slash'. The biography also highlights his involvement in other projects and his personal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michael-johnston-played-gay-characters-before-he-could-fully-accept-himself/" TargetMode="External"/><Relationship Id="rId10" Type="http://schemas.openxmlformats.org/officeDocument/2006/relationships/hyperlink" Target="https://www.mandatory.com/news/1867002-obsession-star-michael-johnston-queer-project-steamy-moment" TargetMode="External"/><Relationship Id="rId11" Type="http://schemas.openxmlformats.org/officeDocument/2006/relationships/hyperlink" Target="https://www.thewrap.com/creative-content/movies/obsession-star-michael-johnston-gay-coming-out-teen-wolf/" TargetMode="External"/><Relationship Id="rId12" Type="http://schemas.openxmlformats.org/officeDocument/2006/relationships/hyperlink" Target="https://www.aol.com/articles/obsession-star-talks-gay-actors-050206000.html" TargetMode="External"/><Relationship Id="rId13" Type="http://schemas.openxmlformats.org/officeDocument/2006/relationships/hyperlink" Target="https://www.comingsoon.net/movies/news/2180017-obsession-star-michael-johnston-coming-out-teen-wolf" TargetMode="External"/><Relationship Id="rId14" Type="http://schemas.openxmlformats.org/officeDocument/2006/relationships/hyperlink" Target="https://www.justjared.com/2026/08/20/obsessions-michael-johnston-recalls-playing-gay-role-on-teen-wolf-during-terrifying-time-being-in-denial-about-his-own-sexuality/" TargetMode="External"/><Relationship Id="rId15" Type="http://schemas.openxmlformats.org/officeDocument/2006/relationships/hyperlink" Target="https://www.allocine.fr/personne/fichepersonne-767966/biograph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