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Luis Gerardo Méndez film highlights Latino representation on Netflix</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Netflix for Animals, a tense new film featuring Mexican star Luis Gerardo Méndez alongside Ben Affleck, Gillian Anderson, Kerry Washington and Steven Yeun. Beyond its thriller setup, the film has prompted wider conversations about Latino visibility, LGBTQ+ advocacy and the importance of telling stories with dignity.</w:t>
      </w:r>
      <w:r/>
    </w:p>
    <w:p>
      <w:pPr>
        <w:pStyle w:val="Heading2"/>
      </w:pPr>
      <w:r>
        <w:t>Essential Takeaways</w:t>
      </w:r>
      <w:r/>
      <w:r/>
    </w:p>
    <w:p>
      <w:pPr>
        <w:pStyle w:val="ListBullet"/>
        <w:spacing w:line="240" w:lineRule="auto"/>
        <w:ind w:left="720"/>
      </w:pPr>
      <w:r/>
      <w:r>
        <w:rPr>
          <w:b/>
        </w:rPr>
        <w:t>A major new role:</w:t>
      </w:r>
      <w:r>
        <w:t xml:space="preserve"> Luis Gerardo Méndez appears in Animals, now streaming on Netflix.</w:t>
      </w:r>
      <w:r/>
    </w:p>
    <w:p>
      <w:pPr>
        <w:pStyle w:val="ListBullet"/>
        <w:spacing w:line="240" w:lineRule="auto"/>
        <w:ind w:left="720"/>
      </w:pPr>
      <w:r/>
      <w:r>
        <w:rPr>
          <w:b/>
        </w:rPr>
        <w:t>Representation matters:</w:t>
      </w:r>
      <w:r>
        <w:t xml:space="preserve"> The actor has stressed the value of portraying Latino characters with dignity and complexity.</w:t>
      </w:r>
      <w:r/>
    </w:p>
    <w:p>
      <w:pPr>
        <w:pStyle w:val="ListBullet"/>
        <w:spacing w:line="240" w:lineRule="auto"/>
        <w:ind w:left="720"/>
      </w:pPr>
      <w:r/>
      <w:r>
        <w:rPr>
          <w:b/>
        </w:rPr>
        <w:t>A familiar face:</w:t>
      </w:r>
      <w:r>
        <w:t xml:space="preserve"> Méndez is known for Club de Cuervos, Nosotros los Nobles, Narcos: Mexico and Murder Mystery.</w:t>
      </w:r>
      <w:r/>
    </w:p>
    <w:p>
      <w:pPr>
        <w:pStyle w:val="ListBullet"/>
        <w:spacing w:line="240" w:lineRule="auto"/>
        <w:ind w:left="720"/>
      </w:pPr>
      <w:r/>
      <w:r>
        <w:rPr>
          <w:b/>
        </w:rPr>
        <w:t>An outspoken advocate:</w:t>
      </w:r>
      <w:r>
        <w:t xml:space="preserve"> He has publicly supported LGBTQ+ equality and encouraged queer young people to embrace difference.</w:t>
      </w:r>
      <w:r/>
    </w:p>
    <w:p>
      <w:pPr>
        <w:pStyle w:val="ListBullet"/>
        <w:spacing w:line="240" w:lineRule="auto"/>
        <w:ind w:left="720"/>
      </w:pPr>
      <w:r/>
      <w:r>
        <w:rPr>
          <w:b/>
        </w:rPr>
        <w:t>A wider conversation:</w:t>
      </w:r>
      <w:r>
        <w:t xml:space="preserve"> Animals uses its dramatic story to explore social division, prejudice and unequal protection.</w:t>
      </w:r>
      <w:r/>
      <w:r/>
    </w:p>
    <w:p>
      <w:pPr>
        <w:pStyle w:val="Heading2"/>
      </w:pPr>
      <w:r>
        <w:t>Luis Gerardo Méndez brings more than star power</w:t>
      </w:r>
      <w:r/>
    </w:p>
    <w:p>
      <w:r/>
      <w:r>
        <w:t>Luis Gerardo Méndez has built a career that moves comfortably between Mexican cinema, Spanish-language television and Hollywood productions. In Animals, he joins a high-profile ensemble, but his presence carries meaning beyond the film's glossy cast list.</w:t>
      </w:r>
      <w:r/>
    </w:p>
    <w:p>
      <w:r/>
      <w:r>
        <w:t>The actor has become particularly recognisable through Club de Cuervos, a landmark Netflix comedy-drama, as well as films including Nosotros los Nobles and Murder Mystery. His work on screen has helped make him one of Mexico's best-known openly LGBTQ+ performers, according to the film and television records listed by IMDb.</w:t>
      </w:r>
      <w:r/>
    </w:p>
    <w:p>
      <w:r/>
      <w:r>
        <w:t>There is a grounded quality to Méndez's appeal. He can be sharply funny, commercially polished and politically direct, often within the same public conversation. That combination makes his latest role worth watching closely.</w:t>
      </w:r>
      <w:r/>
    </w:p>
    <w:p>
      <w:pPr>
        <w:pStyle w:val="Heading2"/>
      </w:pPr>
      <w:r>
        <w:t>Why Animals puts representation under the spotlight</w:t>
      </w:r>
      <w:r/>
    </w:p>
    <w:p>
      <w:r/>
      <w:r>
        <w:t>Méndez doesn't play a queer character in Animals, but he has described the project as an opportunity to show a strong Latino presence during a difficult period for minority representation. The film places its characters in a high-pressure world where risk and limited protection sit uncomfortably side by side.</w:t>
      </w:r>
      <w:r/>
    </w:p>
    <w:p>
      <w:r/>
      <w:r>
        <w:t>That tension gives the story an emotional edge. It isn't simply about who survives a dangerous situation; it's also about who gets dignity, safety and a fair chance when the stakes rise. IMDb's listing confirms the film's ensemble-led identity, while the surrounding discussion has focused on its social and political themes.</w:t>
      </w:r>
      <w:r/>
    </w:p>
    <w:p>
      <w:r/>
      <w:r>
        <w:t>For Méndez, that matters because representation isn't only about playing one kind of character. Sometimes it's about making sure Latino characters are visible as capable, complicated people rather than convenient background figures.</w:t>
      </w:r>
      <w:r/>
    </w:p>
    <w:p>
      <w:pPr>
        <w:pStyle w:val="Heading2"/>
      </w:pPr>
      <w:r>
        <w:t>From Club de Cuervos to international projects</w:t>
      </w:r>
      <w:r/>
    </w:p>
    <w:p>
      <w:r/>
      <w:r>
        <w:t>Méndez's rise reflects the increasingly fluid path between Mexican productions and global streaming platforms. Club de Cuervos introduced him to a broad international audience, while Narcos: Mexico and Murder Mystery expanded that reach across different genres and markets.</w:t>
      </w:r>
      <w:r/>
    </w:p>
    <w:p>
      <w:r/>
      <w:r>
        <w:t>The shift has changed what audiences expect from Spanish-language talent. A performer can now move from a locally rooted comedy to a globally distributed drama without abandoning the cultural detail that made them distinctive in the first place.</w:t>
      </w:r>
      <w:r/>
    </w:p>
    <w:p>
      <w:r/>
      <w:r>
        <w:t>That crossover is especially important for actors who want to challenge narrow ideas about masculinity. Méndez's public advocacy and varied roles have helped normalise queer visibility in mainstream Spanish-language entertainment, even when the characters themselves aren't explicitly queer.</w:t>
      </w:r>
      <w:r/>
    </w:p>
    <w:p>
      <w:pPr>
        <w:pStyle w:val="Heading2"/>
      </w:pPr>
      <w:r>
        <w:t>His message to queer young people is direct</w:t>
      </w:r>
      <w:r/>
    </w:p>
    <w:p>
      <w:r/>
      <w:r>
        <w:t>Méndez's advice is refreshingly simple: authenticity matters, and being different can be a strength rather than a liability. He has encouraged queer young people to find community, speak openly and trust that awkwardness doesn't define their future.</w:t>
      </w:r>
      <w:r/>
    </w:p>
    <w:p>
      <w:r/>
      <w:r>
        <w:t>That message lands differently in an entertainment industry that can still reward conformity. Visibility can be powerful, but it can also carry pressure, particularly for performers from communities that have historically had fewer mainstream references.</w:t>
      </w:r>
      <w:r/>
    </w:p>
    <w:p>
      <w:r/>
      <w:r>
        <w:t>The growing audience for shows such as Club de Cuervos suggests that viewers want stories with local flavour and international reach. Streaming has helped widen that space, although IMDb's limited public summary for Animals also underlines how much of a film's cultural impact depends on the conversations around it.</w:t>
      </w:r>
      <w:r/>
    </w:p>
    <w:p>
      <w:pPr>
        <w:pStyle w:val="Heading2"/>
      </w:pPr>
      <w:r>
        <w:t>Animals joins a larger debate about rights</w:t>
      </w:r>
      <w:r/>
    </w:p>
    <w:p>
      <w:r/>
      <w:r>
        <w:t>The film's themes arrive at a moment when political polarisation and attacks on minority rights are dominating public discussion. Méndez has argued that human rights aren't divisible, while his co-star Adriana Paz has stressed that rights can never be treated as permanently secure.</w:t>
      </w:r>
      <w:r/>
    </w:p>
    <w:p>
      <w:r/>
      <w:r>
        <w:t>Gillian Anderson has also spoken about choosing projects that invite serious cultural and political debate. With Kerry Washington and Steven Yeun among the cast, Animals has the kind of star power that can push those questions beyond film circles and into everyday conversation.</w:t>
      </w:r>
      <w:r/>
    </w:p>
    <w:p>
      <w:r/>
      <w:r>
        <w:t>That doesn't make a thriller a substitute for activism, of course. But a story can still open a door, especially for viewers who rarely see their experiences treated with seriousness. Sometimes the most useful cultural moment begins with simply recognising yourself on screen.</w:t>
      </w:r>
      <w:r/>
    </w:p>
    <w:p>
      <w:pPr>
        <w:pStyle w:val="Heading2"/>
      </w:pPr>
      <w:r>
        <w:t>What to know before watching Animals</w:t>
      </w:r>
      <w:r/>
    </w:p>
    <w:p>
      <w:r/>
      <w:r>
        <w:t>Animals is streaming on Netflix, making it an easy choice for viewers who enjoy tense ensemble films with a social conscience. Expect a story built around pressure, risk and divided loyalties rather than a straightforward feel-good watch.</w:t>
      </w:r>
      <w:r/>
    </w:p>
    <w:p>
      <w:r/>
      <w:r>
        <w:t>If you're discovering Méndez for the first time, Club de Cuervos is the natural next stop. It shows the actor's comic timing and dramatic range, while his wider filmography offers a useful picture of how Mexican talent is travelling across borders.</w:t>
      </w:r>
      <w:r/>
    </w:p>
    <w:p>
      <w:r/>
      <w:r>
        <w:t>The larger takeaway is encouraging. Audiences are increasingly asking not only whether a film is entertaining, but whose experiences it makes visible and how respectfully it treats them.</w:t>
      </w:r>
      <w:r/>
    </w:p>
    <w:p>
      <w:r/>
      <w:r>
        <w:t>It's a tense Netflix watch with a conversation attached.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0">
        <w:r>
          <w:rPr>
            <w:color w:val="0000EE"/>
            <w:u w:val="single"/>
          </w:rPr>
          <w:t>[6]</w:t>
        </w:r>
      </w:hyperlink>
      <w:r>
        <w:t xml:space="preserve">- Paragraph 3: </w:t>
      </w:r>
      <w:hyperlink r:id="rId10">
        <w:r>
          <w:rPr>
            <w:color w:val="0000EE"/>
            <w:u w:val="single"/>
          </w:rPr>
          <w:t>[2]</w:t>
        </w:r>
      </w:hyperlink>
      <w:r>
        <w:t xml:space="preserve">, </w:t>
      </w:r>
      <w:hyperlink r:id="rId10">
        <w:r>
          <w:rPr>
            <w:color w:val="0000EE"/>
            <w:u w:val="single"/>
          </w:rPr>
          <w:t>[5]</w:t>
        </w:r>
      </w:hyperlink>
      <w:r>
        <w:t xml:space="preserve">- Paragraph 4: </w:t>
      </w:r>
      <w:hyperlink r:id="rId11">
        <w:r>
          <w:rPr>
            <w:color w:val="0000EE"/>
            <w:u w:val="single"/>
          </w:rPr>
          <w:t>[3]</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https://www.out.com/celebs/luis-gerardo-mendez-netflix</w:t>
        </w:r>
      </w:hyperlink>
      <w:r>
        <w:t xml:space="preserve"> - Please view link - unable to able to access data</w:t>
      </w:r>
      <w:r/>
    </w:p>
    <w:p>
      <w:pPr>
        <w:pStyle w:val="ListNumber"/>
        <w:spacing w:line="240" w:lineRule="auto"/>
        <w:ind w:left="720"/>
      </w:pPr>
      <w:r/>
      <w:hyperlink r:id="rId10">
        <w:r>
          <w:rPr>
            <w:color w:val="0000EE"/>
            <w:u w:val="single"/>
          </w:rPr>
          <w:t>https://www.imdb.com/title/tt2222394/</w:t>
        </w:r>
      </w:hyperlink>
      <w:r>
        <w:t xml:space="preserve"> - 'Nosotros los Nobles' is a 2013 Mexican comedy film directed by Gary Alazraki. The story revolves around a wealthy businessman, Germán Noble, and his three grown children who are cut off from their family fortune and forced to find work. The film stars Gonzalo Vega, Luis Gerardo Méndez, Karla Souza, and Juan Pablo Gil. It has been one of the highest-grossing films in Mexico and Latin America, with over 7 million viewers and earnings of 327.52 million Mexican pesos. (</w:t>
      </w:r>
      <w:hyperlink r:id="rId12">
        <w:r>
          <w:rPr>
            <w:color w:val="0000EE"/>
            <w:u w:val="single"/>
          </w:rPr>
          <w:t>imdb.com</w:t>
        </w:r>
      </w:hyperlink>
      <w:r>
        <w:t>)</w:t>
      </w:r>
      <w:r/>
    </w:p>
    <w:p>
      <w:pPr>
        <w:pStyle w:val="ListNumber"/>
        <w:spacing w:line="240" w:lineRule="auto"/>
        <w:ind w:left="720"/>
      </w:pPr>
      <w:r/>
      <w:hyperlink r:id="rId11">
        <w:r>
          <w:rPr>
            <w:color w:val="0000EE"/>
            <w:u w:val="single"/>
          </w:rPr>
          <w:t>https://en.wikipedia.org/wiki/Club_de_Cuervos</w:t>
        </w:r>
      </w:hyperlink>
      <w:r>
        <w:t xml:space="preserve"> - 'Club de Cuervos' is a Mexican comedy-drama television series created by Gary 'Gaz' Alazraki and Michael Lam. Premiering on August 7, 2015, it became the first Spanish-language Netflix original series. The show focuses on the fictional football club Cuervos FC and the power struggle following the death of its owner. The main cast includes Luis Gerardo Méndez and Mariana Treviño. The series received positive reviews for its pacing and originality, leading to multiple seasons until its conclusion in 2019. (</w:t>
      </w:r>
      <w:hyperlink r:id="rId13">
        <w:r>
          <w:rPr>
            <w:color w:val="0000EE"/>
            <w:u w:val="single"/>
          </w:rPr>
          <w:t>en.wikipedia.org</w:t>
        </w:r>
      </w:hyperlink>
      <w:r>
        <w:t>)</w:t>
      </w:r>
      <w:r/>
    </w:p>
    <w:p>
      <w:pPr>
        <w:pStyle w:val="ListNumber"/>
        <w:spacing w:line="240" w:lineRule="auto"/>
        <w:ind w:left="720"/>
      </w:pPr>
      <w:r/>
      <w:hyperlink r:id="rId10">
        <w:r>
          <w:rPr>
            <w:color w:val="0000EE"/>
            <w:u w:val="single"/>
          </w:rPr>
          <w:t>https://www.imdb.com/title/tt2222394/</w:t>
        </w:r>
      </w:hyperlink>
      <w:r>
        <w:t xml:space="preserve"> - 'Nosotros los Nobles' is a 2013 Mexican comedy film directed by Gary Alazraki. The story revolves around a wealthy businessman, Germán Noble, and his three grown children who are cut off from their family fortune and forced to find work. The film stars Gonzalo Vega, Luis Gerardo Méndez, Karla Souza, and Juan Pablo Gil. It has been one of the highest-grossing films in Mexico and Latin America, with over 7 million viewers and earnings of 327.52 million Mexican pesos. (</w:t>
      </w:r>
      <w:hyperlink r:id="rId12">
        <w:r>
          <w:rPr>
            <w:color w:val="0000EE"/>
            <w:u w:val="single"/>
          </w:rPr>
          <w:t>imdb.com</w:t>
        </w:r>
      </w:hyperlink>
      <w:r>
        <w:t>)</w:t>
      </w:r>
      <w:r/>
    </w:p>
    <w:p>
      <w:pPr>
        <w:pStyle w:val="ListNumber"/>
        <w:spacing w:line="240" w:lineRule="auto"/>
        <w:ind w:left="720"/>
      </w:pPr>
      <w:r/>
      <w:hyperlink r:id="rId10">
        <w:r>
          <w:rPr>
            <w:color w:val="0000EE"/>
            <w:u w:val="single"/>
          </w:rPr>
          <w:t>https://www.imdb.com/title/tt2222394/</w:t>
        </w:r>
      </w:hyperlink>
      <w:r>
        <w:t xml:space="preserve"> - 'Nosotros los Nobles' is a 2013 Mexican comedy film directed by Gary Alazraki. The story revolves around a wealthy businessman, Germán Noble, and his three grown children who are cut off from their family fortune and forced to find work. The film stars Gonzalo Vega, Luis Gerardo Méndez, Karla Souza, and Juan Pablo Gil. It has been one of the highest-grossing films in Mexico and Latin America, with over 7 million viewers and earnings of 327.52 million Mexican pesos. (</w:t>
      </w:r>
      <w:hyperlink r:id="rId12">
        <w:r>
          <w:rPr>
            <w:color w:val="0000EE"/>
            <w:u w:val="single"/>
          </w:rPr>
          <w:t>imdb.com</w:t>
        </w:r>
      </w:hyperlink>
      <w:r>
        <w:t>)</w:t>
      </w:r>
      <w:r/>
    </w:p>
    <w:p>
      <w:pPr>
        <w:pStyle w:val="ListNumber"/>
        <w:spacing w:line="240" w:lineRule="auto"/>
        <w:ind w:left="720"/>
      </w:pPr>
      <w:r/>
      <w:hyperlink r:id="rId10">
        <w:r>
          <w:rPr>
            <w:color w:val="0000EE"/>
            <w:u w:val="single"/>
          </w:rPr>
          <w:t>https://www.imdb.com/title/tt2222394/</w:t>
        </w:r>
      </w:hyperlink>
      <w:r>
        <w:t xml:space="preserve"> - 'Nosotros los Nobles' is a 2013 Mexican comedy film directed by Gary Alazraki. The story revolves around a wealthy businessman, Germán Noble, and his three grown children who are cut off from their family fortune and forced to find work. The film stars Gonzalo Vega, Luis Gerardo Méndez, Karla Souza, and Juan Pablo Gil. It has been one of the highest-grossing films in Mexico and Latin America, with over 7 million viewers and earnings of 327.52 million Mexican pesos. (</w:t>
      </w:r>
      <w:hyperlink r:id="rId12">
        <w:r>
          <w:rPr>
            <w:color w:val="0000EE"/>
            <w:u w:val="single"/>
          </w:rPr>
          <w:t>imdb.com</w:t>
        </w:r>
      </w:hyperlink>
      <w:r>
        <w:t>)</w:t>
      </w:r>
      <w:r/>
    </w:p>
    <w:p>
      <w:pPr>
        <w:pStyle w:val="ListNumber"/>
        <w:spacing w:line="240" w:lineRule="auto"/>
        <w:ind w:left="720"/>
      </w:pPr>
      <w:r/>
      <w:hyperlink r:id="rId10">
        <w:r>
          <w:rPr>
            <w:color w:val="0000EE"/>
            <w:u w:val="single"/>
          </w:rPr>
          <w:t>https://www.imdb.com/title/tt2222394/</w:t>
        </w:r>
      </w:hyperlink>
      <w:r>
        <w:t xml:space="preserve"> - 'Nosotros los Nobles' is a 2013 Mexican comedy film directed by Gary Alazraki. The story revolves around a wealthy businessman, Germán Noble, and his three grown children who are cut off from their family fortune and forced to find work. The film stars Gonzalo Vega, Luis Gerardo Méndez, Karla Souza, and Juan Pablo Gil. It has been one of the highest-grossing films in Mexico and Latin America, with over 7 million viewers and earnings of 327.52 million Mexican pesos. (</w:t>
      </w:r>
      <w:hyperlink r:id="rId12">
        <w:r>
          <w:rPr>
            <w:color w:val="0000EE"/>
            <w:u w:val="single"/>
          </w:rPr>
          <w:t>imdb.com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celebs/luis-gerardo-mendez-netflix" TargetMode="External"/><Relationship Id="rId10" Type="http://schemas.openxmlformats.org/officeDocument/2006/relationships/hyperlink" Target="https://www.imdb.com/title/tt2222394/" TargetMode="External"/><Relationship Id="rId11" Type="http://schemas.openxmlformats.org/officeDocument/2006/relationships/hyperlink" Target="https://en.wikipedia.org/wiki/Club_de_Cuervos" TargetMode="External"/><Relationship Id="rId12" Type="http://schemas.openxmlformats.org/officeDocument/2006/relationships/hyperlink" Target="https://www.imdb.com/es/title/tt2222394/?utm_source=openai" TargetMode="External"/><Relationship Id="rId13" Type="http://schemas.openxmlformats.org/officeDocument/2006/relationships/hyperlink" Target="https://en.wikipedia.org/wiki/Club_de_Cuervo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